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p>
      <w:pPr>
        <w:pStyle w:val="Title"/>
      </w:pPr>
      <w:r>
        <w:t>Список магазинов сети "Ярче!"</w:t>
      </w:r>
    </w:p>
    <w:p>
      <w:pPr>
        <w:pStyle w:val="Heading1"/>
      </w:pPr>
      <w:r>
        <w:t>На 28.10.2026</w:t>
      </w:r>
    </w:p>
    <w:p/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567"/>
        <w:gridCol w:w="2835"/>
        <w:gridCol w:w="2268"/>
        <w:gridCol w:w="3402"/>
      </w:tblGrid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Алтайское</w:t>
            </w:r>
          </w:p>
        </w:tc>
        <w:tc>
          <w:tcPr>
            <w:tcW w:type="dxa" w:w="3402"/>
          </w:tcPr>
          <w:p>
            <w:r>
              <w:t>ул. Горького, 6в</w:t>
            </w:r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Воровского, 138</w:t>
            </w:r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Георгия Исакова, 133А</w:t>
            </w:r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Змеиногорский тр., 104 П</w:t>
            </w:r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Павловский тр., 251в</w:t>
            </w:r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Павловский тр.,  287</w:t>
            </w:r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Павловский тр., 60а/1</w:t>
            </w:r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Павловский тракт, 188</w:t>
            </w:r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Калинина, 18</w:t>
            </w:r>
          </w:p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Комсомольский, 110</w:t>
            </w:r>
          </w:p>
        </w:tc>
      </w:tr>
      <w:t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Комсомольский, 44</w:t>
            </w:r>
          </w:p>
        </w:tc>
      </w:tr>
      <w:t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Комсомольский, 87</w:t>
            </w:r>
          </w:p>
        </w:tc>
      </w:tr>
      <w:t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Космонавтов, 36а</w:t>
            </w:r>
          </w:p>
        </w:tc>
      </w:tr>
      <w:t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Красноармейский, 108</w:t>
            </w:r>
          </w:p>
        </w:tc>
      </w:tr>
      <w:tr>
        <w:tc>
          <w:tcPr>
            <w:tcW w:type="dxa" w:w="567"/>
          </w:tcPr>
          <w:p>
            <w:r>
              <w:t>15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Ленина, 167</w:t>
            </w:r>
          </w:p>
        </w:tc>
      </w:tr>
      <w:tr>
        <w:tc>
          <w:tcPr>
            <w:tcW w:type="dxa" w:w="567"/>
          </w:tcPr>
          <w:p>
            <w:r>
              <w:t>16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Ленина, 187</w:t>
            </w:r>
          </w:p>
        </w:tc>
      </w:tr>
      <w:tr>
        <w:tc>
          <w:tcPr>
            <w:tcW w:type="dxa" w:w="567"/>
          </w:tcPr>
          <w:p>
            <w:r>
              <w:t>17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проезд Северный Власихинский, 57</w:t>
            </w:r>
          </w:p>
        </w:tc>
      </w:tr>
      <w:tr>
        <w:tc>
          <w:tcPr>
            <w:tcW w:type="dxa" w:w="567"/>
          </w:tcPr>
          <w:p>
            <w:r>
              <w:t>18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проезд Северный Власихинский, 86</w:t>
            </w:r>
          </w:p>
        </w:tc>
      </w:tr>
      <w:tr>
        <w:tc>
          <w:tcPr>
            <w:tcW w:type="dxa" w:w="567"/>
          </w:tcPr>
          <w:p>
            <w:r>
              <w:t>19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проезд Северный Власихинский, 96</w:t>
            </w:r>
          </w:p>
        </w:tc>
      </w:tr>
      <w:tr>
        <w:tc>
          <w:tcPr>
            <w:tcW w:type="dxa" w:w="567"/>
          </w:tcPr>
          <w:p>
            <w:r>
              <w:t>20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Социалистический, 64</w:t>
            </w:r>
          </w:p>
        </w:tc>
      </w:tr>
      <w:tr>
        <w:tc>
          <w:tcPr>
            <w:tcW w:type="dxa" w:w="567"/>
          </w:tcPr>
          <w:p>
            <w:r>
              <w:t>21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пр. Строителей, 36</w:t>
            </w:r>
          </w:p>
        </w:tc>
      </w:tr>
      <w:tr>
        <w:tc>
          <w:tcPr>
            <w:tcW w:type="dxa" w:w="567"/>
          </w:tcPr>
          <w:p>
            <w:r>
              <w:t>22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280-летия Барнаула, 18</w:t>
            </w:r>
          </w:p>
        </w:tc>
      </w:tr>
      <w:tr>
        <w:tc>
          <w:tcPr>
            <w:tcW w:type="dxa" w:w="567"/>
          </w:tcPr>
          <w:p>
            <w:r>
              <w:t>23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2-я Малиновая, 1</w:t>
            </w:r>
          </w:p>
        </w:tc>
      </w:tr>
      <w:tr>
        <w:tc>
          <w:tcPr>
            <w:tcW w:type="dxa" w:w="567"/>
          </w:tcPr>
          <w:p>
            <w:r>
              <w:t>24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42 Краснознаменной Бригады, 8а</w:t>
            </w:r>
          </w:p>
        </w:tc>
      </w:tr>
      <w:tr>
        <w:tc>
          <w:tcPr>
            <w:tcW w:type="dxa" w:w="567"/>
          </w:tcPr>
          <w:p>
            <w:r>
              <w:t>25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50 лет СССР, 16</w:t>
            </w:r>
          </w:p>
        </w:tc>
      </w:tr>
      <w:tr>
        <w:tc>
          <w:tcPr>
            <w:tcW w:type="dxa" w:w="567"/>
          </w:tcPr>
          <w:p>
            <w:r>
              <w:t>26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50 лет СССР, 3</w:t>
            </w:r>
          </w:p>
        </w:tc>
      </w:tr>
      <w:tr>
        <w:tc>
          <w:tcPr>
            <w:tcW w:type="dxa" w:w="567"/>
          </w:tcPr>
          <w:p>
            <w:r>
              <w:t>27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65 лет Победы, 13</w:t>
            </w:r>
          </w:p>
        </w:tc>
      </w:tr>
      <w:tr>
        <w:tc>
          <w:tcPr>
            <w:tcW w:type="dxa" w:w="567"/>
          </w:tcPr>
          <w:p>
            <w:r>
              <w:t>28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Анатолия, 220</w:t>
            </w:r>
          </w:p>
        </w:tc>
      </w:tr>
      <w:tr>
        <w:tc>
          <w:tcPr>
            <w:tcW w:type="dxa" w:w="567"/>
          </w:tcPr>
          <w:p>
            <w:r>
              <w:t>29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Антона Петрова, 235б</w:t>
            </w:r>
          </w:p>
        </w:tc>
      </w:tr>
      <w:tr>
        <w:tc>
          <w:tcPr>
            <w:tcW w:type="dxa" w:w="567"/>
          </w:tcPr>
          <w:p>
            <w:r>
              <w:t>30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Антона Петрова, 58</w:t>
            </w:r>
          </w:p>
        </w:tc>
      </w:tr>
      <w:tr>
        <w:tc>
          <w:tcPr>
            <w:tcW w:type="dxa" w:w="567"/>
          </w:tcPr>
          <w:p>
            <w:r>
              <w:t>31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Балтийская, 105</w:t>
            </w:r>
          </w:p>
        </w:tc>
      </w:tr>
      <w:tr>
        <w:tc>
          <w:tcPr>
            <w:tcW w:type="dxa" w:w="567"/>
          </w:tcPr>
          <w:p>
            <w:r>
              <w:t>32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Балтийская, 2</w:t>
            </w:r>
          </w:p>
        </w:tc>
      </w:tr>
      <w:tr>
        <w:tc>
          <w:tcPr>
            <w:tcW w:type="dxa" w:w="567"/>
          </w:tcPr>
          <w:p>
            <w:r>
              <w:t>33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Балтийская, 44а</w:t>
            </w:r>
          </w:p>
        </w:tc>
      </w:tr>
      <w:tr>
        <w:tc>
          <w:tcPr>
            <w:tcW w:type="dxa" w:w="567"/>
          </w:tcPr>
          <w:p>
            <w:r>
              <w:t>34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Взлетная, 113</w:t>
            </w:r>
          </w:p>
        </w:tc>
      </w:tr>
      <w:tr>
        <w:tc>
          <w:tcPr>
            <w:tcW w:type="dxa" w:w="567"/>
          </w:tcPr>
          <w:p>
            <w:r>
              <w:t>35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Взлетная, 36</w:t>
            </w:r>
          </w:p>
        </w:tc>
      </w:tr>
      <w:tr>
        <w:tc>
          <w:tcPr>
            <w:tcW w:type="dxa" w:w="567"/>
          </w:tcPr>
          <w:p>
            <w:r>
              <w:t>36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Взлетная, 71</w:t>
            </w:r>
          </w:p>
        </w:tc>
      </w:tr>
      <w:tr>
        <w:tc>
          <w:tcPr>
            <w:tcW w:type="dxa" w:w="567"/>
          </w:tcPr>
          <w:p>
            <w:r>
              <w:t>37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Взлетная, 99</w:t>
            </w:r>
          </w:p>
        </w:tc>
      </w:tr>
      <w:tr>
        <w:tc>
          <w:tcPr>
            <w:tcW w:type="dxa" w:w="567"/>
          </w:tcPr>
          <w:p>
            <w:r>
              <w:t>38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Власихинская, 111</w:t>
            </w:r>
          </w:p>
        </w:tc>
      </w:tr>
      <w:tr>
        <w:tc>
          <w:tcPr>
            <w:tcW w:type="dxa" w:w="567"/>
          </w:tcPr>
          <w:p>
            <w:r>
              <w:t>39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Власихинская, 65, корпус 1</w:t>
            </w:r>
          </w:p>
        </w:tc>
      </w:tr>
      <w:tr>
        <w:tc>
          <w:tcPr>
            <w:tcW w:type="dxa" w:w="567"/>
          </w:tcPr>
          <w:p>
            <w:r>
              <w:t>40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Власихинская, 91</w:t>
            </w:r>
          </w:p>
        </w:tc>
      </w:tr>
      <w:tr>
        <w:tc>
          <w:tcPr>
            <w:tcW w:type="dxa" w:w="567"/>
          </w:tcPr>
          <w:p>
            <w:r>
              <w:t>41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Георгиева, 44</w:t>
            </w:r>
          </w:p>
        </w:tc>
      </w:tr>
      <w:tr>
        <w:tc>
          <w:tcPr>
            <w:tcW w:type="dxa" w:w="567"/>
          </w:tcPr>
          <w:p>
            <w:r>
              <w:t>42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Георгия Исакова, 167</w:t>
            </w:r>
          </w:p>
        </w:tc>
      </w:tr>
      <w:tr>
        <w:tc>
          <w:tcPr>
            <w:tcW w:type="dxa" w:w="567"/>
          </w:tcPr>
          <w:p>
            <w:r>
              <w:t>43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Георгия Исакова, 168</w:t>
            </w:r>
          </w:p>
        </w:tc>
      </w:tr>
      <w:tr>
        <w:tc>
          <w:tcPr>
            <w:tcW w:type="dxa" w:w="567"/>
          </w:tcPr>
          <w:p>
            <w:r>
              <w:t>44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Георгия Исакова, 226</w:t>
            </w:r>
          </w:p>
        </w:tc>
      </w:tr>
      <w:tr>
        <w:tc>
          <w:tcPr>
            <w:tcW w:type="dxa" w:w="567"/>
          </w:tcPr>
          <w:p>
            <w:r>
              <w:t>45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Георгия Исакова, 234</w:t>
            </w:r>
          </w:p>
        </w:tc>
      </w:tr>
      <w:tr>
        <w:tc>
          <w:tcPr>
            <w:tcW w:type="dxa" w:w="567"/>
          </w:tcPr>
          <w:p>
            <w:r>
              <w:t>46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Георгия Исакова, 247д</w:t>
            </w:r>
          </w:p>
        </w:tc>
      </w:tr>
      <w:tr>
        <w:tc>
          <w:tcPr>
            <w:tcW w:type="dxa" w:w="567"/>
          </w:tcPr>
          <w:p>
            <w:r>
              <w:t>47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Германа Титова, 13</w:t>
            </w:r>
          </w:p>
        </w:tc>
      </w:tr>
      <w:tr>
        <w:tc>
          <w:tcPr>
            <w:tcW w:type="dxa" w:w="567"/>
          </w:tcPr>
          <w:p>
            <w:r>
              <w:t>48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Глушкова, 15</w:t>
            </w:r>
          </w:p>
        </w:tc>
      </w:tr>
      <w:tr>
        <w:tc>
          <w:tcPr>
            <w:tcW w:type="dxa" w:w="567"/>
          </w:tcPr>
          <w:p>
            <w:r>
              <w:t>49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Гоголя, 102</w:t>
            </w:r>
          </w:p>
        </w:tc>
      </w:tr>
      <w:tr>
        <w:tc>
          <w:tcPr>
            <w:tcW w:type="dxa" w:w="567"/>
          </w:tcPr>
          <w:p>
            <w:r>
              <w:t>50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Гущина, 150/2</w:t>
            </w:r>
          </w:p>
        </w:tc>
      </w:tr>
      <w:tr>
        <w:tc>
          <w:tcPr>
            <w:tcW w:type="dxa" w:w="567"/>
          </w:tcPr>
          <w:p>
            <w:r>
              <w:t>51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Димитрова, 67а</w:t>
            </w:r>
          </w:p>
        </w:tc>
      </w:tr>
      <w:tr>
        <w:tc>
          <w:tcPr>
            <w:tcW w:type="dxa" w:w="567"/>
          </w:tcPr>
          <w:p>
            <w:r>
              <w:t>52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Западная 1-я, 17в</w:t>
            </w:r>
          </w:p>
        </w:tc>
      </w:tr>
      <w:tr>
        <w:tc>
          <w:tcPr>
            <w:tcW w:type="dxa" w:w="567"/>
          </w:tcPr>
          <w:p>
            <w:r>
              <w:t>53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Кавалерийская, 1</w:t>
            </w:r>
          </w:p>
        </w:tc>
      </w:tr>
      <w:tr>
        <w:tc>
          <w:tcPr>
            <w:tcW w:type="dxa" w:w="567"/>
          </w:tcPr>
          <w:p>
            <w:r>
              <w:t>54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Кавалерийская, 11</w:t>
            </w:r>
          </w:p>
        </w:tc>
      </w:tr>
      <w:tr>
        <w:tc>
          <w:tcPr>
            <w:tcW w:type="dxa" w:w="567"/>
          </w:tcPr>
          <w:p>
            <w:r>
              <w:t>55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Крупской, 107</w:t>
            </w:r>
          </w:p>
        </w:tc>
      </w:tr>
      <w:tr>
        <w:tc>
          <w:tcPr>
            <w:tcW w:type="dxa" w:w="567"/>
          </w:tcPr>
          <w:p>
            <w:r>
              <w:t>56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Кутузова, 16б</w:t>
            </w:r>
          </w:p>
        </w:tc>
      </w:tr>
      <w:tr>
        <w:tc>
          <w:tcPr>
            <w:tcW w:type="dxa" w:w="567"/>
          </w:tcPr>
          <w:p>
            <w:r>
              <w:t>57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Лазурная, 44</w:t>
            </w:r>
          </w:p>
        </w:tc>
      </w:tr>
      <w:tr>
        <w:tc>
          <w:tcPr>
            <w:tcW w:type="dxa" w:w="567"/>
          </w:tcPr>
          <w:p>
            <w:r>
              <w:t>58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Ленина, 96б</w:t>
            </w:r>
          </w:p>
        </w:tc>
      </w:tr>
      <w:tr>
        <w:tc>
          <w:tcPr>
            <w:tcW w:type="dxa" w:w="567"/>
          </w:tcPr>
          <w:p>
            <w:r>
              <w:t>59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Максима Горького, 20</w:t>
            </w:r>
          </w:p>
        </w:tc>
      </w:tr>
      <w:tr>
        <w:tc>
          <w:tcPr>
            <w:tcW w:type="dxa" w:w="567"/>
          </w:tcPr>
          <w:p>
            <w:r>
              <w:t>60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Малахова, 138а</w:t>
            </w:r>
          </w:p>
        </w:tc>
      </w:tr>
      <w:tr>
        <w:tc>
          <w:tcPr>
            <w:tcW w:type="dxa" w:w="567"/>
          </w:tcPr>
          <w:p>
            <w:r>
              <w:t>61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Малахова 45</w:t>
            </w:r>
          </w:p>
        </w:tc>
      </w:tr>
      <w:tr>
        <w:tc>
          <w:tcPr>
            <w:tcW w:type="dxa" w:w="567"/>
          </w:tcPr>
          <w:p>
            <w:r>
              <w:t>62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Малахова, 86д</w:t>
            </w:r>
          </w:p>
        </w:tc>
      </w:tr>
      <w:tr>
        <w:tc>
          <w:tcPr>
            <w:tcW w:type="dxa" w:w="567"/>
          </w:tcPr>
          <w:p>
            <w:r>
              <w:t>63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Малахова, 99</w:t>
            </w:r>
          </w:p>
        </w:tc>
      </w:tr>
      <w:tr>
        <w:tc>
          <w:tcPr>
            <w:tcW w:type="dxa" w:w="567"/>
          </w:tcPr>
          <w:p>
            <w:r>
              <w:t>64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Матросова, 11</w:t>
            </w:r>
          </w:p>
        </w:tc>
      </w:tr>
      <w:tr>
        <w:tc>
          <w:tcPr>
            <w:tcW w:type="dxa" w:w="567"/>
          </w:tcPr>
          <w:p>
            <w:r>
              <w:t>65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Научный Городок, 39</w:t>
            </w:r>
          </w:p>
        </w:tc>
      </w:tr>
      <w:tr>
        <w:tc>
          <w:tcPr>
            <w:tcW w:type="dxa" w:w="567"/>
          </w:tcPr>
          <w:p>
            <w:r>
              <w:t>66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Новосибирская, 36</w:t>
            </w:r>
          </w:p>
        </w:tc>
      </w:tr>
      <w:tr>
        <w:tc>
          <w:tcPr>
            <w:tcW w:type="dxa" w:w="567"/>
          </w:tcPr>
          <w:p>
            <w:r>
              <w:t>67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Островского, 28</w:t>
            </w:r>
          </w:p>
        </w:tc>
      </w:tr>
      <w:tr>
        <w:tc>
          <w:tcPr>
            <w:tcW w:type="dxa" w:w="567"/>
          </w:tcPr>
          <w:p>
            <w:r>
              <w:t>68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Островского, 41</w:t>
            </w:r>
          </w:p>
        </w:tc>
      </w:tr>
      <w:tr>
        <w:tc>
          <w:tcPr>
            <w:tcW w:type="dxa" w:w="567"/>
          </w:tcPr>
          <w:p>
            <w:r>
              <w:t>69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Партизанская, 181</w:t>
            </w:r>
          </w:p>
        </w:tc>
      </w:tr>
      <w:tr>
        <w:tc>
          <w:tcPr>
            <w:tcW w:type="dxa" w:w="567"/>
          </w:tcPr>
          <w:p>
            <w:r>
              <w:t>70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Песчаная, 180</w:t>
            </w:r>
          </w:p>
        </w:tc>
      </w:tr>
      <w:tr>
        <w:tc>
          <w:tcPr>
            <w:tcW w:type="dxa" w:w="567"/>
          </w:tcPr>
          <w:p>
            <w:r>
              <w:t>71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Петра Сухова, 34</w:t>
            </w:r>
          </w:p>
        </w:tc>
      </w:tr>
      <w:tr>
        <w:tc>
          <w:tcPr>
            <w:tcW w:type="dxa" w:w="567"/>
          </w:tcPr>
          <w:p>
            <w:r>
              <w:t>72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Попова, 107</w:t>
            </w:r>
          </w:p>
        </w:tc>
      </w:tr>
      <w:tr>
        <w:tc>
          <w:tcPr>
            <w:tcW w:type="dxa" w:w="567"/>
          </w:tcPr>
          <w:p>
            <w:r>
              <w:t>73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Попова, 36А</w:t>
            </w:r>
          </w:p>
        </w:tc>
      </w:tr>
      <w:tr>
        <w:tc>
          <w:tcPr>
            <w:tcW w:type="dxa" w:w="567"/>
          </w:tcPr>
          <w:p>
            <w:r>
              <w:t>74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Попова, 59г</w:t>
            </w:r>
          </w:p>
        </w:tc>
      </w:tr>
      <w:tr>
        <w:tc>
          <w:tcPr>
            <w:tcW w:type="dxa" w:w="567"/>
          </w:tcPr>
          <w:p>
            <w:r>
              <w:t>75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Привокзальная, 33</w:t>
            </w:r>
          </w:p>
        </w:tc>
      </w:tr>
      <w:tr>
        <w:tc>
          <w:tcPr>
            <w:tcW w:type="dxa" w:w="567"/>
          </w:tcPr>
          <w:p>
            <w:r>
              <w:t>76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Профинтерна, 9</w:t>
            </w:r>
          </w:p>
        </w:tc>
      </w:tr>
      <w:tr>
        <w:tc>
          <w:tcPr>
            <w:tcW w:type="dxa" w:w="567"/>
          </w:tcPr>
          <w:p>
            <w:r>
              <w:t>77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П.С. Кулагина, 46</w:t>
            </w:r>
          </w:p>
        </w:tc>
      </w:tr>
      <w:tr>
        <w:tc>
          <w:tcPr>
            <w:tcW w:type="dxa" w:w="567"/>
          </w:tcPr>
          <w:p>
            <w:r>
              <w:t>78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Северо-Западная, 155А</w:t>
            </w:r>
          </w:p>
        </w:tc>
      </w:tr>
      <w:tr>
        <w:tc>
          <w:tcPr>
            <w:tcW w:type="dxa" w:w="567"/>
          </w:tcPr>
          <w:p>
            <w:r>
              <w:t>79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Семенова, 1</w:t>
            </w:r>
          </w:p>
        </w:tc>
      </w:tr>
      <w:tr>
        <w:tc>
          <w:tcPr>
            <w:tcW w:type="dxa" w:w="567"/>
          </w:tcPr>
          <w:p>
            <w:r>
              <w:t>80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Сергея Семенова, 23</w:t>
            </w:r>
          </w:p>
        </w:tc>
      </w:tr>
      <w:tr>
        <w:tc>
          <w:tcPr>
            <w:tcW w:type="dxa" w:w="567"/>
          </w:tcPr>
          <w:p>
            <w:r>
              <w:t>81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Сергея Ускова, 13</w:t>
            </w:r>
          </w:p>
        </w:tc>
      </w:tr>
      <w:tr>
        <w:tc>
          <w:tcPr>
            <w:tcW w:type="dxa" w:w="567"/>
          </w:tcPr>
          <w:p>
            <w:r>
              <w:t>82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Смирнова, 46</w:t>
            </w:r>
          </w:p>
        </w:tc>
      </w:tr>
      <w:tr>
        <w:tc>
          <w:tcPr>
            <w:tcW w:type="dxa" w:w="567"/>
          </w:tcPr>
          <w:p>
            <w:r>
              <w:t>83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Советской Армии, 121</w:t>
            </w:r>
          </w:p>
        </w:tc>
      </w:tr>
      <w:tr>
        <w:tc>
          <w:tcPr>
            <w:tcW w:type="dxa" w:w="567"/>
          </w:tcPr>
          <w:p>
            <w:r>
              <w:t>84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Солнечная Поляна, 32</w:t>
            </w:r>
          </w:p>
        </w:tc>
      </w:tr>
      <w:tr>
        <w:tc>
          <w:tcPr>
            <w:tcW w:type="dxa" w:w="567"/>
          </w:tcPr>
          <w:p>
            <w:r>
              <w:t>85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Чеглецова, 68</w:t>
            </w:r>
          </w:p>
        </w:tc>
      </w:tr>
      <w:tr>
        <w:tc>
          <w:tcPr>
            <w:tcW w:type="dxa" w:w="567"/>
          </w:tcPr>
          <w:p>
            <w:r>
              <w:t>86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Челюскинцев, 109</w:t>
            </w:r>
          </w:p>
        </w:tc>
      </w:tr>
      <w:tr>
        <w:tc>
          <w:tcPr>
            <w:tcW w:type="dxa" w:w="567"/>
          </w:tcPr>
          <w:p>
            <w:r>
              <w:t>87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Чкалова, 21</w:t>
            </w:r>
          </w:p>
        </w:tc>
      </w:tr>
      <w:tr>
        <w:tc>
          <w:tcPr>
            <w:tcW w:type="dxa" w:w="567"/>
          </w:tcPr>
          <w:p>
            <w:r>
              <w:t>88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Чудненко, 100</w:t>
            </w:r>
          </w:p>
        </w:tc>
      </w:tr>
      <w:tr>
        <w:tc>
          <w:tcPr>
            <w:tcW w:type="dxa" w:w="567"/>
          </w:tcPr>
          <w:p>
            <w:r>
              <w:t>89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Шукшина, 24</w:t>
            </w:r>
          </w:p>
        </w:tc>
      </w:tr>
      <w:tr>
        <w:tc>
          <w:tcPr>
            <w:tcW w:type="dxa" w:w="567"/>
          </w:tcPr>
          <w:p>
            <w:r>
              <w:t>90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Эмилии Алексеевой, 10</w:t>
            </w:r>
          </w:p>
        </w:tc>
      </w:tr>
      <w:tr>
        <w:tc>
          <w:tcPr>
            <w:tcW w:type="dxa" w:w="567"/>
          </w:tcPr>
          <w:p>
            <w:r>
              <w:t>91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Энтузиастов, 14</w:t>
            </w:r>
          </w:p>
        </w:tc>
      </w:tr>
      <w:tr>
        <w:tc>
          <w:tcPr>
            <w:tcW w:type="dxa" w:w="567"/>
          </w:tcPr>
          <w:p>
            <w:r>
              <w:t>92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Энтузиастов, 5</w:t>
            </w:r>
          </w:p>
        </w:tc>
      </w:tr>
      <w:tr>
        <w:tc>
          <w:tcPr>
            <w:tcW w:type="dxa" w:w="567"/>
          </w:tcPr>
          <w:p>
            <w:r>
              <w:t>93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Барнаул</w:t>
            </w:r>
          </w:p>
        </w:tc>
        <w:tc>
          <w:tcPr>
            <w:tcW w:type="dxa" w:w="3402"/>
          </w:tcPr>
          <w:p>
            <w:r>
              <w:t>ул. Юрина, 124А</w:t>
            </w:r>
          </w:p>
        </w:tc>
      </w:tr>
      <w:tr>
        <w:tc>
          <w:tcPr>
            <w:tcW w:type="dxa" w:w="567"/>
          </w:tcPr>
          <w:p>
            <w:r>
              <w:t>94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Белокуриха</w:t>
            </w:r>
          </w:p>
        </w:tc>
        <w:tc>
          <w:tcPr>
            <w:tcW w:type="dxa" w:w="3402"/>
          </w:tcPr>
          <w:p>
            <w:r>
              <w:t>ул. Соболева, 22</w:t>
            </w:r>
          </w:p>
        </w:tc>
      </w:tr>
      <w:tr>
        <w:tc>
          <w:tcPr>
            <w:tcW w:type="dxa" w:w="567"/>
          </w:tcPr>
          <w:p>
            <w:r>
              <w:t>95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Белокуриха</w:t>
            </w:r>
          </w:p>
        </w:tc>
        <w:tc>
          <w:tcPr>
            <w:tcW w:type="dxa" w:w="3402"/>
          </w:tcPr>
          <w:p>
            <w:r>
              <w:t>ул. Советская, 7/3</w:t>
            </w:r>
          </w:p>
        </w:tc>
      </w:tr>
      <w:tr>
        <w:tc>
          <w:tcPr>
            <w:tcW w:type="dxa" w:w="567"/>
          </w:tcPr>
          <w:p>
            <w:r>
              <w:t>96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пер. Коммунарский, 32</w:t>
            </w:r>
          </w:p>
        </w:tc>
      </w:tr>
      <w:tr>
        <w:tc>
          <w:tcPr>
            <w:tcW w:type="dxa" w:w="567"/>
          </w:tcPr>
          <w:p>
            <w:r>
              <w:t>97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Александра Матросова, 30</w:t>
            </w:r>
          </w:p>
        </w:tc>
      </w:tr>
      <w:tr>
        <w:tc>
          <w:tcPr>
            <w:tcW w:type="dxa" w:w="567"/>
          </w:tcPr>
          <w:p>
            <w:r>
              <w:t>98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Василия Докучаева, 16</w:t>
            </w:r>
          </w:p>
        </w:tc>
      </w:tr>
      <w:tr>
        <w:tc>
          <w:tcPr>
            <w:tcW w:type="dxa" w:w="567"/>
          </w:tcPr>
          <w:p>
            <w:r>
              <w:t>99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Васильева, 45</w:t>
            </w:r>
          </w:p>
        </w:tc>
      </w:tr>
      <w:tr>
        <w:tc>
          <w:tcPr>
            <w:tcW w:type="dxa" w:w="567"/>
          </w:tcPr>
          <w:p>
            <w:r>
              <w:t>100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Декабристов, 15/2</w:t>
            </w:r>
          </w:p>
        </w:tc>
      </w:tr>
      <w:tr>
        <w:tc>
          <w:tcPr>
            <w:tcW w:type="dxa" w:w="567"/>
          </w:tcPr>
          <w:p>
            <w:r>
              <w:t>101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Е. Пугачева, 23</w:t>
            </w:r>
          </w:p>
        </w:tc>
      </w:tr>
      <w:tr>
        <w:tc>
          <w:tcPr>
            <w:tcW w:type="dxa" w:w="567"/>
          </w:tcPr>
          <w:p>
            <w:r>
              <w:t>102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имени Героя Советского Союза Трофимова, 4/1</w:t>
            </w:r>
          </w:p>
        </w:tc>
      </w:tr>
      <w:tr>
        <w:tc>
          <w:tcPr>
            <w:tcW w:type="dxa" w:w="567"/>
          </w:tcPr>
          <w:p>
            <w:r>
              <w:t>103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имени Героя Советского Союза Трофимова, 47</w:t>
            </w:r>
          </w:p>
        </w:tc>
      </w:tr>
      <w:tr>
        <w:tc>
          <w:tcPr>
            <w:tcW w:type="dxa" w:w="567"/>
          </w:tcPr>
          <w:p>
            <w:r>
              <w:t>104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Красноармейская, 45</w:t>
            </w:r>
          </w:p>
        </w:tc>
      </w:tr>
      <w:tr>
        <w:tc>
          <w:tcPr>
            <w:tcW w:type="dxa" w:w="567"/>
          </w:tcPr>
          <w:p>
            <w:r>
              <w:t>105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Пугачева, 2</w:t>
            </w:r>
          </w:p>
        </w:tc>
      </w:tr>
      <w:tr>
        <w:tc>
          <w:tcPr>
            <w:tcW w:type="dxa" w:w="567"/>
          </w:tcPr>
          <w:p>
            <w:r>
              <w:t>106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Советская, 197/1</w:t>
            </w:r>
          </w:p>
        </w:tc>
      </w:tr>
      <w:tr>
        <w:tc>
          <w:tcPr>
            <w:tcW w:type="dxa" w:w="567"/>
          </w:tcPr>
          <w:p>
            <w:r>
              <w:t>107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Социалистическая, 42</w:t>
            </w:r>
          </w:p>
        </w:tc>
      </w:tr>
      <w:tr>
        <w:tc>
          <w:tcPr>
            <w:tcW w:type="dxa" w:w="567"/>
          </w:tcPr>
          <w:p>
            <w:r>
              <w:t>108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Бийск</w:t>
            </w:r>
          </w:p>
        </w:tc>
        <w:tc>
          <w:tcPr>
            <w:tcW w:type="dxa" w:w="3402"/>
          </w:tcPr>
          <w:p>
            <w:r>
              <w:t>ул. Стахановская, 10а</w:t>
            </w:r>
          </w:p>
        </w:tc>
      </w:tr>
      <w:tr>
        <w:tc>
          <w:tcPr>
            <w:tcW w:type="dxa" w:w="567"/>
          </w:tcPr>
          <w:p>
            <w:r>
              <w:t>109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Заринск</w:t>
            </w:r>
          </w:p>
        </w:tc>
        <w:tc>
          <w:tcPr>
            <w:tcW w:type="dxa" w:w="3402"/>
          </w:tcPr>
          <w:p>
            <w:r>
              <w:t>пр. Строителей, 3/1</w:t>
            </w:r>
          </w:p>
        </w:tc>
      </w:tr>
      <w:tr>
        <w:tc>
          <w:tcPr>
            <w:tcW w:type="dxa" w:w="567"/>
          </w:tcPr>
          <w:p>
            <w:r>
              <w:t>110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Заринск</w:t>
            </w:r>
          </w:p>
        </w:tc>
        <w:tc>
          <w:tcPr>
            <w:tcW w:type="dxa" w:w="3402"/>
          </w:tcPr>
          <w:p>
            <w:r>
              <w:t>ул. 25 Партсъезда, 28</w:t>
            </w:r>
          </w:p>
        </w:tc>
      </w:tr>
      <w:tr>
        <w:tc>
          <w:tcPr>
            <w:tcW w:type="dxa" w:w="567"/>
          </w:tcPr>
          <w:p>
            <w:r>
              <w:t>111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Заринск</w:t>
            </w:r>
          </w:p>
        </w:tc>
        <w:tc>
          <w:tcPr>
            <w:tcW w:type="dxa" w:w="3402"/>
          </w:tcPr>
          <w:p>
            <w:r>
              <w:t>ул. Союза Республик, 3</w:t>
            </w:r>
          </w:p>
        </w:tc>
      </w:tr>
      <w:tr>
        <w:tc>
          <w:tcPr>
            <w:tcW w:type="dxa" w:w="567"/>
          </w:tcPr>
          <w:p>
            <w:r>
              <w:t>112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Заринск</w:t>
            </w:r>
          </w:p>
        </w:tc>
        <w:tc>
          <w:tcPr>
            <w:tcW w:type="dxa" w:w="3402"/>
          </w:tcPr>
          <w:p>
            <w:r>
              <w:t>ул. Таратынова, 15/1</w:t>
            </w:r>
          </w:p>
        </w:tc>
      </w:tr>
      <w:tr>
        <w:tc>
          <w:tcPr>
            <w:tcW w:type="dxa" w:w="567"/>
          </w:tcPr>
          <w:p>
            <w:r>
              <w:t>113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Новоалтайск</w:t>
            </w:r>
          </w:p>
        </w:tc>
        <w:tc>
          <w:tcPr>
            <w:tcW w:type="dxa" w:w="3402"/>
          </w:tcPr>
          <w:p>
            <w:r>
              <w:t>микрорайон 8, 17</w:t>
            </w:r>
          </w:p>
        </w:tc>
      </w:tr>
      <w:tr>
        <w:tc>
          <w:tcPr>
            <w:tcW w:type="dxa" w:w="567"/>
          </w:tcPr>
          <w:p>
            <w:r>
              <w:t>114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Новоалтайск</w:t>
            </w:r>
          </w:p>
        </w:tc>
        <w:tc>
          <w:tcPr>
            <w:tcW w:type="dxa" w:w="3402"/>
          </w:tcPr>
          <w:p>
            <w:r>
              <w:t>микрорайон Дорожник, 1</w:t>
            </w:r>
          </w:p>
        </w:tc>
      </w:tr>
      <w:tr>
        <w:tc>
          <w:tcPr>
            <w:tcW w:type="dxa" w:w="567"/>
          </w:tcPr>
          <w:p>
            <w:r>
              <w:t>115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Новоалтайск</w:t>
            </w:r>
          </w:p>
        </w:tc>
        <w:tc>
          <w:tcPr>
            <w:tcW w:type="dxa" w:w="3402"/>
          </w:tcPr>
          <w:p>
            <w:r>
              <w:t>п. Берёзовка,  ул. Центральная, 71</w:t>
            </w:r>
          </w:p>
        </w:tc>
      </w:tr>
      <w:tr>
        <w:tc>
          <w:tcPr>
            <w:tcW w:type="dxa" w:w="567"/>
          </w:tcPr>
          <w:p>
            <w:r>
              <w:t>116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Новоалтайск</w:t>
            </w:r>
          </w:p>
        </w:tc>
        <w:tc>
          <w:tcPr>
            <w:tcW w:type="dxa" w:w="3402"/>
          </w:tcPr>
          <w:p>
            <w:r>
              <w:t>ул. Белоярская, 149</w:t>
            </w:r>
          </w:p>
        </w:tc>
      </w:tr>
      <w:tr>
        <w:tc>
          <w:tcPr>
            <w:tcW w:type="dxa" w:w="567"/>
          </w:tcPr>
          <w:p>
            <w:r>
              <w:t>117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Новоалтайск</w:t>
            </w:r>
          </w:p>
        </w:tc>
        <w:tc>
          <w:tcPr>
            <w:tcW w:type="dxa" w:w="3402"/>
          </w:tcPr>
          <w:p>
            <w:r>
              <w:t>ул. Октябрьская, 13</w:t>
            </w:r>
          </w:p>
        </w:tc>
      </w:tr>
      <w:tr>
        <w:tc>
          <w:tcPr>
            <w:tcW w:type="dxa" w:w="567"/>
          </w:tcPr>
          <w:p>
            <w:r>
              <w:t>118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Новоалтайск</w:t>
            </w:r>
          </w:p>
        </w:tc>
        <w:tc>
          <w:tcPr>
            <w:tcW w:type="dxa" w:w="3402"/>
          </w:tcPr>
          <w:p>
            <w:r>
              <w:t>ул. Партизанская, 18а</w:t>
            </w:r>
          </w:p>
        </w:tc>
      </w:tr>
      <w:tr>
        <w:tc>
          <w:tcPr>
            <w:tcW w:type="dxa" w:w="567"/>
          </w:tcPr>
          <w:p>
            <w:r>
              <w:t>119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Новоалтайск</w:t>
            </w:r>
          </w:p>
        </w:tc>
        <w:tc>
          <w:tcPr>
            <w:tcW w:type="dxa" w:w="3402"/>
          </w:tcPr>
          <w:p>
            <w:r>
              <w:t>ул. Прудская, 1а</w:t>
            </w:r>
          </w:p>
        </w:tc>
      </w:tr>
      <w:tr>
        <w:tc>
          <w:tcPr>
            <w:tcW w:type="dxa" w:w="567"/>
          </w:tcPr>
          <w:p>
            <w:r>
              <w:t>120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Новоалтайск</w:t>
            </w:r>
          </w:p>
        </w:tc>
        <w:tc>
          <w:tcPr>
            <w:tcW w:type="dxa" w:w="3402"/>
          </w:tcPr>
          <w:p>
            <w:r>
              <w:t>ул. Прудская, 40</w:t>
            </w:r>
          </w:p>
        </w:tc>
      </w:tr>
      <w:tr>
        <w:tc>
          <w:tcPr>
            <w:tcW w:type="dxa" w:w="567"/>
          </w:tcPr>
          <w:p>
            <w:r>
              <w:t>121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Тальменка</w:t>
            </w:r>
          </w:p>
        </w:tc>
        <w:tc>
          <w:tcPr>
            <w:tcW w:type="dxa" w:w="3402"/>
          </w:tcPr>
          <w:p>
            <w:r>
              <w:t>ул. Кирова, 107</w:t>
            </w:r>
          </w:p>
        </w:tc>
      </w:tr>
      <w:tr>
        <w:tc>
          <w:tcPr>
            <w:tcW w:type="dxa" w:w="567"/>
          </w:tcPr>
          <w:p>
            <w:r>
              <w:t>122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Фирсово</w:t>
            </w:r>
          </w:p>
        </w:tc>
        <w:tc>
          <w:tcPr>
            <w:tcW w:type="dxa" w:w="3402"/>
          </w:tcPr>
          <w:p>
            <w:r>
              <w:t>ул. Затонская, 2А</w:t>
            </w:r>
          </w:p>
        </w:tc>
      </w:tr>
      <w:tr>
        <w:tc>
          <w:tcPr>
            <w:tcW w:type="dxa" w:w="567"/>
          </w:tcPr>
          <w:p>
            <w:r>
              <w:t>123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Центральный (Барнаул)</w:t>
            </w:r>
          </w:p>
        </w:tc>
        <w:tc>
          <w:tcPr>
            <w:tcW w:type="dxa" w:w="3402"/>
          </w:tcPr>
          <w:p>
            <w:r>
              <w:t>ул. Мира, 1а</w:t>
            </w:r>
          </w:p>
        </w:tc>
      </w:tr>
      <w:tr>
        <w:tc>
          <w:tcPr>
            <w:tcW w:type="dxa" w:w="567"/>
          </w:tcPr>
          <w:p>
            <w:r>
              <w:t>124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Южный</w:t>
            </w:r>
          </w:p>
        </w:tc>
        <w:tc>
          <w:tcPr>
            <w:tcW w:type="dxa" w:w="3402"/>
          </w:tcPr>
          <w:p>
            <w:r>
              <w:t>ул. Куйбышева, 3</w:t>
            </w:r>
          </w:p>
        </w:tc>
      </w:tr>
      <w:tr>
        <w:tc>
          <w:tcPr>
            <w:tcW w:type="dxa" w:w="567"/>
          </w:tcPr>
          <w:p>
            <w:r>
              <w:t>125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Южный</w:t>
            </w:r>
          </w:p>
        </w:tc>
        <w:tc>
          <w:tcPr>
            <w:tcW w:type="dxa" w:w="3402"/>
          </w:tcPr>
          <w:p>
            <w:r>
              <w:t>ул. Чайковского, 35</w:t>
            </w:r>
          </w:p>
        </w:tc>
      </w:tr>
      <w:tr>
        <w:tc>
          <w:tcPr>
            <w:tcW w:type="dxa" w:w="567"/>
          </w:tcPr>
          <w:p>
            <w:r>
              <w:t>126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Южный</w:t>
            </w:r>
          </w:p>
        </w:tc>
        <w:tc>
          <w:tcPr>
            <w:tcW w:type="dxa" w:w="3402"/>
          </w:tcPr>
          <w:p>
            <w:r>
              <w:t>ул. Чайковского, 35, к. 1</w:t>
            </w:r>
          </w:p>
        </w:tc>
      </w:tr>
      <w:tr>
        <w:tc>
          <w:tcPr>
            <w:tcW w:type="dxa" w:w="567"/>
          </w:tcPr>
          <w:p>
            <w:r>
              <w:t>127</w:t>
            </w:r>
          </w:p>
        </w:tc>
        <w:tc>
          <w:tcPr>
            <w:tcW w:type="dxa" w:w="2835"/>
          </w:tcPr>
          <w:p>
            <w:r>
              <w:t>Алтайский край</w:t>
            </w:r>
          </w:p>
        </w:tc>
        <w:tc>
          <w:tcPr>
            <w:tcW w:type="dxa" w:w="2268"/>
          </w:tcPr>
          <w:p>
            <w:r>
              <w:t>Южный</w:t>
            </w:r>
          </w:p>
        </w:tc>
        <w:tc>
          <w:tcPr>
            <w:tcW w:type="dxa" w:w="3402"/>
          </w:tcPr>
          <w:p>
            <w:r>
              <w:t>ул. Чайковского, 45</w:t>
            </w:r>
          </w:p>
        </w:tc>
      </w:tr>
      <w:tr>
        <w:tc>
          <w:tcPr>
            <w:tcW w:type="dxa" w:w="567"/>
          </w:tcPr>
          <w:p>
            <w:r>
              <w:t>128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Александров</w:t>
            </w:r>
          </w:p>
        </w:tc>
        <w:tc>
          <w:tcPr>
            <w:tcW w:type="dxa" w:w="3402"/>
          </w:tcPr>
          <w:p>
            <w:r>
              <w:t>пер. Вокзальный, 3а</w:t>
            </w:r>
          </w:p>
        </w:tc>
      </w:tr>
      <w:tr>
        <w:tc>
          <w:tcPr>
            <w:tcW w:type="dxa" w:w="567"/>
          </w:tcPr>
          <w:p>
            <w:r>
              <w:t>129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Александров</w:t>
            </w:r>
          </w:p>
        </w:tc>
        <w:tc>
          <w:tcPr>
            <w:tcW w:type="dxa" w:w="3402"/>
          </w:tcPr>
          <w:p>
            <w:r>
              <w:t>ул. Октябрьская, 6/5</w:t>
            </w:r>
          </w:p>
        </w:tc>
      </w:tr>
      <w:tr>
        <w:tc>
          <w:tcPr>
            <w:tcW w:type="dxa" w:w="567"/>
          </w:tcPr>
          <w:p>
            <w:r>
              <w:t>130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пр. Ленина, 32А</w:t>
            </w:r>
          </w:p>
        </w:tc>
      </w:tr>
      <w:tr>
        <w:tc>
          <w:tcPr>
            <w:tcW w:type="dxa" w:w="567"/>
          </w:tcPr>
          <w:p>
            <w:r>
              <w:t>131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проезд Лакина, 10</w:t>
            </w:r>
          </w:p>
        </w:tc>
      </w:tr>
      <w:tr>
        <w:tc>
          <w:tcPr>
            <w:tcW w:type="dxa" w:w="567"/>
          </w:tcPr>
          <w:p>
            <w:r>
              <w:t>132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пр. Строителей, 30В</w:t>
            </w:r>
          </w:p>
        </w:tc>
      </w:tr>
      <w:tr>
        <w:tc>
          <w:tcPr>
            <w:tcW w:type="dxa" w:w="567"/>
          </w:tcPr>
          <w:p>
            <w:r>
              <w:t>133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Верхняя Дуброва, 10</w:t>
            </w:r>
          </w:p>
        </w:tc>
      </w:tr>
      <w:tr>
        <w:tc>
          <w:tcPr>
            <w:tcW w:type="dxa" w:w="567"/>
          </w:tcPr>
          <w:p>
            <w:r>
              <w:t>134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Добросельская, 188б, корп.2</w:t>
            </w:r>
          </w:p>
        </w:tc>
      </w:tr>
      <w:tr>
        <w:tc>
          <w:tcPr>
            <w:tcW w:type="dxa" w:w="567"/>
          </w:tcPr>
          <w:p>
            <w:r>
              <w:t>135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Жуковского, 24</w:t>
            </w:r>
          </w:p>
        </w:tc>
      </w:tr>
      <w:tr>
        <w:tc>
          <w:tcPr>
            <w:tcW w:type="dxa" w:w="567"/>
          </w:tcPr>
          <w:p>
            <w:r>
              <w:t>136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Комиссарова, 19</w:t>
            </w:r>
          </w:p>
        </w:tc>
      </w:tr>
      <w:tr>
        <w:tc>
          <w:tcPr>
            <w:tcW w:type="dxa" w:w="567"/>
          </w:tcPr>
          <w:p>
            <w:r>
              <w:t>137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Растопчина, 51б</w:t>
            </w:r>
          </w:p>
        </w:tc>
      </w:tr>
      <w:tr>
        <w:tc>
          <w:tcPr>
            <w:tcW w:type="dxa" w:w="567"/>
          </w:tcPr>
          <w:p>
            <w:r>
              <w:t>138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Тракторная, 5Б</w:t>
            </w:r>
          </w:p>
        </w:tc>
      </w:tr>
      <w:tr>
        <w:tc>
          <w:tcPr>
            <w:tcW w:type="dxa" w:w="567"/>
          </w:tcPr>
          <w:p>
            <w:r>
              <w:t>139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Усти-на-Лабе, 16</w:t>
            </w:r>
          </w:p>
        </w:tc>
      </w:tr>
      <w:tr>
        <w:tc>
          <w:tcPr>
            <w:tcW w:type="dxa" w:w="567"/>
          </w:tcPr>
          <w:p>
            <w:r>
              <w:t>140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Чайковского, 40</w:t>
            </w:r>
          </w:p>
        </w:tc>
      </w:tr>
      <w:tr>
        <w:tc>
          <w:tcPr>
            <w:tcW w:type="dxa" w:w="567"/>
          </w:tcPr>
          <w:p>
            <w:r>
              <w:t>141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Юбилейная, 40</w:t>
            </w:r>
          </w:p>
        </w:tc>
      </w:tr>
      <w:tr>
        <w:tc>
          <w:tcPr>
            <w:tcW w:type="dxa" w:w="567"/>
          </w:tcPr>
          <w:p>
            <w:r>
              <w:t>142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 Юбилейная, 58</w:t>
            </w:r>
          </w:p>
        </w:tc>
      </w:tr>
      <w:tr>
        <w:tc>
          <w:tcPr>
            <w:tcW w:type="dxa" w:w="567"/>
          </w:tcPr>
          <w:p>
            <w:r>
              <w:t>143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ул.Юбилейная, 7а</w:t>
            </w:r>
          </w:p>
        </w:tc>
      </w:tr>
      <w:tr>
        <w:tc>
          <w:tcPr>
            <w:tcW w:type="dxa" w:w="567"/>
          </w:tcPr>
          <w:p>
            <w:r>
              <w:t>144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Владимир</w:t>
            </w:r>
          </w:p>
        </w:tc>
        <w:tc>
          <w:tcPr>
            <w:tcW w:type="dxa" w:w="3402"/>
          </w:tcPr>
          <w:p>
            <w:r>
              <w:t>шоссе Судогодское, 1</w:t>
            </w:r>
          </w:p>
        </w:tc>
      </w:tr>
      <w:tr>
        <w:tc>
          <w:tcPr>
            <w:tcW w:type="dxa" w:w="567"/>
          </w:tcPr>
          <w:p>
            <w:r>
              <w:t>145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Вязники</w:t>
            </w:r>
          </w:p>
        </w:tc>
        <w:tc>
          <w:tcPr>
            <w:tcW w:type="dxa" w:w="3402"/>
          </w:tcPr>
          <w:p>
            <w:r>
              <w:t>ул. Ленина, 21а</w:t>
            </w:r>
          </w:p>
        </w:tc>
      </w:tr>
      <w:tr>
        <w:tc>
          <w:tcPr>
            <w:tcW w:type="dxa" w:w="567"/>
          </w:tcPr>
          <w:p>
            <w:r>
              <w:t>146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Гусь-Хрустальный</w:t>
            </w:r>
          </w:p>
        </w:tc>
        <w:tc>
          <w:tcPr>
            <w:tcW w:type="dxa" w:w="3402"/>
          </w:tcPr>
          <w:p>
            <w:r>
              <w:t>пр. 50 лет Советской Власти, 39</w:t>
            </w:r>
          </w:p>
        </w:tc>
      </w:tr>
      <w:tr>
        <w:tc>
          <w:tcPr>
            <w:tcW w:type="dxa" w:w="567"/>
          </w:tcPr>
          <w:p>
            <w:r>
              <w:t>147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Гусь-Хрустальный</w:t>
            </w:r>
          </w:p>
        </w:tc>
        <w:tc>
          <w:tcPr>
            <w:tcW w:type="dxa" w:w="3402"/>
          </w:tcPr>
          <w:p>
            <w:r>
              <w:t>пр. Теплицкий, 7</w:t>
            </w:r>
          </w:p>
        </w:tc>
      </w:tr>
      <w:tr>
        <w:tc>
          <w:tcPr>
            <w:tcW w:type="dxa" w:w="567"/>
          </w:tcPr>
          <w:p>
            <w:r>
              <w:t>148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Гусь-Хрустальный</w:t>
            </w:r>
          </w:p>
        </w:tc>
        <w:tc>
          <w:tcPr>
            <w:tcW w:type="dxa" w:w="3402"/>
          </w:tcPr>
          <w:p>
            <w:r>
              <w:t>ул. Калинина, 46</w:t>
            </w:r>
          </w:p>
        </w:tc>
      </w:tr>
      <w:tr>
        <w:tc>
          <w:tcPr>
            <w:tcW w:type="dxa" w:w="567"/>
          </w:tcPr>
          <w:p>
            <w:r>
              <w:t>149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Гусь-Хрустальный</w:t>
            </w:r>
          </w:p>
        </w:tc>
        <w:tc>
          <w:tcPr>
            <w:tcW w:type="dxa" w:w="3402"/>
          </w:tcPr>
          <w:p>
            <w:r>
              <w:t>ул. Транспортная, 12а</w:t>
            </w:r>
          </w:p>
        </w:tc>
      </w:tr>
      <w:tr>
        <w:tc>
          <w:tcPr>
            <w:tcW w:type="dxa" w:w="567"/>
          </w:tcPr>
          <w:p>
            <w:r>
              <w:t>150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Карабаново</w:t>
            </w:r>
          </w:p>
        </w:tc>
        <w:tc>
          <w:tcPr>
            <w:tcW w:type="dxa" w:w="3402"/>
          </w:tcPr>
          <w:p>
            <w:r>
              <w:t>ул. Мира, 28</w:t>
            </w:r>
          </w:p>
        </w:tc>
      </w:tr>
      <w:tr>
        <w:tc>
          <w:tcPr>
            <w:tcW w:type="dxa" w:w="567"/>
          </w:tcPr>
          <w:p>
            <w:r>
              <w:t>151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Киржач</w:t>
            </w:r>
          </w:p>
        </w:tc>
        <w:tc>
          <w:tcPr>
            <w:tcW w:type="dxa" w:w="3402"/>
          </w:tcPr>
          <w:p>
            <w:r>
              <w:t>кв-л Южный, 5а</w:t>
            </w:r>
          </w:p>
        </w:tc>
      </w:tr>
      <w:tr>
        <w:tc>
          <w:tcPr>
            <w:tcW w:type="dxa" w:w="567"/>
          </w:tcPr>
          <w:p>
            <w:r>
              <w:t>152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Киржач</w:t>
            </w:r>
          </w:p>
        </w:tc>
        <w:tc>
          <w:tcPr>
            <w:tcW w:type="dxa" w:w="3402"/>
          </w:tcPr>
          <w:p>
            <w:r>
              <w:t>ул. Гагарина, 15, стр.1</w:t>
            </w:r>
          </w:p>
        </w:tc>
      </w:tr>
      <w:tr>
        <w:tc>
          <w:tcPr>
            <w:tcW w:type="dxa" w:w="567"/>
          </w:tcPr>
          <w:p>
            <w:r>
              <w:t>153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Киржач</w:t>
            </w:r>
          </w:p>
        </w:tc>
        <w:tc>
          <w:tcPr>
            <w:tcW w:type="dxa" w:w="3402"/>
          </w:tcPr>
          <w:p>
            <w:r>
              <w:t>ул. Шелковиков, 40А</w:t>
            </w:r>
          </w:p>
        </w:tc>
      </w:tr>
      <w:tr>
        <w:tc>
          <w:tcPr>
            <w:tcW w:type="dxa" w:w="567"/>
          </w:tcPr>
          <w:p>
            <w:r>
              <w:t>154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пр. Ленина, 23</w:t>
            </w:r>
          </w:p>
        </w:tc>
      </w:tr>
      <w:tr>
        <w:tc>
          <w:tcPr>
            <w:tcW w:type="dxa" w:w="567"/>
          </w:tcPr>
          <w:p>
            <w:r>
              <w:t>155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пр. Мира, 4</w:t>
            </w:r>
          </w:p>
        </w:tc>
      </w:tr>
      <w:tr>
        <w:tc>
          <w:tcPr>
            <w:tcW w:type="dxa" w:w="567"/>
          </w:tcPr>
          <w:p>
            <w:r>
              <w:t>156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ул. Зои Космодемьянской, 3/1</w:t>
            </w:r>
          </w:p>
        </w:tc>
      </w:tr>
      <w:tr>
        <w:tc>
          <w:tcPr>
            <w:tcW w:type="dxa" w:w="567"/>
          </w:tcPr>
          <w:p>
            <w:r>
              <w:t>157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ул. Кленовая, 78, стр. 1</w:t>
            </w:r>
          </w:p>
        </w:tc>
      </w:tr>
      <w:tr>
        <w:tc>
          <w:tcPr>
            <w:tcW w:type="dxa" w:w="567"/>
          </w:tcPr>
          <w:p>
            <w:r>
              <w:t>158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ул. Колхозная, 28</w:t>
            </w:r>
          </w:p>
        </w:tc>
      </w:tr>
      <w:tr>
        <w:tc>
          <w:tcPr>
            <w:tcW w:type="dxa" w:w="567"/>
          </w:tcPr>
          <w:p>
            <w:r>
              <w:t>159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ул. Комсомольская, 157</w:t>
            </w:r>
          </w:p>
        </w:tc>
      </w:tr>
      <w:tr>
        <w:tc>
          <w:tcPr>
            <w:tcW w:type="dxa" w:w="567"/>
          </w:tcPr>
          <w:p>
            <w:r>
              <w:t>160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ул. Комсомольская, 24</w:t>
            </w:r>
          </w:p>
        </w:tc>
      </w:tr>
      <w:tr>
        <w:tc>
          <w:tcPr>
            <w:tcW w:type="dxa" w:w="567"/>
          </w:tcPr>
          <w:p>
            <w:r>
              <w:t>161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ул. Социалистическая, 23</w:t>
            </w:r>
          </w:p>
        </w:tc>
      </w:tr>
      <w:tr>
        <w:tc>
          <w:tcPr>
            <w:tcW w:type="dxa" w:w="567"/>
          </w:tcPr>
          <w:p>
            <w:r>
              <w:t>162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ул. Фрунзе, 2</w:t>
            </w:r>
          </w:p>
        </w:tc>
      </w:tr>
      <w:tr>
        <w:tc>
          <w:tcPr>
            <w:tcW w:type="dxa" w:w="567"/>
          </w:tcPr>
          <w:p>
            <w:r>
              <w:t>163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Ковров</w:t>
            </w:r>
          </w:p>
        </w:tc>
        <w:tc>
          <w:tcPr>
            <w:tcW w:type="dxa" w:w="3402"/>
          </w:tcPr>
          <w:p>
            <w:r>
              <w:t>ул. Шмидта, 14</w:t>
            </w:r>
          </w:p>
        </w:tc>
      </w:tr>
      <w:tr>
        <w:tc>
          <w:tcPr>
            <w:tcW w:type="dxa" w:w="567"/>
          </w:tcPr>
          <w:p>
            <w:r>
              <w:t>164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Кольчугино</w:t>
            </w:r>
          </w:p>
        </w:tc>
        <w:tc>
          <w:tcPr>
            <w:tcW w:type="dxa" w:w="3402"/>
          </w:tcPr>
          <w:p>
            <w:r>
              <w:t>ул. Ленина, 15</w:t>
            </w:r>
          </w:p>
        </w:tc>
      </w:tr>
      <w:tr>
        <w:tc>
          <w:tcPr>
            <w:tcW w:type="dxa" w:w="567"/>
          </w:tcPr>
          <w:p>
            <w:r>
              <w:t>165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Кольчугино</w:t>
            </w:r>
          </w:p>
        </w:tc>
        <w:tc>
          <w:tcPr>
            <w:tcW w:type="dxa" w:w="3402"/>
          </w:tcPr>
          <w:p>
            <w:r>
              <w:t>ул Шмелева, 14</w:t>
            </w:r>
          </w:p>
        </w:tc>
      </w:tr>
      <w:tr>
        <w:tc>
          <w:tcPr>
            <w:tcW w:type="dxa" w:w="567"/>
          </w:tcPr>
          <w:p>
            <w:r>
              <w:t>166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Муром</w:t>
            </w:r>
          </w:p>
        </w:tc>
        <w:tc>
          <w:tcPr>
            <w:tcW w:type="dxa" w:w="3402"/>
          </w:tcPr>
          <w:p>
            <w:r>
              <w:t>ул. Артема, 16</w:t>
            </w:r>
          </w:p>
        </w:tc>
      </w:tr>
      <w:tr>
        <w:tc>
          <w:tcPr>
            <w:tcW w:type="dxa" w:w="567"/>
          </w:tcPr>
          <w:p>
            <w:r>
              <w:t>167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Муром</w:t>
            </w:r>
          </w:p>
        </w:tc>
        <w:tc>
          <w:tcPr>
            <w:tcW w:type="dxa" w:w="3402"/>
          </w:tcPr>
          <w:p>
            <w:r>
              <w:t>ул. Ленинградская, 28</w:t>
            </w:r>
          </w:p>
        </w:tc>
      </w:tr>
      <w:tr>
        <w:tc>
          <w:tcPr>
            <w:tcW w:type="dxa" w:w="567"/>
          </w:tcPr>
          <w:p>
            <w:r>
              <w:t>168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Муром</w:t>
            </w:r>
          </w:p>
        </w:tc>
        <w:tc>
          <w:tcPr>
            <w:tcW w:type="dxa" w:w="3402"/>
          </w:tcPr>
          <w:p>
            <w:r>
              <w:t>ул. Льва Толстого, 79</w:t>
            </w:r>
          </w:p>
        </w:tc>
      </w:tr>
      <w:tr>
        <w:tc>
          <w:tcPr>
            <w:tcW w:type="dxa" w:w="567"/>
          </w:tcPr>
          <w:p>
            <w:r>
              <w:t>169</w:t>
            </w:r>
          </w:p>
        </w:tc>
        <w:tc>
          <w:tcPr>
            <w:tcW w:type="dxa" w:w="2835"/>
          </w:tcPr>
          <w:p>
            <w:r>
              <w:t>Владимирская область</w:t>
            </w:r>
          </w:p>
        </w:tc>
        <w:tc>
          <w:tcPr>
            <w:tcW w:type="dxa" w:w="2268"/>
          </w:tcPr>
          <w:p>
            <w:r>
              <w:t>Струнино</w:t>
            </w:r>
          </w:p>
        </w:tc>
        <w:tc>
          <w:tcPr>
            <w:tcW w:type="dxa" w:w="3402"/>
          </w:tcPr>
          <w:p>
            <w:r>
              <w:t>ул. Лермонтова, 3г</w:t>
            </w:r>
          </w:p>
        </w:tc>
      </w:tr>
      <w:tr>
        <w:tc>
          <w:tcPr>
            <w:tcW w:type="dxa" w:w="567"/>
          </w:tcPr>
          <w:p>
            <w:r>
              <w:t>170</w:t>
            </w:r>
          </w:p>
        </w:tc>
        <w:tc>
          <w:tcPr>
            <w:tcW w:type="dxa" w:w="2835"/>
          </w:tcPr>
          <w:p>
            <w:r>
              <w:t>Воронежская область</w:t>
            </w:r>
          </w:p>
        </w:tc>
        <w:tc>
          <w:tcPr>
            <w:tcW w:type="dxa" w:w="2268"/>
          </w:tcPr>
          <w:p>
            <w:r>
              <w:t>Воронеж</w:t>
            </w:r>
          </w:p>
        </w:tc>
        <w:tc>
          <w:tcPr>
            <w:tcW w:type="dxa" w:w="3402"/>
          </w:tcPr>
          <w:p>
            <w:r>
              <w:t>пр. Московский, 10</w:t>
            </w:r>
          </w:p>
        </w:tc>
      </w:tr>
      <w:tr>
        <w:tc>
          <w:tcPr>
            <w:tcW w:type="dxa" w:w="567"/>
          </w:tcPr>
          <w:p>
            <w:r>
              <w:t>171</w:t>
            </w:r>
          </w:p>
        </w:tc>
        <w:tc>
          <w:tcPr>
            <w:tcW w:type="dxa" w:w="2835"/>
          </w:tcPr>
          <w:p>
            <w:r>
              <w:t>Воронежская область</w:t>
            </w:r>
          </w:p>
        </w:tc>
        <w:tc>
          <w:tcPr>
            <w:tcW w:type="dxa" w:w="2268"/>
          </w:tcPr>
          <w:p>
            <w:r>
              <w:t>Воронеж</w:t>
            </w:r>
          </w:p>
        </w:tc>
        <w:tc>
          <w:tcPr>
            <w:tcW w:type="dxa" w:w="3402"/>
          </w:tcPr>
          <w:p>
            <w:r>
              <w:t>пр. Патриотов, 3А</w:t>
            </w:r>
          </w:p>
        </w:tc>
      </w:tr>
      <w:tr>
        <w:tc>
          <w:tcPr>
            <w:tcW w:type="dxa" w:w="567"/>
          </w:tcPr>
          <w:p>
            <w:r>
              <w:t>172</w:t>
            </w:r>
          </w:p>
        </w:tc>
        <w:tc>
          <w:tcPr>
            <w:tcW w:type="dxa" w:w="2835"/>
          </w:tcPr>
          <w:p>
            <w:r>
              <w:t>Воронежская область</w:t>
            </w:r>
          </w:p>
        </w:tc>
        <w:tc>
          <w:tcPr>
            <w:tcW w:type="dxa" w:w="2268"/>
          </w:tcPr>
          <w:p>
            <w:r>
              <w:t>Воронеж</w:t>
            </w:r>
          </w:p>
        </w:tc>
        <w:tc>
          <w:tcPr>
            <w:tcW w:type="dxa" w:w="3402"/>
          </w:tcPr>
          <w:p>
            <w:r>
              <w:t>пр. Патриотов, 50</w:t>
            </w:r>
          </w:p>
        </w:tc>
      </w:tr>
      <w:tr>
        <w:tc>
          <w:tcPr>
            <w:tcW w:type="dxa" w:w="567"/>
          </w:tcPr>
          <w:p>
            <w:r>
              <w:t>173</w:t>
            </w:r>
          </w:p>
        </w:tc>
        <w:tc>
          <w:tcPr>
            <w:tcW w:type="dxa" w:w="2835"/>
          </w:tcPr>
          <w:p>
            <w:r>
              <w:t>Воронежская область</w:t>
            </w:r>
          </w:p>
        </w:tc>
        <w:tc>
          <w:tcPr>
            <w:tcW w:type="dxa" w:w="2268"/>
          </w:tcPr>
          <w:p>
            <w:r>
              <w:t>Воронеж</w:t>
            </w:r>
          </w:p>
        </w:tc>
        <w:tc>
          <w:tcPr>
            <w:tcW w:type="dxa" w:w="3402"/>
          </w:tcPr>
          <w:p>
            <w:r>
              <w:t>ул. 20-летия Октября, 61</w:t>
            </w:r>
          </w:p>
        </w:tc>
      </w:tr>
      <w:tr>
        <w:tc>
          <w:tcPr>
            <w:tcW w:type="dxa" w:w="567"/>
          </w:tcPr>
          <w:p>
            <w:r>
              <w:t>174</w:t>
            </w:r>
          </w:p>
        </w:tc>
        <w:tc>
          <w:tcPr>
            <w:tcW w:type="dxa" w:w="2835"/>
          </w:tcPr>
          <w:p>
            <w:r>
              <w:t>Воронежская область</w:t>
            </w:r>
          </w:p>
        </w:tc>
        <w:tc>
          <w:tcPr>
            <w:tcW w:type="dxa" w:w="2268"/>
          </w:tcPr>
          <w:p>
            <w:r>
              <w:t>Семилуки</w:t>
            </w:r>
          </w:p>
        </w:tc>
        <w:tc>
          <w:tcPr>
            <w:tcW w:type="dxa" w:w="3402"/>
          </w:tcPr>
          <w:p>
            <w:r>
              <w:t>ул. Транспортная, 16А/2</w:t>
            </w:r>
          </w:p>
        </w:tc>
      </w:tr>
      <w:tr>
        <w:tc>
          <w:tcPr>
            <w:tcW w:type="dxa" w:w="567"/>
          </w:tcPr>
          <w:p>
            <w:r>
              <w:t>175</w:t>
            </w:r>
          </w:p>
        </w:tc>
        <w:tc>
          <w:tcPr>
            <w:tcW w:type="dxa" w:w="2835"/>
          </w:tcPr>
          <w:p>
            <w:r>
              <w:t>Воронежская область</w:t>
            </w:r>
          </w:p>
        </w:tc>
        <w:tc>
          <w:tcPr>
            <w:tcW w:type="dxa" w:w="2268"/>
          </w:tcPr>
          <w:p>
            <w:r>
              <w:t>Хутор Красное</w:t>
            </w:r>
          </w:p>
        </w:tc>
        <w:tc>
          <w:tcPr>
            <w:tcW w:type="dxa" w:w="3402"/>
          </w:tcPr>
          <w:p>
            <w:r>
              <w:t>д. 62б</w:t>
            </w:r>
          </w:p>
        </w:tc>
      </w:tr>
      <w:tr>
        <w:tc>
          <w:tcPr>
            <w:tcW w:type="dxa" w:w="567"/>
          </w:tcPr>
          <w:p>
            <w:r>
              <w:t>176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Внуково</w:t>
            </w:r>
          </w:p>
        </w:tc>
        <w:tc>
          <w:tcPr>
            <w:tcW w:type="dxa" w:w="3402"/>
          </w:tcPr>
          <w:p>
            <w:r>
              <w:t>ул. Аэрофлотская, 8</w:t>
            </w:r>
          </w:p>
        </w:tc>
      </w:tr>
      <w:tr>
        <w:tc>
          <w:tcPr>
            <w:tcW w:type="dxa" w:w="567"/>
          </w:tcPr>
          <w:p>
            <w:r>
              <w:t>177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Зеленоград</w:t>
            </w:r>
          </w:p>
        </w:tc>
        <w:tc>
          <w:tcPr>
            <w:tcW w:type="dxa" w:w="3402"/>
          </w:tcPr>
          <w:p>
            <w:r>
              <w:t>корп. 1604</w:t>
            </w:r>
          </w:p>
        </w:tc>
      </w:tr>
      <w:tr>
        <w:tc>
          <w:tcPr>
            <w:tcW w:type="dxa" w:w="567"/>
          </w:tcPr>
          <w:p>
            <w:r>
              <w:t>178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Зеленоград</w:t>
            </w:r>
          </w:p>
        </w:tc>
        <w:tc>
          <w:tcPr>
            <w:tcW w:type="dxa" w:w="3402"/>
          </w:tcPr>
          <w:p>
            <w:r>
              <w:t>корп. 249</w:t>
            </w:r>
          </w:p>
        </w:tc>
      </w:tr>
      <w:tr>
        <w:tc>
          <w:tcPr>
            <w:tcW w:type="dxa" w:w="567"/>
          </w:tcPr>
          <w:p>
            <w:r>
              <w:t>179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55.841746, 37.378908</w:t>
            </w:r>
          </w:p>
        </w:tc>
      </w:tr>
      <w:tr>
        <w:tc>
          <w:tcPr>
            <w:tcW w:type="dxa" w:w="567"/>
          </w:tcPr>
          <w:p>
            <w:r>
              <w:t>180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б. Есенинский, 1/26, корп. 1</w:t>
            </w:r>
          </w:p>
        </w:tc>
      </w:tr>
      <w:tr>
        <w:tc>
          <w:tcPr>
            <w:tcW w:type="dxa" w:w="567"/>
          </w:tcPr>
          <w:p>
            <w:r>
              <w:t>181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б-р Сиреневый, 44</w:t>
            </w:r>
          </w:p>
        </w:tc>
      </w:tr>
      <w:tr>
        <w:tc>
          <w:tcPr>
            <w:tcW w:type="dxa" w:w="567"/>
          </w:tcPr>
          <w:p>
            <w:r>
              <w:t>182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л. Уточкина, 5, к.2</w:t>
            </w:r>
          </w:p>
        </w:tc>
      </w:tr>
      <w:tr>
        <w:tc>
          <w:tcPr>
            <w:tcW w:type="dxa" w:w="567"/>
          </w:tcPr>
          <w:p>
            <w:r>
              <w:t>183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пр. Буденного, 39/1</w:t>
            </w:r>
          </w:p>
        </w:tc>
      </w:tr>
      <w:tr>
        <w:tc>
          <w:tcPr>
            <w:tcW w:type="dxa" w:w="567"/>
          </w:tcPr>
          <w:p>
            <w:r>
              <w:t>184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пр. Измайловский, 123/1, корп. 1</w:t>
            </w:r>
          </w:p>
        </w:tc>
      </w:tr>
      <w:tr>
        <w:tc>
          <w:tcPr>
            <w:tcW w:type="dxa" w:w="567"/>
          </w:tcPr>
          <w:p>
            <w:r>
              <w:t>185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пр. Куприна, 24, к. 2</w:t>
            </w:r>
          </w:p>
        </w:tc>
      </w:tr>
      <w:tr>
        <w:tc>
          <w:tcPr>
            <w:tcW w:type="dxa" w:w="567"/>
          </w:tcPr>
          <w:p>
            <w:r>
              <w:t>186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пр. Ленинский, 102</w:t>
            </w:r>
          </w:p>
        </w:tc>
      </w:tr>
      <w:tr>
        <w:tc>
          <w:tcPr>
            <w:tcW w:type="dxa" w:w="567"/>
          </w:tcPr>
          <w:p>
            <w:r>
              <w:t>187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проезд Измайловский, 5/1, к. 1</w:t>
            </w:r>
          </w:p>
        </w:tc>
      </w:tr>
      <w:tr>
        <w:tc>
          <w:tcPr>
            <w:tcW w:type="dxa" w:w="567"/>
          </w:tcPr>
          <w:p>
            <w:r>
              <w:t>188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проезд Русанова, 17</w:t>
            </w:r>
          </w:p>
        </w:tc>
      </w:tr>
      <w:tr>
        <w:tc>
          <w:tcPr>
            <w:tcW w:type="dxa" w:w="567"/>
          </w:tcPr>
          <w:p>
            <w:r>
              <w:t>189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проезд Сигнальный, 6А</w:t>
            </w:r>
          </w:p>
        </w:tc>
      </w:tr>
      <w:tr>
        <w:tc>
          <w:tcPr>
            <w:tcW w:type="dxa" w:w="567"/>
          </w:tcPr>
          <w:p>
            <w:r>
              <w:t>190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проезд Тюменский, 3, к. 3</w:t>
            </w:r>
          </w:p>
        </w:tc>
      </w:tr>
      <w:tr>
        <w:tc>
          <w:tcPr>
            <w:tcW w:type="dxa" w:w="567"/>
          </w:tcPr>
          <w:p>
            <w:r>
              <w:t>191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проезд Чечёрский, 102А</w:t>
            </w:r>
          </w:p>
        </w:tc>
      </w:tr>
      <w:tr>
        <w:tc>
          <w:tcPr>
            <w:tcW w:type="dxa" w:w="567"/>
          </w:tcPr>
          <w:p>
            <w:r>
              <w:t>192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пр. Рязанский, 2/2, корп.1</w:t>
            </w:r>
          </w:p>
        </w:tc>
      </w:tr>
      <w:tr>
        <w:tc>
          <w:tcPr>
            <w:tcW w:type="dxa" w:w="567"/>
          </w:tcPr>
          <w:p>
            <w:r>
              <w:t>193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пр. Свободный, 30</w:t>
            </w:r>
          </w:p>
        </w:tc>
      </w:tr>
      <w:tr>
        <w:tc>
          <w:tcPr>
            <w:tcW w:type="dxa" w:w="567"/>
          </w:tcPr>
          <w:p>
            <w:r>
              <w:t>194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10-я Соколиной Горы, 26а</w:t>
            </w:r>
          </w:p>
        </w:tc>
      </w:tr>
      <w:tr>
        <w:tc>
          <w:tcPr>
            <w:tcW w:type="dxa" w:w="567"/>
          </w:tcPr>
          <w:p>
            <w:r>
              <w:t>195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15-я Парковая, 46, корп. 5</w:t>
            </w:r>
          </w:p>
        </w:tc>
      </w:tr>
      <w:tr>
        <w:tc>
          <w:tcPr>
            <w:tcW w:type="dxa" w:w="567"/>
          </w:tcPr>
          <w:p>
            <w:r>
              <w:t>196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1-я Нововатутинская, 3</w:t>
            </w:r>
          </w:p>
        </w:tc>
      </w:tr>
      <w:tr>
        <w:tc>
          <w:tcPr>
            <w:tcW w:type="dxa" w:w="567"/>
          </w:tcPr>
          <w:p>
            <w:r>
              <w:t>197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3-я Соколиной горы, 19 пом. 2</w:t>
            </w:r>
          </w:p>
        </w:tc>
      </w:tr>
      <w:tr>
        <w:tc>
          <w:tcPr>
            <w:tcW w:type="dxa" w:w="567"/>
          </w:tcPr>
          <w:p>
            <w:r>
              <w:t>198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Авиаторов, 1</w:t>
            </w:r>
          </w:p>
        </w:tc>
      </w:tr>
      <w:tr>
        <w:tc>
          <w:tcPr>
            <w:tcW w:type="dxa" w:w="567"/>
          </w:tcPr>
          <w:p>
            <w:r>
              <w:t>199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Адмирала Лазарева, д. 63, корп.3</w:t>
            </w:r>
          </w:p>
        </w:tc>
      </w:tr>
      <w:tr>
        <w:tc>
          <w:tcPr>
            <w:tcW w:type="dxa" w:w="567"/>
          </w:tcPr>
          <w:p>
            <w:r>
              <w:t>200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Амундсена, 7, стр. 2</w:t>
            </w:r>
          </w:p>
        </w:tc>
      </w:tr>
      <w:tr>
        <w:tc>
          <w:tcPr>
            <w:tcW w:type="dxa" w:w="567"/>
          </w:tcPr>
          <w:p>
            <w:r>
              <w:t>201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Амурская, 2А корп.2</w:t>
            </w:r>
          </w:p>
        </w:tc>
      </w:tr>
      <w:tr>
        <w:tc>
          <w:tcPr>
            <w:tcW w:type="dxa" w:w="567"/>
          </w:tcPr>
          <w:p>
            <w:r>
              <w:t>202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Базовская, 15, корп. 6</w:t>
            </w:r>
          </w:p>
        </w:tc>
      </w:tr>
      <w:tr>
        <w:tc>
          <w:tcPr>
            <w:tcW w:type="dxa" w:w="567"/>
          </w:tcPr>
          <w:p>
            <w:r>
              <w:t>203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Беловежская, д.79</w:t>
            </w:r>
          </w:p>
        </w:tc>
      </w:tr>
      <w:tr>
        <w:tc>
          <w:tcPr>
            <w:tcW w:type="dxa" w:w="567"/>
          </w:tcPr>
          <w:p>
            <w:r>
              <w:t>204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Бестужевых, 14а</w:t>
            </w:r>
          </w:p>
        </w:tc>
      </w:tr>
      <w:tr>
        <w:tc>
          <w:tcPr>
            <w:tcW w:type="dxa" w:w="567"/>
          </w:tcPr>
          <w:p>
            <w:r>
              <w:t>205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Бирюлёвская, 43</w:t>
            </w:r>
          </w:p>
        </w:tc>
      </w:tr>
      <w:tr>
        <w:tc>
          <w:tcPr>
            <w:tcW w:type="dxa" w:w="567"/>
          </w:tcPr>
          <w:p>
            <w:r>
              <w:t>206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Бойцовая, 12 стр. 1</w:t>
            </w:r>
          </w:p>
        </w:tc>
      </w:tr>
      <w:tr>
        <w:tc>
          <w:tcPr>
            <w:tcW w:type="dxa" w:w="567"/>
          </w:tcPr>
          <w:p>
            <w:r>
              <w:t>207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Веерная, 3, корп. 2</w:t>
            </w:r>
          </w:p>
        </w:tc>
      </w:tr>
      <w:tr>
        <w:tc>
          <w:tcPr>
            <w:tcW w:type="dxa" w:w="567"/>
          </w:tcPr>
          <w:p>
            <w:r>
              <w:t>208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Веерная, 3 корп. 4</w:t>
            </w:r>
          </w:p>
        </w:tc>
      </w:tr>
      <w:tr>
        <w:tc>
          <w:tcPr>
            <w:tcW w:type="dxa" w:w="567"/>
          </w:tcPr>
          <w:p>
            <w:r>
              <w:t>209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Вересаева, 10</w:t>
            </w:r>
          </w:p>
        </w:tc>
      </w:tr>
      <w:tr>
        <w:tc>
          <w:tcPr>
            <w:tcW w:type="dxa" w:w="567"/>
          </w:tcPr>
          <w:p>
            <w:r>
              <w:t>210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Главмосстроя, 18, пом. 3</w:t>
            </w:r>
          </w:p>
        </w:tc>
      </w:tr>
      <w:tr>
        <w:tc>
          <w:tcPr>
            <w:tcW w:type="dxa" w:w="567"/>
          </w:tcPr>
          <w:p>
            <w:r>
              <w:t>211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Гражданская 4-я, 39 корп. 1</w:t>
            </w:r>
          </w:p>
        </w:tc>
      </w:tr>
      <w:tr>
        <w:tc>
          <w:tcPr>
            <w:tcW w:type="dxa" w:w="567"/>
          </w:tcPr>
          <w:p>
            <w:r>
              <w:t>212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Грина, 3А</w:t>
            </w:r>
          </w:p>
        </w:tc>
      </w:tr>
      <w:tr>
        <w:tc>
          <w:tcPr>
            <w:tcW w:type="dxa" w:w="567"/>
          </w:tcPr>
          <w:p>
            <w:r>
              <w:t>213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Душинская, 10</w:t>
            </w:r>
          </w:p>
        </w:tc>
      </w:tr>
      <w:tr>
        <w:tc>
          <w:tcPr>
            <w:tcW w:type="dxa" w:w="567"/>
          </w:tcPr>
          <w:p>
            <w:r>
              <w:t>214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Илимская, 12</w:t>
            </w:r>
          </w:p>
        </w:tc>
      </w:tr>
      <w:tr>
        <w:tc>
          <w:tcPr>
            <w:tcW w:type="dxa" w:w="567"/>
          </w:tcPr>
          <w:p>
            <w:r>
              <w:t>215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Кировоградская, 4, корп. 3А</w:t>
            </w:r>
          </w:p>
        </w:tc>
      </w:tr>
      <w:tr>
        <w:tc>
          <w:tcPr>
            <w:tcW w:type="dxa" w:w="567"/>
          </w:tcPr>
          <w:p>
            <w:r>
              <w:t>216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Коминтерна, 15</w:t>
            </w:r>
          </w:p>
        </w:tc>
      </w:tr>
      <w:tr>
        <w:tc>
          <w:tcPr>
            <w:tcW w:type="dxa" w:w="567"/>
          </w:tcPr>
          <w:p>
            <w:r>
              <w:t>217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Кубинка, 14</w:t>
            </w:r>
          </w:p>
        </w:tc>
      </w:tr>
      <w:tr>
        <w:tc>
          <w:tcPr>
            <w:tcW w:type="dxa" w:w="567"/>
          </w:tcPr>
          <w:p>
            <w:r>
              <w:t>218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Лебедянская, 22 корп. 4 стр. 1</w:t>
            </w:r>
          </w:p>
        </w:tc>
      </w:tr>
      <w:tr>
        <w:tc>
          <w:tcPr>
            <w:tcW w:type="dxa" w:w="567"/>
          </w:tcPr>
          <w:p>
            <w:r>
              <w:t>219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Лебедянская, 28 корп. 2</w:t>
            </w:r>
          </w:p>
        </w:tc>
      </w:tr>
      <w:tr>
        <w:tc>
          <w:tcPr>
            <w:tcW w:type="dxa" w:w="567"/>
          </w:tcPr>
          <w:p>
            <w:r>
              <w:t>220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Лётчика Ульянина, 7</w:t>
            </w:r>
          </w:p>
        </w:tc>
      </w:tr>
      <w:tr>
        <w:tc>
          <w:tcPr>
            <w:tcW w:type="dxa" w:w="567"/>
          </w:tcPr>
          <w:p>
            <w:r>
              <w:t>221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Люблинская, 7/2, корп. 1</w:t>
            </w:r>
          </w:p>
        </w:tc>
      </w:tr>
      <w:tr>
        <w:tc>
          <w:tcPr>
            <w:tcW w:type="dxa" w:w="567"/>
          </w:tcPr>
          <w:p>
            <w:r>
              <w:t>222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Мещерякова, 7</w:t>
            </w:r>
          </w:p>
        </w:tc>
      </w:tr>
      <w:tr>
        <w:tc>
          <w:tcPr>
            <w:tcW w:type="dxa" w:w="567"/>
          </w:tcPr>
          <w:p>
            <w:r>
              <w:t>223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Минусинская, 16</w:t>
            </w:r>
          </w:p>
        </w:tc>
      </w:tr>
      <w:tr>
        <w:tc>
          <w:tcPr>
            <w:tcW w:type="dxa" w:w="567"/>
          </w:tcPr>
          <w:p>
            <w:r>
              <w:t>224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Михайлова, 30А, корп. 4</w:t>
            </w:r>
          </w:p>
        </w:tc>
      </w:tr>
      <w:tr>
        <w:tc>
          <w:tcPr>
            <w:tcW w:type="dxa" w:w="567"/>
          </w:tcPr>
          <w:p>
            <w:r>
              <w:t>225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Муравская, 38, корп. 1</w:t>
            </w:r>
          </w:p>
        </w:tc>
      </w:tr>
      <w:tr>
        <w:tc>
          <w:tcPr>
            <w:tcW w:type="dxa" w:w="567"/>
          </w:tcPr>
          <w:p>
            <w:r>
              <w:t>226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Новогиреевская, 28А</w:t>
            </w:r>
          </w:p>
        </w:tc>
      </w:tr>
      <w:tr>
        <w:tc>
          <w:tcPr>
            <w:tcW w:type="dxa" w:w="567"/>
          </w:tcPr>
          <w:p>
            <w:r>
              <w:t>227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Озёрная, 44</w:t>
            </w:r>
          </w:p>
        </w:tc>
      </w:tr>
      <w:tr>
        <w:tc>
          <w:tcPr>
            <w:tcW w:type="dxa" w:w="567"/>
          </w:tcPr>
          <w:p>
            <w:r>
              <w:t>228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Окская, 7А</w:t>
            </w:r>
          </w:p>
        </w:tc>
      </w:tr>
      <w:tr>
        <w:tc>
          <w:tcPr>
            <w:tcW w:type="dxa" w:w="567"/>
          </w:tcPr>
          <w:p>
            <w:r>
              <w:t>229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Первомайская, 17</w:t>
            </w:r>
          </w:p>
        </w:tc>
      </w:tr>
      <w:tr>
        <w:tc>
          <w:tcPr>
            <w:tcW w:type="dxa" w:w="567"/>
          </w:tcPr>
          <w:p>
            <w:r>
              <w:t>230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Производственная, 8, корп. 1</w:t>
            </w:r>
          </w:p>
        </w:tc>
      </w:tr>
      <w:tr>
        <w:tc>
          <w:tcPr>
            <w:tcW w:type="dxa" w:w="567"/>
          </w:tcPr>
          <w:p>
            <w:r>
              <w:t>231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Пронская, 5А</w:t>
            </w:r>
          </w:p>
        </w:tc>
      </w:tr>
      <w:tr>
        <w:tc>
          <w:tcPr>
            <w:tcW w:type="dxa" w:w="567"/>
          </w:tcPr>
          <w:p>
            <w:r>
              <w:t>232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Родниковая, 16</w:t>
            </w:r>
          </w:p>
        </w:tc>
      </w:tr>
      <w:tr>
        <w:tc>
          <w:tcPr>
            <w:tcW w:type="dxa" w:w="567"/>
          </w:tcPr>
          <w:p>
            <w:r>
              <w:t>233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Родниковая, 30, корп. 3</w:t>
            </w:r>
          </w:p>
        </w:tc>
      </w:tr>
      <w:tr>
        <w:tc>
          <w:tcPr>
            <w:tcW w:type="dxa" w:w="567"/>
          </w:tcPr>
          <w:p>
            <w:r>
              <w:t>234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Саратовская, 1/1</w:t>
            </w:r>
          </w:p>
        </w:tc>
      </w:tr>
      <w:tr>
        <w:tc>
          <w:tcPr>
            <w:tcW w:type="dxa" w:w="567"/>
          </w:tcPr>
          <w:p>
            <w:r>
              <w:t>235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Саянская, 5А</w:t>
            </w:r>
          </w:p>
        </w:tc>
      </w:tr>
      <w:tr>
        <w:tc>
          <w:tcPr>
            <w:tcW w:type="dxa" w:w="567"/>
          </w:tcPr>
          <w:p>
            <w:r>
              <w:t>236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Совхозная, 20</w:t>
            </w:r>
          </w:p>
        </w:tc>
      </w:tr>
      <w:tr>
        <w:tc>
          <w:tcPr>
            <w:tcW w:type="dxa" w:w="567"/>
          </w:tcPr>
          <w:p>
            <w:r>
              <w:t>237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Стартовая, 23, корп. 1</w:t>
            </w:r>
          </w:p>
        </w:tc>
      </w:tr>
      <w:tr>
        <w:tc>
          <w:tcPr>
            <w:tcW w:type="dxa" w:w="567"/>
          </w:tcPr>
          <w:p>
            <w:r>
              <w:t>238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Старый Гай, 8А</w:t>
            </w:r>
          </w:p>
        </w:tc>
      </w:tr>
      <w:tr>
        <w:tc>
          <w:tcPr>
            <w:tcW w:type="dxa" w:w="567"/>
          </w:tcPr>
          <w:p>
            <w:r>
              <w:t>239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Чертановская, 47, корп.1</w:t>
            </w:r>
          </w:p>
        </w:tc>
      </w:tr>
      <w:tr>
        <w:tc>
          <w:tcPr>
            <w:tcW w:type="dxa" w:w="567"/>
          </w:tcPr>
          <w:p>
            <w:r>
              <w:t>240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ул. Юных Ленинцев, 7</w:t>
            </w:r>
          </w:p>
        </w:tc>
      </w:tr>
      <w:tr>
        <w:tc>
          <w:tcPr>
            <w:tcW w:type="dxa" w:w="567"/>
          </w:tcPr>
          <w:p>
            <w:r>
              <w:t>241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ш. Ленинградское, 19</w:t>
            </w:r>
          </w:p>
        </w:tc>
      </w:tr>
      <w:tr>
        <w:tc>
          <w:tcPr>
            <w:tcW w:type="dxa" w:w="567"/>
          </w:tcPr>
          <w:p>
            <w:r>
              <w:t>242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ш. Энтузиастов, 66/1</w:t>
            </w:r>
          </w:p>
        </w:tc>
      </w:tr>
      <w:tr>
        <w:tc>
          <w:tcPr>
            <w:tcW w:type="dxa" w:w="567"/>
          </w:tcPr>
          <w:p>
            <w:r>
              <w:t>243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Москва</w:t>
            </w:r>
          </w:p>
        </w:tc>
        <w:tc>
          <w:tcPr>
            <w:tcW w:type="dxa" w:w="3402"/>
          </w:tcPr>
          <w:p>
            <w:r>
              <w:t>ш. Энтузиастов, 98б</w:t>
            </w:r>
          </w:p>
        </w:tc>
      </w:tr>
      <w:tr>
        <w:tc>
          <w:tcPr>
            <w:tcW w:type="dxa" w:w="567"/>
          </w:tcPr>
          <w:p>
            <w:r>
              <w:t>244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Московский</w:t>
            </w:r>
          </w:p>
        </w:tc>
        <w:tc>
          <w:tcPr>
            <w:tcW w:type="dxa" w:w="3402"/>
          </w:tcPr>
          <w:p>
            <w:r>
              <w:t>1-ый мкр., 39/1</w:t>
            </w:r>
          </w:p>
        </w:tc>
      </w:tr>
      <w:tr>
        <w:tc>
          <w:tcPr>
            <w:tcW w:type="dxa" w:w="567"/>
          </w:tcPr>
          <w:p>
            <w:r>
              <w:t>245</w:t>
            </w:r>
          </w:p>
        </w:tc>
        <w:tc>
          <w:tcPr>
            <w:tcW w:type="dxa" w:w="2835"/>
          </w:tcPr>
          <w:p>
            <w:r>
              <w:t>г. Москва</w:t>
            </w:r>
          </w:p>
        </w:tc>
        <w:tc>
          <w:tcPr>
            <w:tcW w:type="dxa" w:w="2268"/>
          </w:tcPr>
          <w:p>
            <w:r>
              <w:t>Троицк</w:t>
            </w:r>
          </w:p>
        </w:tc>
        <w:tc>
          <w:tcPr>
            <w:tcW w:type="dxa" w:w="3402"/>
          </w:tcPr>
          <w:p>
            <w:r>
              <w:t>ул. Центральная, 2</w:t>
            </w:r>
          </w:p>
        </w:tc>
      </w:tr>
      <w:tr>
        <w:tc>
          <w:tcPr>
            <w:tcW w:type="dxa" w:w="567"/>
          </w:tcPr>
          <w:p>
            <w:r>
              <w:t>246</w:t>
            </w:r>
          </w:p>
        </w:tc>
        <w:tc>
          <w:tcPr>
            <w:tcW w:type="dxa" w:w="2835"/>
          </w:tcPr>
          <w:p>
            <w:r>
              <w:t>Ивановская область</w:t>
            </w:r>
          </w:p>
        </w:tc>
        <w:tc>
          <w:tcPr>
            <w:tcW w:type="dxa" w:w="2268"/>
          </w:tcPr>
          <w:p>
            <w:r>
              <w:t>Иваново</w:t>
            </w:r>
          </w:p>
        </w:tc>
        <w:tc>
          <w:tcPr>
            <w:tcW w:type="dxa" w:w="3402"/>
          </w:tcPr>
          <w:p>
            <w:r>
              <w:t>мкр. Новая Ильинка, 28</w:t>
            </w:r>
          </w:p>
        </w:tc>
      </w:tr>
      <w:tr>
        <w:tc>
          <w:tcPr>
            <w:tcW w:type="dxa" w:w="567"/>
          </w:tcPr>
          <w:p>
            <w:r>
              <w:t>247</w:t>
            </w:r>
          </w:p>
        </w:tc>
        <w:tc>
          <w:tcPr>
            <w:tcW w:type="dxa" w:w="2835"/>
          </w:tcPr>
          <w:p>
            <w:r>
              <w:t>Ивановская область</w:t>
            </w:r>
          </w:p>
        </w:tc>
        <w:tc>
          <w:tcPr>
            <w:tcW w:type="dxa" w:w="2268"/>
          </w:tcPr>
          <w:p>
            <w:r>
              <w:t>Иваново</w:t>
            </w:r>
          </w:p>
        </w:tc>
        <w:tc>
          <w:tcPr>
            <w:tcW w:type="dxa" w:w="3402"/>
          </w:tcPr>
          <w:p>
            <w:r>
              <w:t>пр. Строителей, 118</w:t>
            </w:r>
          </w:p>
        </w:tc>
      </w:tr>
      <w:tr>
        <w:tc>
          <w:tcPr>
            <w:tcW w:type="dxa" w:w="567"/>
          </w:tcPr>
          <w:p>
            <w:r>
              <w:t>248</w:t>
            </w:r>
          </w:p>
        </w:tc>
        <w:tc>
          <w:tcPr>
            <w:tcW w:type="dxa" w:w="2835"/>
          </w:tcPr>
          <w:p>
            <w:r>
              <w:t>Ивановская область</w:t>
            </w:r>
          </w:p>
        </w:tc>
        <w:tc>
          <w:tcPr>
            <w:tcW w:type="dxa" w:w="2268"/>
          </w:tcPr>
          <w:p>
            <w:r>
              <w:t>Иваново</w:t>
            </w:r>
          </w:p>
        </w:tc>
        <w:tc>
          <w:tcPr>
            <w:tcW w:type="dxa" w:w="3402"/>
          </w:tcPr>
          <w:p>
            <w:r>
              <w:t>пр. Строителей, 68А</w:t>
            </w:r>
          </w:p>
        </w:tc>
      </w:tr>
      <w:tr>
        <w:tc>
          <w:tcPr>
            <w:tcW w:type="dxa" w:w="567"/>
          </w:tcPr>
          <w:p>
            <w:r>
              <w:t>249</w:t>
            </w:r>
          </w:p>
        </w:tc>
        <w:tc>
          <w:tcPr>
            <w:tcW w:type="dxa" w:w="2835"/>
          </w:tcPr>
          <w:p>
            <w:r>
              <w:t>Ивановская область</w:t>
            </w:r>
          </w:p>
        </w:tc>
        <w:tc>
          <w:tcPr>
            <w:tcW w:type="dxa" w:w="2268"/>
          </w:tcPr>
          <w:p>
            <w:r>
              <w:t>Иваново</w:t>
            </w:r>
          </w:p>
        </w:tc>
        <w:tc>
          <w:tcPr>
            <w:tcW w:type="dxa" w:w="3402"/>
          </w:tcPr>
          <w:p>
            <w:r>
              <w:t>пр. Текстильщиков, 3Б</w:t>
            </w:r>
          </w:p>
        </w:tc>
      </w:tr>
      <w:tr>
        <w:tc>
          <w:tcPr>
            <w:tcW w:type="dxa" w:w="567"/>
          </w:tcPr>
          <w:p>
            <w:r>
              <w:t>250</w:t>
            </w:r>
          </w:p>
        </w:tc>
        <w:tc>
          <w:tcPr>
            <w:tcW w:type="dxa" w:w="2835"/>
          </w:tcPr>
          <w:p>
            <w:r>
              <w:t>Ивановская область</w:t>
            </w:r>
          </w:p>
        </w:tc>
        <w:tc>
          <w:tcPr>
            <w:tcW w:type="dxa" w:w="2268"/>
          </w:tcPr>
          <w:p>
            <w:r>
              <w:t>Иваново</w:t>
            </w:r>
          </w:p>
        </w:tc>
        <w:tc>
          <w:tcPr>
            <w:tcW w:type="dxa" w:w="3402"/>
          </w:tcPr>
          <w:p>
            <w:r>
              <w:t>ул. Велижская, 10</w:t>
            </w:r>
          </w:p>
        </w:tc>
      </w:tr>
      <w:tr>
        <w:tc>
          <w:tcPr>
            <w:tcW w:type="dxa" w:w="567"/>
          </w:tcPr>
          <w:p>
            <w:r>
              <w:t>251</w:t>
            </w:r>
          </w:p>
        </w:tc>
        <w:tc>
          <w:tcPr>
            <w:tcW w:type="dxa" w:w="2835"/>
          </w:tcPr>
          <w:p>
            <w:r>
              <w:t>Ивановская область</w:t>
            </w:r>
          </w:p>
        </w:tc>
        <w:tc>
          <w:tcPr>
            <w:tcW w:type="dxa" w:w="2268"/>
          </w:tcPr>
          <w:p>
            <w:r>
              <w:t>Иваново</w:t>
            </w:r>
          </w:p>
        </w:tc>
        <w:tc>
          <w:tcPr>
            <w:tcW w:type="dxa" w:w="3402"/>
          </w:tcPr>
          <w:p>
            <w:r>
              <w:t>ул. Кавалерийская, 7</w:t>
            </w:r>
          </w:p>
        </w:tc>
      </w:tr>
      <w:tr>
        <w:tc>
          <w:tcPr>
            <w:tcW w:type="dxa" w:w="567"/>
          </w:tcPr>
          <w:p>
            <w:r>
              <w:t>252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Калуга</w:t>
            </w:r>
          </w:p>
        </w:tc>
        <w:tc>
          <w:tcPr>
            <w:tcW w:type="dxa" w:w="3402"/>
          </w:tcPr>
          <w:p>
            <w:r>
              <w:t>ул. Братьев Луканиных, 15</w:t>
            </w:r>
          </w:p>
        </w:tc>
      </w:tr>
      <w:tr>
        <w:tc>
          <w:tcPr>
            <w:tcW w:type="dxa" w:w="567"/>
          </w:tcPr>
          <w:p>
            <w:r>
              <w:t>253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Калуга</w:t>
            </w:r>
          </w:p>
        </w:tc>
        <w:tc>
          <w:tcPr>
            <w:tcW w:type="dxa" w:w="3402"/>
          </w:tcPr>
          <w:p>
            <w:r>
              <w:t>ул. Владимира Козлова, 14</w:t>
            </w:r>
          </w:p>
        </w:tc>
      </w:tr>
      <w:tr>
        <w:tc>
          <w:tcPr>
            <w:tcW w:type="dxa" w:w="567"/>
          </w:tcPr>
          <w:p>
            <w:r>
              <w:t>254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Калуга</w:t>
            </w:r>
          </w:p>
        </w:tc>
        <w:tc>
          <w:tcPr>
            <w:tcW w:type="dxa" w:w="3402"/>
          </w:tcPr>
          <w:p>
            <w:r>
              <w:t>ул. Маяковского, 62</w:t>
            </w:r>
          </w:p>
        </w:tc>
      </w:tr>
      <w:tr>
        <w:tc>
          <w:tcPr>
            <w:tcW w:type="dxa" w:w="567"/>
          </w:tcPr>
          <w:p>
            <w:r>
              <w:t>255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Калуга</w:t>
            </w:r>
          </w:p>
        </w:tc>
        <w:tc>
          <w:tcPr>
            <w:tcW w:type="dxa" w:w="3402"/>
          </w:tcPr>
          <w:p>
            <w:r>
              <w:t>ул. Мичурина, 29</w:t>
            </w:r>
          </w:p>
        </w:tc>
      </w:tr>
      <w:tr>
        <w:tc>
          <w:tcPr>
            <w:tcW w:type="dxa" w:w="567"/>
          </w:tcPr>
          <w:p>
            <w:r>
              <w:t>256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Калуга</w:t>
            </w:r>
          </w:p>
        </w:tc>
        <w:tc>
          <w:tcPr>
            <w:tcW w:type="dxa" w:w="3402"/>
          </w:tcPr>
          <w:p>
            <w:r>
              <w:t>ул. Пестеля, 15, пом. 1</w:t>
            </w:r>
          </w:p>
        </w:tc>
      </w:tr>
      <w:tr>
        <w:tc>
          <w:tcPr>
            <w:tcW w:type="dxa" w:w="567"/>
          </w:tcPr>
          <w:p>
            <w:r>
              <w:t>257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Калуга</w:t>
            </w:r>
          </w:p>
        </w:tc>
        <w:tc>
          <w:tcPr>
            <w:tcW w:type="dxa" w:w="3402"/>
          </w:tcPr>
          <w:p>
            <w:r>
              <w:t>ул. Тульская, 6</w:t>
            </w:r>
          </w:p>
        </w:tc>
      </w:tr>
      <w:tr>
        <w:tc>
          <w:tcPr>
            <w:tcW w:type="dxa" w:w="567"/>
          </w:tcPr>
          <w:p>
            <w:r>
              <w:t>258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Калуга</w:t>
            </w:r>
          </w:p>
        </w:tc>
        <w:tc>
          <w:tcPr>
            <w:tcW w:type="dxa" w:w="3402"/>
          </w:tcPr>
          <w:p>
            <w:r>
              <w:t>ул. Фомушина, 29</w:t>
            </w:r>
          </w:p>
        </w:tc>
      </w:tr>
      <w:tr>
        <w:tc>
          <w:tcPr>
            <w:tcW w:type="dxa" w:w="567"/>
          </w:tcPr>
          <w:p>
            <w:r>
              <w:t>259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Кременки</w:t>
            </w:r>
          </w:p>
        </w:tc>
        <w:tc>
          <w:tcPr>
            <w:tcW w:type="dxa" w:w="3402"/>
          </w:tcPr>
          <w:p>
            <w:r>
              <w:t>ул. Циолковского, 10б</w:t>
            </w:r>
          </w:p>
        </w:tc>
      </w:tr>
      <w:tr>
        <w:tc>
          <w:tcPr>
            <w:tcW w:type="dxa" w:w="567"/>
          </w:tcPr>
          <w:p>
            <w:r>
              <w:t>260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Малоярославец</w:t>
            </w:r>
          </w:p>
        </w:tc>
        <w:tc>
          <w:tcPr>
            <w:tcW w:type="dxa" w:w="3402"/>
          </w:tcPr>
          <w:p>
            <w:r>
              <w:t>ул. Кирова, 33а</w:t>
            </w:r>
          </w:p>
        </w:tc>
      </w:tr>
      <w:tr>
        <w:tc>
          <w:tcPr>
            <w:tcW w:type="dxa" w:w="567"/>
          </w:tcPr>
          <w:p>
            <w:r>
              <w:t>261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Обнинск</w:t>
            </w:r>
          </w:p>
        </w:tc>
        <w:tc>
          <w:tcPr>
            <w:tcW w:type="dxa" w:w="3402"/>
          </w:tcPr>
          <w:p>
            <w:r>
              <w:t>пр. Маркса, 75а</w:t>
            </w:r>
          </w:p>
        </w:tc>
      </w:tr>
      <w:tr>
        <w:tc>
          <w:tcPr>
            <w:tcW w:type="dxa" w:w="567"/>
          </w:tcPr>
          <w:p>
            <w:r>
              <w:t>262</w:t>
            </w:r>
          </w:p>
        </w:tc>
        <w:tc>
          <w:tcPr>
            <w:tcW w:type="dxa" w:w="2835"/>
          </w:tcPr>
          <w:p>
            <w:r>
              <w:t>Калужская область</w:t>
            </w:r>
          </w:p>
        </w:tc>
        <w:tc>
          <w:tcPr>
            <w:tcW w:type="dxa" w:w="2268"/>
          </w:tcPr>
          <w:p>
            <w:r>
              <w:t>Перемышль</w:t>
            </w:r>
          </w:p>
        </w:tc>
        <w:tc>
          <w:tcPr>
            <w:tcW w:type="dxa" w:w="3402"/>
          </w:tcPr>
          <w:p>
            <w:r>
              <w:t>ул. Коммунаров, 11</w:t>
            </w:r>
          </w:p>
        </w:tc>
      </w:tr>
      <w:tr>
        <w:tc>
          <w:tcPr>
            <w:tcW w:type="dxa" w:w="567"/>
          </w:tcPr>
          <w:p>
            <w:r>
              <w:t>263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Анжеро-Судженск</w:t>
            </w:r>
          </w:p>
        </w:tc>
        <w:tc>
          <w:tcPr>
            <w:tcW w:type="dxa" w:w="3402"/>
          </w:tcPr>
          <w:p>
            <w:r>
              <w:t>ул. 50 лет Октября, 1а</w:t>
            </w:r>
          </w:p>
        </w:tc>
      </w:tr>
      <w:tr>
        <w:tc>
          <w:tcPr>
            <w:tcW w:type="dxa" w:w="567"/>
          </w:tcPr>
          <w:p>
            <w:r>
              <w:t>264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Анжеро-Судженск</w:t>
            </w:r>
          </w:p>
        </w:tc>
        <w:tc>
          <w:tcPr>
            <w:tcW w:type="dxa" w:w="3402"/>
          </w:tcPr>
          <w:p>
            <w:r>
              <w:t>ул. им.137 Отдельной Стрелковой Бригады, 4</w:t>
            </w:r>
          </w:p>
        </w:tc>
      </w:tr>
      <w:tr>
        <w:tc>
          <w:tcPr>
            <w:tcW w:type="dxa" w:w="567"/>
          </w:tcPr>
          <w:p>
            <w:r>
              <w:t>265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Анжеро-Судженск</w:t>
            </w:r>
          </w:p>
        </w:tc>
        <w:tc>
          <w:tcPr>
            <w:tcW w:type="dxa" w:w="3402"/>
          </w:tcPr>
          <w:p>
            <w:r>
              <w:t>ул. Коминтерна, 24</w:t>
            </w:r>
          </w:p>
        </w:tc>
      </w:tr>
      <w:tr>
        <w:tc>
          <w:tcPr>
            <w:tcW w:type="dxa" w:w="567"/>
          </w:tcPr>
          <w:p>
            <w:r>
              <w:t>266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Анжеро-Судженск</w:t>
            </w:r>
          </w:p>
        </w:tc>
        <w:tc>
          <w:tcPr>
            <w:tcW w:type="dxa" w:w="3402"/>
          </w:tcPr>
          <w:p>
            <w:r>
              <w:t>ул. Куйбышева, 61</w:t>
            </w:r>
          </w:p>
        </w:tc>
      </w:tr>
      <w:tr>
        <w:tc>
          <w:tcPr>
            <w:tcW w:type="dxa" w:w="567"/>
          </w:tcPr>
          <w:p>
            <w:r>
              <w:t>267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Анжеро-Судженск</w:t>
            </w:r>
          </w:p>
        </w:tc>
        <w:tc>
          <w:tcPr>
            <w:tcW w:type="dxa" w:w="3402"/>
          </w:tcPr>
          <w:p>
            <w:r>
              <w:t>ул. Перовской, 19</w:t>
            </w:r>
          </w:p>
        </w:tc>
      </w:tr>
      <w:tr>
        <w:tc>
          <w:tcPr>
            <w:tcW w:type="dxa" w:w="567"/>
          </w:tcPr>
          <w:p>
            <w:r>
              <w:t>268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Анжеро-Судженск</w:t>
            </w:r>
          </w:p>
        </w:tc>
        <w:tc>
          <w:tcPr>
            <w:tcW w:type="dxa" w:w="3402"/>
          </w:tcPr>
          <w:p>
            <w:r>
              <w:t>ул. Станционная, 1</w:t>
            </w:r>
          </w:p>
        </w:tc>
      </w:tr>
      <w:tr>
        <w:tc>
          <w:tcPr>
            <w:tcW w:type="dxa" w:w="567"/>
          </w:tcPr>
          <w:p>
            <w:r>
              <w:t>269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Анжеро-Судженск</w:t>
            </w:r>
          </w:p>
        </w:tc>
        <w:tc>
          <w:tcPr>
            <w:tcW w:type="dxa" w:w="3402"/>
          </w:tcPr>
          <w:p>
            <w:r>
              <w:t>ул. Челинская, 8</w:t>
            </w:r>
          </w:p>
        </w:tc>
      </w:tr>
      <w:tr>
        <w:tc>
          <w:tcPr>
            <w:tcW w:type="dxa" w:w="567"/>
          </w:tcPr>
          <w:p>
            <w:r>
              <w:t>270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3-й микрорайон, 14г</w:t>
            </w:r>
          </w:p>
        </w:tc>
      </w:tr>
      <w:tr>
        <w:tc>
          <w:tcPr>
            <w:tcW w:type="dxa" w:w="567"/>
          </w:tcPr>
          <w:p>
            <w:r>
              <w:t>271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пгт. Бачатский, ул. Шевцовой, 58</w:t>
            </w:r>
          </w:p>
        </w:tc>
      </w:tr>
      <w:tr>
        <w:tc>
          <w:tcPr>
            <w:tcW w:type="dxa" w:w="567"/>
          </w:tcPr>
          <w:p>
            <w:r>
              <w:t>272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пгт. Грамотеино, ул. Колмогоровская, 34</w:t>
            </w:r>
          </w:p>
        </w:tc>
      </w:tr>
      <w:tr>
        <w:tc>
          <w:tcPr>
            <w:tcW w:type="dxa" w:w="567"/>
          </w:tcPr>
          <w:p>
            <w:r>
              <w:t>273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ул. Доватора, 8</w:t>
            </w:r>
          </w:p>
        </w:tc>
      </w:tr>
      <w:tr>
        <w:tc>
          <w:tcPr>
            <w:tcW w:type="dxa" w:w="567"/>
          </w:tcPr>
          <w:p>
            <w:r>
              <w:t>274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ул. Киевская, 27</w:t>
            </w:r>
          </w:p>
        </w:tc>
      </w:tr>
      <w:tr>
        <w:tc>
          <w:tcPr>
            <w:tcW w:type="dxa" w:w="567"/>
          </w:tcPr>
          <w:p>
            <w:r>
              <w:t>275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ул. Ленина, 65</w:t>
            </w:r>
          </w:p>
        </w:tc>
      </w:tr>
      <w:tr>
        <w:tc>
          <w:tcPr>
            <w:tcW w:type="dxa" w:w="567"/>
          </w:tcPr>
          <w:p>
            <w:r>
              <w:t>276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ул. Октябрьская, 31</w:t>
            </w:r>
          </w:p>
        </w:tc>
      </w:tr>
      <w:tr>
        <w:tc>
          <w:tcPr>
            <w:tcW w:type="dxa" w:w="567"/>
          </w:tcPr>
          <w:p>
            <w:r>
              <w:t>277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ул. Светлая, 1а</w:t>
            </w:r>
          </w:p>
        </w:tc>
      </w:tr>
      <w:tr>
        <w:tc>
          <w:tcPr>
            <w:tcW w:type="dxa" w:w="567"/>
          </w:tcPr>
          <w:p>
            <w:r>
              <w:t>278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ул. Советская, д. 37а</w:t>
            </w:r>
          </w:p>
        </w:tc>
      </w:tr>
      <w:tr>
        <w:tc>
          <w:tcPr>
            <w:tcW w:type="dxa" w:w="567"/>
          </w:tcPr>
          <w:p>
            <w:r>
              <w:t>279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Белово</w:t>
            </w:r>
          </w:p>
        </w:tc>
        <w:tc>
          <w:tcPr>
            <w:tcW w:type="dxa" w:w="3402"/>
          </w:tcPr>
          <w:p>
            <w:r>
              <w:t>ул. Юбилейная, 11а</w:t>
            </w:r>
          </w:p>
        </w:tc>
      </w:tr>
      <w:tr>
        <w:tc>
          <w:tcPr>
            <w:tcW w:type="dxa" w:w="567"/>
          </w:tcPr>
          <w:p>
            <w:r>
              <w:t>280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Березово</w:t>
            </w:r>
          </w:p>
        </w:tc>
        <w:tc>
          <w:tcPr>
            <w:tcW w:type="dxa" w:w="3402"/>
          </w:tcPr>
          <w:p>
            <w:r>
              <w:t>ул. Садовая, 2</w:t>
            </w:r>
          </w:p>
        </w:tc>
      </w:tr>
      <w:tr>
        <w:tc>
          <w:tcPr>
            <w:tcW w:type="dxa" w:w="567"/>
          </w:tcPr>
          <w:p>
            <w:r>
              <w:t>281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Березовский (Кемеровская область)</w:t>
            </w:r>
          </w:p>
        </w:tc>
        <w:tc>
          <w:tcPr>
            <w:tcW w:type="dxa" w:w="3402"/>
          </w:tcPr>
          <w:p>
            <w:r>
              <w:t>б-р Молодёжный, 8</w:t>
            </w:r>
          </w:p>
        </w:tc>
      </w:tr>
      <w:tr>
        <w:tc>
          <w:tcPr>
            <w:tcW w:type="dxa" w:w="567"/>
          </w:tcPr>
          <w:p>
            <w:r>
              <w:t>282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Березовский (Кемеровская область)</w:t>
            </w:r>
          </w:p>
        </w:tc>
        <w:tc>
          <w:tcPr>
            <w:tcW w:type="dxa" w:w="3402"/>
          </w:tcPr>
          <w:p>
            <w:r>
              <w:t>пр. Ленина, 15</w:t>
            </w:r>
          </w:p>
        </w:tc>
      </w:tr>
      <w:tr>
        <w:tc>
          <w:tcPr>
            <w:tcW w:type="dxa" w:w="567"/>
          </w:tcPr>
          <w:p>
            <w:r>
              <w:t>283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Березовский (Кемеровская область)</w:t>
            </w:r>
          </w:p>
        </w:tc>
        <w:tc>
          <w:tcPr>
            <w:tcW w:type="dxa" w:w="3402"/>
          </w:tcPr>
          <w:p>
            <w:r>
              <w:t>ул. Волкова, 1б</w:t>
            </w:r>
          </w:p>
        </w:tc>
      </w:tr>
      <w:tr>
        <w:tc>
          <w:tcPr>
            <w:tcW w:type="dxa" w:w="567"/>
          </w:tcPr>
          <w:p>
            <w:r>
              <w:t>284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Березовский (Кемеровская область)</w:t>
            </w:r>
          </w:p>
        </w:tc>
        <w:tc>
          <w:tcPr>
            <w:tcW w:type="dxa" w:w="3402"/>
          </w:tcPr>
          <w:p>
            <w:r>
              <w:t>ул. Карбышева, 5</w:t>
            </w:r>
          </w:p>
        </w:tc>
      </w:tr>
      <w:tr>
        <w:tc>
          <w:tcPr>
            <w:tcW w:type="dxa" w:w="567"/>
          </w:tcPr>
          <w:p>
            <w:r>
              <w:t>285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Гурьевск</w:t>
            </w:r>
          </w:p>
        </w:tc>
        <w:tc>
          <w:tcPr>
            <w:tcW w:type="dxa" w:w="3402"/>
          </w:tcPr>
          <w:p>
            <w:r>
              <w:t>ул. Ленина, 85</w:t>
            </w:r>
          </w:p>
        </w:tc>
      </w:tr>
      <w:tr>
        <w:tc>
          <w:tcPr>
            <w:tcW w:type="dxa" w:w="567"/>
          </w:tcPr>
          <w:p>
            <w:r>
              <w:t>286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Елыкаево</w:t>
            </w:r>
          </w:p>
        </w:tc>
        <w:tc>
          <w:tcPr>
            <w:tcW w:type="dxa" w:w="3402"/>
          </w:tcPr>
          <w:p>
            <w:r>
              <w:t>ул. Советская, 75</w:t>
            </w:r>
          </w:p>
        </w:tc>
      </w:tr>
      <w:tr>
        <w:tc>
          <w:tcPr>
            <w:tcW w:type="dxa" w:w="567"/>
          </w:tcPr>
          <w:p>
            <w:r>
              <w:t>287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Ижморский</w:t>
            </w:r>
          </w:p>
        </w:tc>
        <w:tc>
          <w:tcPr>
            <w:tcW w:type="dxa" w:w="3402"/>
          </w:tcPr>
          <w:p>
            <w:r>
              <w:t>ул. Ленинская, 68а</w:t>
            </w:r>
          </w:p>
        </w:tc>
      </w:tr>
      <w:tr>
        <w:tc>
          <w:tcPr>
            <w:tcW w:type="dxa" w:w="567"/>
          </w:tcPr>
          <w:p>
            <w:r>
              <w:t>288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Инской</w:t>
            </w:r>
          </w:p>
        </w:tc>
        <w:tc>
          <w:tcPr>
            <w:tcW w:type="dxa" w:w="3402"/>
          </w:tcPr>
          <w:p>
            <w:r>
              <w:t>ул. Энергетическая, 22</w:t>
            </w:r>
          </w:p>
        </w:tc>
      </w:tr>
      <w:tr>
        <w:tc>
          <w:tcPr>
            <w:tcW w:type="dxa" w:w="567"/>
          </w:tcPr>
          <w:p>
            <w:r>
              <w:t>289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Калтан</w:t>
            </w:r>
          </w:p>
        </w:tc>
        <w:tc>
          <w:tcPr>
            <w:tcW w:type="dxa" w:w="3402"/>
          </w:tcPr>
          <w:p>
            <w:r>
              <w:t>пр. Мира, 40</w:t>
            </w:r>
          </w:p>
        </w:tc>
      </w:tr>
      <w:tr>
        <w:tc>
          <w:tcPr>
            <w:tcW w:type="dxa" w:w="567"/>
          </w:tcPr>
          <w:p>
            <w:r>
              <w:t>290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Калтан</w:t>
            </w:r>
          </w:p>
        </w:tc>
        <w:tc>
          <w:tcPr>
            <w:tcW w:type="dxa" w:w="3402"/>
          </w:tcPr>
          <w:p>
            <w:r>
              <w:t>ул. Дзержинского, 51</w:t>
            </w:r>
          </w:p>
        </w:tc>
      </w:tr>
      <w:tr>
        <w:tc>
          <w:tcPr>
            <w:tcW w:type="dxa" w:w="567"/>
          </w:tcPr>
          <w:p>
            <w:r>
              <w:t>291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Калтан</w:t>
            </w:r>
          </w:p>
        </w:tc>
        <w:tc>
          <w:tcPr>
            <w:tcW w:type="dxa" w:w="3402"/>
          </w:tcPr>
          <w:p>
            <w:r>
              <w:t>ул. Комсомольская, 55</w:t>
            </w:r>
          </w:p>
        </w:tc>
      </w:tr>
      <w:tr>
        <w:tc>
          <w:tcPr>
            <w:tcW w:type="dxa" w:w="567"/>
          </w:tcPr>
          <w:p>
            <w:r>
              <w:t>292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б-р Осенний, 1</w:t>
            </w:r>
          </w:p>
        </w:tc>
      </w:tr>
      <w:tr>
        <w:tc>
          <w:tcPr>
            <w:tcW w:type="dxa" w:w="567"/>
          </w:tcPr>
          <w:p>
            <w:r>
              <w:t>293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б-р Строителей, 29</w:t>
            </w:r>
          </w:p>
        </w:tc>
      </w:tr>
      <w:tr>
        <w:tc>
          <w:tcPr>
            <w:tcW w:type="dxa" w:w="567"/>
          </w:tcPr>
          <w:p>
            <w:r>
              <w:t>294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б-р Строителей, 42г</w:t>
            </w:r>
          </w:p>
        </w:tc>
      </w:tr>
      <w:tr>
        <w:tc>
          <w:tcPr>
            <w:tcW w:type="dxa" w:w="567"/>
          </w:tcPr>
          <w:p>
            <w:r>
              <w:t>295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бульвар Кедровый, 16</w:t>
            </w:r>
          </w:p>
        </w:tc>
      </w:tr>
      <w:tr>
        <w:tc>
          <w:tcPr>
            <w:tcW w:type="dxa" w:w="567"/>
          </w:tcPr>
          <w:p>
            <w:r>
              <w:t>296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бульвар Солнечный, 8</w:t>
            </w:r>
          </w:p>
        </w:tc>
      </w:tr>
      <w:tr>
        <w:tc>
          <w:tcPr>
            <w:tcW w:type="dxa" w:w="567"/>
          </w:tcPr>
          <w:p>
            <w:r>
              <w:t>297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бульвар Строителей, 58а</w:t>
            </w:r>
          </w:p>
        </w:tc>
      </w:tr>
      <w:tr>
        <w:tc>
          <w:tcPr>
            <w:tcW w:type="dxa" w:w="567"/>
          </w:tcPr>
          <w:p>
            <w:r>
              <w:t>298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Комсомольский, 11б</w:t>
            </w:r>
          </w:p>
        </w:tc>
      </w:tr>
      <w:tr>
        <w:tc>
          <w:tcPr>
            <w:tcW w:type="dxa" w:w="567"/>
          </w:tcPr>
          <w:p>
            <w:r>
              <w:t>299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Комсомольский, 34</w:t>
            </w:r>
          </w:p>
        </w:tc>
      </w:tr>
      <w:tr>
        <w:tc>
          <w:tcPr>
            <w:tcW w:type="dxa" w:w="567"/>
          </w:tcPr>
          <w:p>
            <w:r>
              <w:t>300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Комсомольский, 45</w:t>
            </w:r>
          </w:p>
        </w:tc>
      </w:tr>
      <w:tr>
        <w:tc>
          <w:tcPr>
            <w:tcW w:type="dxa" w:w="567"/>
          </w:tcPr>
          <w:p>
            <w:r>
              <w:t>301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Ленина, 13</w:t>
            </w:r>
          </w:p>
        </w:tc>
      </w:tr>
      <w:tr>
        <w:tc>
          <w:tcPr>
            <w:tcW w:type="dxa" w:w="567"/>
          </w:tcPr>
          <w:p>
            <w:r>
              <w:t>302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Ленина, 136</w:t>
            </w:r>
          </w:p>
        </w:tc>
      </w:tr>
      <w:tr>
        <w:tc>
          <w:tcPr>
            <w:tcW w:type="dxa" w:w="567"/>
          </w:tcPr>
          <w:p>
            <w:r>
              <w:t>303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Ленина, 26</w:t>
            </w:r>
          </w:p>
        </w:tc>
      </w:tr>
      <w:tr>
        <w:tc>
          <w:tcPr>
            <w:tcW w:type="dxa" w:w="567"/>
          </w:tcPr>
          <w:p>
            <w:r>
              <w:t>304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Ленина, 51б</w:t>
            </w:r>
          </w:p>
        </w:tc>
      </w:tr>
      <w:tr>
        <w:tc>
          <w:tcPr>
            <w:tcW w:type="dxa" w:w="567"/>
          </w:tcPr>
          <w:p>
            <w:r>
              <w:t>305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Ленина, 63</w:t>
            </w:r>
          </w:p>
        </w:tc>
      </w:tr>
      <w:tr>
        <w:tc>
          <w:tcPr>
            <w:tcW w:type="dxa" w:w="567"/>
          </w:tcPr>
          <w:p>
            <w:r>
              <w:t>306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Ленина, 82</w:t>
            </w:r>
          </w:p>
        </w:tc>
      </w:tr>
      <w:tr>
        <w:tc>
          <w:tcPr>
            <w:tcW w:type="dxa" w:w="567"/>
          </w:tcPr>
          <w:p>
            <w:r>
              <w:t>307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Ленина, 98</w:t>
            </w:r>
          </w:p>
        </w:tc>
      </w:tr>
      <w:tr>
        <w:tc>
          <w:tcPr>
            <w:tcW w:type="dxa" w:w="567"/>
          </w:tcPr>
          <w:p>
            <w:r>
              <w:t>308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Ленинградский, 21</w:t>
            </w:r>
          </w:p>
        </w:tc>
      </w:tr>
      <w:tr>
        <w:tc>
          <w:tcPr>
            <w:tcW w:type="dxa" w:w="567"/>
          </w:tcPr>
          <w:p>
            <w:r>
              <w:t>309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Ленинградский, 22</w:t>
            </w:r>
          </w:p>
        </w:tc>
      </w:tr>
      <w:tr>
        <w:tc>
          <w:tcPr>
            <w:tcW w:type="dxa" w:w="567"/>
          </w:tcPr>
          <w:p>
            <w:r>
              <w:t>310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Молодежный, 15б</w:t>
            </w:r>
          </w:p>
        </w:tc>
      </w:tr>
      <w:tr>
        <w:tc>
          <w:tcPr>
            <w:tcW w:type="dxa" w:w="567"/>
          </w:tcPr>
          <w:p>
            <w:r>
              <w:t>311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Октябрьский, 10</w:t>
            </w:r>
          </w:p>
        </w:tc>
      </w:tr>
      <w:tr>
        <w:tc>
          <w:tcPr>
            <w:tcW w:type="dxa" w:w="567"/>
          </w:tcPr>
          <w:p>
            <w:r>
              <w:t>312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Октябрьский, 68</w:t>
            </w:r>
          </w:p>
        </w:tc>
      </w:tr>
      <w:tr>
        <w:tc>
          <w:tcPr>
            <w:tcW w:type="dxa" w:w="567"/>
          </w:tcPr>
          <w:p>
            <w:r>
              <w:t>313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Октябрьский, 9</w:t>
            </w:r>
          </w:p>
        </w:tc>
      </w:tr>
      <w:tr>
        <w:tc>
          <w:tcPr>
            <w:tcW w:type="dxa" w:w="567"/>
          </w:tcPr>
          <w:p>
            <w:r>
              <w:t>314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Притомский, 31/1</w:t>
            </w:r>
          </w:p>
        </w:tc>
      </w:tr>
      <w:tr>
        <w:tc>
          <w:tcPr>
            <w:tcW w:type="dxa" w:w="567"/>
          </w:tcPr>
          <w:p>
            <w:r>
              <w:t>315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Притомский, 7/3</w:t>
            </w:r>
          </w:p>
        </w:tc>
      </w:tr>
      <w:tr>
        <w:tc>
          <w:tcPr>
            <w:tcW w:type="dxa" w:w="567"/>
          </w:tcPr>
          <w:p>
            <w:r>
              <w:t>316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Шахтеров, 39</w:t>
            </w:r>
          </w:p>
        </w:tc>
      </w:tr>
      <w:tr>
        <w:tc>
          <w:tcPr>
            <w:tcW w:type="dxa" w:w="567"/>
          </w:tcPr>
          <w:p>
            <w:r>
              <w:t>317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Шахтеров, 50</w:t>
            </w:r>
          </w:p>
        </w:tc>
      </w:tr>
      <w:tr>
        <w:tc>
          <w:tcPr>
            <w:tcW w:type="dxa" w:w="567"/>
          </w:tcPr>
          <w:p>
            <w:r>
              <w:t>318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Шахтеров, 57</w:t>
            </w:r>
          </w:p>
        </w:tc>
      </w:tr>
      <w:tr>
        <w:tc>
          <w:tcPr>
            <w:tcW w:type="dxa" w:w="567"/>
          </w:tcPr>
          <w:p>
            <w:r>
              <w:t>319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пр. Шахтеров, 87</w:t>
            </w:r>
          </w:p>
        </w:tc>
      </w:tr>
      <w:tr>
        <w:tc>
          <w:tcPr>
            <w:tcW w:type="dxa" w:w="567"/>
          </w:tcPr>
          <w:p>
            <w:r>
              <w:t>320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4-я Цветочная, 4</w:t>
            </w:r>
          </w:p>
        </w:tc>
      </w:tr>
      <w:tr>
        <w:tc>
          <w:tcPr>
            <w:tcW w:type="dxa" w:w="567"/>
          </w:tcPr>
          <w:p>
            <w:r>
              <w:t>321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50 лет Октября, 21</w:t>
            </w:r>
          </w:p>
        </w:tc>
      </w:tr>
      <w:tr>
        <w:tc>
          <w:tcPr>
            <w:tcW w:type="dxa" w:w="567"/>
          </w:tcPr>
          <w:p>
            <w:r>
              <w:t>322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9 Января, 6</w:t>
            </w:r>
          </w:p>
        </w:tc>
      </w:tr>
      <w:tr>
        <w:tc>
          <w:tcPr>
            <w:tcW w:type="dxa" w:w="567"/>
          </w:tcPr>
          <w:p>
            <w:r>
              <w:t>323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Базовая, 14</w:t>
            </w:r>
          </w:p>
        </w:tc>
      </w:tr>
      <w:tr>
        <w:tc>
          <w:tcPr>
            <w:tcW w:type="dxa" w:w="567"/>
          </w:tcPr>
          <w:p>
            <w:r>
              <w:t>324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Белозерная, 15</w:t>
            </w:r>
          </w:p>
        </w:tc>
      </w:tr>
      <w:tr>
        <w:tc>
          <w:tcPr>
            <w:tcW w:type="dxa" w:w="567"/>
          </w:tcPr>
          <w:p>
            <w:r>
              <w:t>325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Белозерная, 44</w:t>
            </w:r>
          </w:p>
        </w:tc>
      </w:tr>
      <w:tr>
        <w:tc>
          <w:tcPr>
            <w:tcW w:type="dxa" w:w="567"/>
          </w:tcPr>
          <w:p>
            <w:r>
              <w:t>326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Благовещенская, 53</w:t>
            </w:r>
          </w:p>
        </w:tc>
      </w:tr>
      <w:tr>
        <w:tc>
          <w:tcPr>
            <w:tcW w:type="dxa" w:w="567"/>
          </w:tcPr>
          <w:p>
            <w:r>
              <w:t>327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Варяжская, 22а</w:t>
            </w:r>
          </w:p>
        </w:tc>
      </w:tr>
      <w:tr>
        <w:tc>
          <w:tcPr>
            <w:tcW w:type="dxa" w:w="567"/>
          </w:tcPr>
          <w:p>
            <w:r>
              <w:t>328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В.Волошиной, 28</w:t>
            </w:r>
          </w:p>
        </w:tc>
      </w:tr>
      <w:tr>
        <w:tc>
          <w:tcPr>
            <w:tcW w:type="dxa" w:w="567"/>
          </w:tcPr>
          <w:p>
            <w:r>
              <w:t>329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Ворошилова, 14</w:t>
            </w:r>
          </w:p>
        </w:tc>
      </w:tr>
      <w:tr>
        <w:tc>
          <w:tcPr>
            <w:tcW w:type="dxa" w:w="567"/>
          </w:tcPr>
          <w:p>
            <w:r>
              <w:t>330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Горноспасательная, 1</w:t>
            </w:r>
          </w:p>
        </w:tc>
      </w:tr>
      <w:tr>
        <w:tc>
          <w:tcPr>
            <w:tcW w:type="dxa" w:w="567"/>
          </w:tcPr>
          <w:p>
            <w:r>
              <w:t>331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Двужильного, 10</w:t>
            </w:r>
          </w:p>
        </w:tc>
      </w:tr>
      <w:tr>
        <w:tc>
          <w:tcPr>
            <w:tcW w:type="dxa" w:w="567"/>
          </w:tcPr>
          <w:p>
            <w:r>
              <w:t>332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Дзержинского, 4</w:t>
            </w:r>
          </w:p>
        </w:tc>
      </w:tr>
      <w:tr>
        <w:tc>
          <w:tcPr>
            <w:tcW w:type="dxa" w:w="567"/>
          </w:tcPr>
          <w:p>
            <w:r>
              <w:t>333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Коломейцева, 10</w:t>
            </w:r>
          </w:p>
        </w:tc>
      </w:tr>
      <w:tr>
        <w:tc>
          <w:tcPr>
            <w:tcW w:type="dxa" w:w="567"/>
          </w:tcPr>
          <w:p>
            <w:r>
              <w:t>334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Космическая, 22</w:t>
            </w:r>
          </w:p>
        </w:tc>
      </w:tr>
      <w:tr>
        <w:tc>
          <w:tcPr>
            <w:tcW w:type="dxa" w:w="567"/>
          </w:tcPr>
          <w:p>
            <w:r>
              <w:t>335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Космическая, 9А</w:t>
            </w:r>
          </w:p>
        </w:tc>
      </w:tr>
      <w:tr>
        <w:tc>
          <w:tcPr>
            <w:tcW w:type="dxa" w:w="567"/>
          </w:tcPr>
          <w:p>
            <w:r>
              <w:t>336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Красноармейская, 95</w:t>
            </w:r>
          </w:p>
        </w:tc>
      </w:tr>
      <w:tr>
        <w:tc>
          <w:tcPr>
            <w:tcW w:type="dxa" w:w="567"/>
          </w:tcPr>
          <w:p>
            <w:r>
              <w:t>337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Леонова, 22</w:t>
            </w:r>
          </w:p>
        </w:tc>
      </w:tr>
      <w:tr>
        <w:tc>
          <w:tcPr>
            <w:tcW w:type="dxa" w:w="567"/>
          </w:tcPr>
          <w:p>
            <w:r>
              <w:t>338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Леонова, 4</w:t>
            </w:r>
          </w:p>
        </w:tc>
      </w:tr>
      <w:tr>
        <w:tc>
          <w:tcPr>
            <w:tcW w:type="dxa" w:w="567"/>
          </w:tcPr>
          <w:p>
            <w:r>
              <w:t>339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Металлистов, 18</w:t>
            </w:r>
          </w:p>
        </w:tc>
      </w:tr>
      <w:tr>
        <w:tc>
          <w:tcPr>
            <w:tcW w:type="dxa" w:w="567"/>
          </w:tcPr>
          <w:p>
            <w:r>
              <w:t>340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Мичурина, 43</w:t>
            </w:r>
          </w:p>
        </w:tc>
      </w:tr>
      <w:tr>
        <w:tc>
          <w:tcPr>
            <w:tcW w:type="dxa" w:w="567"/>
          </w:tcPr>
          <w:p>
            <w:r>
              <w:t>341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Новогодняя, 16</w:t>
            </w:r>
          </w:p>
        </w:tc>
      </w:tr>
      <w:tr>
        <w:tc>
          <w:tcPr>
            <w:tcW w:type="dxa" w:w="567"/>
          </w:tcPr>
          <w:p>
            <w:r>
              <w:t>342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Севастопольская, 3</w:t>
            </w:r>
          </w:p>
        </w:tc>
      </w:tr>
      <w:tr>
        <w:tc>
          <w:tcPr>
            <w:tcW w:type="dxa" w:w="567"/>
          </w:tcPr>
          <w:p>
            <w:r>
              <w:t>343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Серебряный бор, 15А</w:t>
            </w:r>
          </w:p>
        </w:tc>
      </w:tr>
      <w:tr>
        <w:tc>
          <w:tcPr>
            <w:tcW w:type="dxa" w:w="567"/>
          </w:tcPr>
          <w:p>
            <w:r>
              <w:t>344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Сибиряков-Гвардейцев, 11</w:t>
            </w:r>
          </w:p>
        </w:tc>
      </w:tr>
      <w:tr>
        <w:tc>
          <w:tcPr>
            <w:tcW w:type="dxa" w:w="567"/>
          </w:tcPr>
          <w:p>
            <w:r>
              <w:t>345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Тухачевского, 16</w:t>
            </w:r>
          </w:p>
        </w:tc>
      </w:tr>
      <w:tr>
        <w:tc>
          <w:tcPr>
            <w:tcW w:type="dxa" w:w="567"/>
          </w:tcPr>
          <w:p>
            <w:r>
              <w:t>346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Халтурина, 37а</w:t>
            </w:r>
          </w:p>
        </w:tc>
      </w:tr>
      <w:tr>
        <w:tc>
          <w:tcPr>
            <w:tcW w:type="dxa" w:w="567"/>
          </w:tcPr>
          <w:p>
            <w:r>
              <w:t>347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Кемерово</w:t>
            </w:r>
          </w:p>
        </w:tc>
        <w:tc>
          <w:tcPr>
            <w:tcW w:type="dxa" w:w="3402"/>
          </w:tcPr>
          <w:p>
            <w:r>
              <w:t>ул. Цимлянская, 2</w:t>
            </w:r>
          </w:p>
        </w:tc>
      </w:tr>
      <w:tr>
        <w:tc>
          <w:tcPr>
            <w:tcW w:type="dxa" w:w="567"/>
          </w:tcPr>
          <w:p>
            <w:r>
              <w:t>348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Киселевск</w:t>
            </w:r>
          </w:p>
        </w:tc>
        <w:tc>
          <w:tcPr>
            <w:tcW w:type="dxa" w:w="3402"/>
          </w:tcPr>
          <w:p>
            <w:r>
              <w:t>проезд Строителей, 3А</w:t>
            </w:r>
          </w:p>
        </w:tc>
      </w:tr>
      <w:tr>
        <w:tc>
          <w:tcPr>
            <w:tcW w:type="dxa" w:w="567"/>
          </w:tcPr>
          <w:p>
            <w:r>
              <w:t>349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Киселевск</w:t>
            </w:r>
          </w:p>
        </w:tc>
        <w:tc>
          <w:tcPr>
            <w:tcW w:type="dxa" w:w="3402"/>
          </w:tcPr>
          <w:p>
            <w:r>
              <w:t>ул. 50 лет города, 17</w:t>
            </w:r>
          </w:p>
        </w:tc>
      </w:tr>
      <w:tr>
        <w:tc>
          <w:tcPr>
            <w:tcW w:type="dxa" w:w="567"/>
          </w:tcPr>
          <w:p>
            <w:r>
              <w:t>350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Киселевск</w:t>
            </w:r>
          </w:p>
        </w:tc>
        <w:tc>
          <w:tcPr>
            <w:tcW w:type="dxa" w:w="3402"/>
          </w:tcPr>
          <w:p>
            <w:r>
              <w:t>ул. 50 лет города, 38</w:t>
            </w:r>
          </w:p>
        </w:tc>
      </w:tr>
      <w:tr>
        <w:tc>
          <w:tcPr>
            <w:tcW w:type="dxa" w:w="567"/>
          </w:tcPr>
          <w:p>
            <w:r>
              <w:t>351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Киселевск</w:t>
            </w:r>
          </w:p>
        </w:tc>
        <w:tc>
          <w:tcPr>
            <w:tcW w:type="dxa" w:w="3402"/>
          </w:tcPr>
          <w:p>
            <w:r>
              <w:t>ул. 50 лет Октября, 33</w:t>
            </w:r>
          </w:p>
        </w:tc>
      </w:tr>
      <w:tr>
        <w:tc>
          <w:tcPr>
            <w:tcW w:type="dxa" w:w="567"/>
          </w:tcPr>
          <w:p>
            <w:r>
              <w:t>352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Киселевск</w:t>
            </w:r>
          </w:p>
        </w:tc>
        <w:tc>
          <w:tcPr>
            <w:tcW w:type="dxa" w:w="3402"/>
          </w:tcPr>
          <w:p>
            <w:r>
              <w:t>ул. 50 лет Октября, 43</w:t>
            </w:r>
          </w:p>
        </w:tc>
      </w:tr>
      <w:tr>
        <w:tc>
          <w:tcPr>
            <w:tcW w:type="dxa" w:w="567"/>
          </w:tcPr>
          <w:p>
            <w:r>
              <w:t>353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Киселевск</w:t>
            </w:r>
          </w:p>
        </w:tc>
        <w:tc>
          <w:tcPr>
            <w:tcW w:type="dxa" w:w="3402"/>
          </w:tcPr>
          <w:p>
            <w:r>
              <w:t>ул. Гагарина, 20</w:t>
            </w:r>
          </w:p>
        </w:tc>
      </w:tr>
      <w:tr>
        <w:tc>
          <w:tcPr>
            <w:tcW w:type="dxa" w:w="567"/>
          </w:tcPr>
          <w:p>
            <w:r>
              <w:t>354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Киселевск</w:t>
            </w:r>
          </w:p>
        </w:tc>
        <w:tc>
          <w:tcPr>
            <w:tcW w:type="dxa" w:w="3402"/>
          </w:tcPr>
          <w:p>
            <w:r>
              <w:t>ул. Ленина, 39</w:t>
            </w:r>
          </w:p>
        </w:tc>
      </w:tr>
      <w:tr>
        <w:tc>
          <w:tcPr>
            <w:tcW w:type="dxa" w:w="567"/>
          </w:tcPr>
          <w:p>
            <w:r>
              <w:t>355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Киселевск</w:t>
            </w:r>
          </w:p>
        </w:tc>
        <w:tc>
          <w:tcPr>
            <w:tcW w:type="dxa" w:w="3402"/>
          </w:tcPr>
          <w:p>
            <w:r>
              <w:t>ул. Черноморская, 23а</w:t>
            </w:r>
          </w:p>
        </w:tc>
      </w:tr>
      <w:tr>
        <w:tc>
          <w:tcPr>
            <w:tcW w:type="dxa" w:w="567"/>
          </w:tcPr>
          <w:p>
            <w:r>
              <w:t>356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Краснобродский</w:t>
            </w:r>
          </w:p>
        </w:tc>
        <w:tc>
          <w:tcPr>
            <w:tcW w:type="dxa" w:w="3402"/>
          </w:tcPr>
          <w:p>
            <w:r>
              <w:t>ул. Комсомольская, 11</w:t>
            </w:r>
          </w:p>
        </w:tc>
      </w:tr>
      <w:tr>
        <w:tc>
          <w:tcPr>
            <w:tcW w:type="dxa" w:w="567"/>
          </w:tcPr>
          <w:p>
            <w:r>
              <w:t>357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Краснобродский</w:t>
            </w:r>
          </w:p>
        </w:tc>
        <w:tc>
          <w:tcPr>
            <w:tcW w:type="dxa" w:w="3402"/>
          </w:tcPr>
          <w:p>
            <w:r>
              <w:t>ул. Комсомольская, 3</w:t>
            </w:r>
          </w:p>
        </w:tc>
      </w:tr>
      <w:tr>
        <w:tc>
          <w:tcPr>
            <w:tcW w:type="dxa" w:w="567"/>
          </w:tcPr>
          <w:p>
            <w:r>
              <w:t>358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пл. Кирова, 8</w:t>
            </w:r>
          </w:p>
        </w:tc>
      </w:tr>
      <w:tr>
        <w:tc>
          <w:tcPr>
            <w:tcW w:type="dxa" w:w="567"/>
          </w:tcPr>
          <w:p>
            <w:r>
              <w:t>359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пр. Кирова, 69</w:t>
            </w:r>
          </w:p>
        </w:tc>
      </w:tr>
      <w:tr>
        <w:tc>
          <w:tcPr>
            <w:tcW w:type="dxa" w:w="567"/>
          </w:tcPr>
          <w:p>
            <w:r>
              <w:t>360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пр. Ленина, 53/1</w:t>
            </w:r>
          </w:p>
        </w:tc>
      </w:tr>
      <w:tr>
        <w:tc>
          <w:tcPr>
            <w:tcW w:type="dxa" w:w="567"/>
          </w:tcPr>
          <w:p>
            <w:r>
              <w:t>361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пр. Ленина 71а</w:t>
            </w:r>
          </w:p>
        </w:tc>
      </w:tr>
      <w:tr>
        <w:tc>
          <w:tcPr>
            <w:tcW w:type="dxa" w:w="567"/>
          </w:tcPr>
          <w:p>
            <w:r>
              <w:t>362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пр. Ленина, 90Д</w:t>
            </w:r>
          </w:p>
        </w:tc>
      </w:tr>
      <w:tr>
        <w:tc>
          <w:tcPr>
            <w:tcW w:type="dxa" w:w="567"/>
          </w:tcPr>
          <w:p>
            <w:r>
              <w:t>363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пр. Текстильщиков, 3</w:t>
            </w:r>
          </w:p>
        </w:tc>
      </w:tr>
      <w:tr>
        <w:tc>
          <w:tcPr>
            <w:tcW w:type="dxa" w:w="567"/>
          </w:tcPr>
          <w:p>
            <w:r>
              <w:t>364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пр. Текстильщиков, 4/4</w:t>
            </w:r>
          </w:p>
        </w:tc>
      </w:tr>
      <w:tr>
        <w:tc>
          <w:tcPr>
            <w:tcW w:type="dxa" w:w="567"/>
          </w:tcPr>
          <w:p>
            <w:r>
              <w:t>365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пр. Химиков, 10/1</w:t>
            </w:r>
          </w:p>
        </w:tc>
      </w:tr>
      <w:tr>
        <w:tc>
          <w:tcPr>
            <w:tcW w:type="dxa" w:w="567"/>
          </w:tcPr>
          <w:p>
            <w:r>
              <w:t>366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ул. 7-ое ноября, 32</w:t>
            </w:r>
          </w:p>
        </w:tc>
      </w:tr>
      <w:tr>
        <w:tc>
          <w:tcPr>
            <w:tcW w:type="dxa" w:w="567"/>
          </w:tcPr>
          <w:p>
            <w:r>
              <w:t>367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ул. Горького, 19</w:t>
            </w:r>
          </w:p>
        </w:tc>
      </w:tr>
      <w:tr>
        <w:tc>
          <w:tcPr>
            <w:tcW w:type="dxa" w:w="567"/>
          </w:tcPr>
          <w:p>
            <w:r>
              <w:t>368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ул. Ломоносова, 2</w:t>
            </w:r>
          </w:p>
        </w:tc>
      </w:tr>
      <w:tr>
        <w:tc>
          <w:tcPr>
            <w:tcW w:type="dxa" w:w="567"/>
          </w:tcPr>
          <w:p>
            <w:r>
              <w:t>369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ул. Садовая, 78</w:t>
            </w:r>
          </w:p>
        </w:tc>
      </w:tr>
      <w:tr>
        <w:tc>
          <w:tcPr>
            <w:tcW w:type="dxa" w:w="567"/>
          </w:tcPr>
          <w:p>
            <w:r>
              <w:t>370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Ленинск-Кузнецкий</w:t>
            </w:r>
          </w:p>
        </w:tc>
        <w:tc>
          <w:tcPr>
            <w:tcW w:type="dxa" w:w="3402"/>
          </w:tcPr>
          <w:p>
            <w:r>
              <w:t>ул. Шишлянникова, 14</w:t>
            </w:r>
          </w:p>
        </w:tc>
      </w:tr>
      <w:tr>
        <w:tc>
          <w:tcPr>
            <w:tcW w:type="dxa" w:w="567"/>
          </w:tcPr>
          <w:p>
            <w:r>
              <w:t>371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Мариинск</w:t>
            </w:r>
          </w:p>
        </w:tc>
        <w:tc>
          <w:tcPr>
            <w:tcW w:type="dxa" w:w="3402"/>
          </w:tcPr>
          <w:p>
            <w:r>
              <w:t>ул. Ленина, 35А</w:t>
            </w:r>
          </w:p>
        </w:tc>
      </w:tr>
      <w:tr>
        <w:tc>
          <w:tcPr>
            <w:tcW w:type="dxa" w:w="567"/>
          </w:tcPr>
          <w:p>
            <w:r>
              <w:t>372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Мариинск</w:t>
            </w:r>
          </w:p>
        </w:tc>
        <w:tc>
          <w:tcPr>
            <w:tcW w:type="dxa" w:w="3402"/>
          </w:tcPr>
          <w:p>
            <w:r>
              <w:t>ул. Юбилейная, 28г</w:t>
            </w:r>
          </w:p>
        </w:tc>
      </w:tr>
      <w:tr>
        <w:tc>
          <w:tcPr>
            <w:tcW w:type="dxa" w:w="567"/>
          </w:tcPr>
          <w:p>
            <w:r>
              <w:t>373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Междуреченск</w:t>
            </w:r>
          </w:p>
        </w:tc>
        <w:tc>
          <w:tcPr>
            <w:tcW w:type="dxa" w:w="3402"/>
          </w:tcPr>
          <w:p>
            <w:r>
              <w:t>пр. 50 лет Комсомола, 40</w:t>
            </w:r>
          </w:p>
        </w:tc>
      </w:tr>
      <w:tr>
        <w:tc>
          <w:tcPr>
            <w:tcW w:type="dxa" w:w="567"/>
          </w:tcPr>
          <w:p>
            <w:r>
              <w:t>374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Междуреченск</w:t>
            </w:r>
          </w:p>
        </w:tc>
        <w:tc>
          <w:tcPr>
            <w:tcW w:type="dxa" w:w="3402"/>
          </w:tcPr>
          <w:p>
            <w:r>
              <w:t>пр. Строителей, 19</w:t>
            </w:r>
          </w:p>
        </w:tc>
      </w:tr>
      <w:tr>
        <w:tc>
          <w:tcPr>
            <w:tcW w:type="dxa" w:w="567"/>
          </w:tcPr>
          <w:p>
            <w:r>
              <w:t>375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Междуреченск</w:t>
            </w:r>
          </w:p>
        </w:tc>
        <w:tc>
          <w:tcPr>
            <w:tcW w:type="dxa" w:w="3402"/>
          </w:tcPr>
          <w:p>
            <w:r>
              <w:t>пр. Шахтеров, 63</w:t>
            </w:r>
          </w:p>
        </w:tc>
      </w:tr>
      <w:tr>
        <w:tc>
          <w:tcPr>
            <w:tcW w:type="dxa" w:w="567"/>
          </w:tcPr>
          <w:p>
            <w:r>
              <w:t>376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Междуреченск</w:t>
            </w:r>
          </w:p>
        </w:tc>
        <w:tc>
          <w:tcPr>
            <w:tcW w:type="dxa" w:w="3402"/>
          </w:tcPr>
          <w:p>
            <w:r>
              <w:t>ул. Брянская, 12</w:t>
            </w:r>
          </w:p>
        </w:tc>
      </w:tr>
      <w:tr>
        <w:tc>
          <w:tcPr>
            <w:tcW w:type="dxa" w:w="567"/>
          </w:tcPr>
          <w:p>
            <w:r>
              <w:t>377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Междуреченск</w:t>
            </w:r>
          </w:p>
        </w:tc>
        <w:tc>
          <w:tcPr>
            <w:tcW w:type="dxa" w:w="3402"/>
          </w:tcPr>
          <w:p>
            <w:r>
              <w:t>ул.Интернациональная, 43</w:t>
            </w:r>
          </w:p>
        </w:tc>
      </w:tr>
      <w:tr>
        <w:tc>
          <w:tcPr>
            <w:tcW w:type="dxa" w:w="567"/>
          </w:tcPr>
          <w:p>
            <w:r>
              <w:t>378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Междуреченск</w:t>
            </w:r>
          </w:p>
        </w:tc>
        <w:tc>
          <w:tcPr>
            <w:tcW w:type="dxa" w:w="3402"/>
          </w:tcPr>
          <w:p>
            <w:r>
              <w:t>ул. Коммунистический, 36</w:t>
            </w:r>
          </w:p>
        </w:tc>
      </w:tr>
      <w:tr>
        <w:tc>
          <w:tcPr>
            <w:tcW w:type="dxa" w:w="567"/>
          </w:tcPr>
          <w:p>
            <w:r>
              <w:t>379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Междуреченск</w:t>
            </w:r>
          </w:p>
        </w:tc>
        <w:tc>
          <w:tcPr>
            <w:tcW w:type="dxa" w:w="3402"/>
          </w:tcPr>
          <w:p>
            <w:r>
              <w:t>ул. Кузнецкая, 24</w:t>
            </w:r>
          </w:p>
        </w:tc>
      </w:tr>
      <w:tr>
        <w:tc>
          <w:tcPr>
            <w:tcW w:type="dxa" w:w="567"/>
          </w:tcPr>
          <w:p>
            <w:r>
              <w:t>380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Междуреченск</w:t>
            </w:r>
          </w:p>
        </w:tc>
        <w:tc>
          <w:tcPr>
            <w:tcW w:type="dxa" w:w="3402"/>
          </w:tcPr>
          <w:p>
            <w:r>
              <w:t>ул. Строителей, 46</w:t>
            </w:r>
          </w:p>
        </w:tc>
      </w:tr>
      <w:tr>
        <w:tc>
          <w:tcPr>
            <w:tcW w:type="dxa" w:w="567"/>
          </w:tcPr>
          <w:p>
            <w:r>
              <w:t>381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Мозжуха</w:t>
            </w:r>
          </w:p>
        </w:tc>
        <w:tc>
          <w:tcPr>
            <w:tcW w:type="dxa" w:w="3402"/>
          </w:tcPr>
          <w:p>
            <w:r>
              <w:t>ул. Центральная, 19а</w:t>
            </w:r>
          </w:p>
        </w:tc>
      </w:tr>
      <w:tr>
        <w:tc>
          <w:tcPr>
            <w:tcW w:type="dxa" w:w="567"/>
          </w:tcPr>
          <w:p>
            <w:r>
              <w:t>382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Мыски</w:t>
            </w:r>
          </w:p>
        </w:tc>
        <w:tc>
          <w:tcPr>
            <w:tcW w:type="dxa" w:w="3402"/>
          </w:tcPr>
          <w:p>
            <w:r>
              <w:t>ул.17 Квартал, д.18</w:t>
            </w:r>
          </w:p>
        </w:tc>
      </w:tr>
      <w:tr>
        <w:tc>
          <w:tcPr>
            <w:tcW w:type="dxa" w:w="567"/>
          </w:tcPr>
          <w:p>
            <w:r>
              <w:t>383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Мыски</w:t>
            </w:r>
          </w:p>
        </w:tc>
        <w:tc>
          <w:tcPr>
            <w:tcW w:type="dxa" w:w="3402"/>
          </w:tcPr>
          <w:p>
            <w:r>
              <w:t>ул. Вокзальная, 9</w:t>
            </w:r>
          </w:p>
        </w:tc>
      </w:tr>
      <w:tr>
        <w:tc>
          <w:tcPr>
            <w:tcW w:type="dxa" w:w="567"/>
          </w:tcPr>
          <w:p>
            <w:r>
              <w:t>384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Мыски</w:t>
            </w:r>
          </w:p>
        </w:tc>
        <w:tc>
          <w:tcPr>
            <w:tcW w:type="dxa" w:w="3402"/>
          </w:tcPr>
          <w:p>
            <w:r>
              <w:t>ул. Дорожная, 20</w:t>
            </w:r>
          </w:p>
        </w:tc>
      </w:tr>
      <w:tr>
        <w:tc>
          <w:tcPr>
            <w:tcW w:type="dxa" w:w="567"/>
          </w:tcPr>
          <w:p>
            <w:r>
              <w:t>385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Мыски</w:t>
            </w:r>
          </w:p>
        </w:tc>
        <w:tc>
          <w:tcPr>
            <w:tcW w:type="dxa" w:w="3402"/>
          </w:tcPr>
          <w:p>
            <w:r>
              <w:t>ул. Первомайская, 30</w:t>
            </w:r>
          </w:p>
        </w:tc>
      </w:tr>
      <w:tr>
        <w:tc>
          <w:tcPr>
            <w:tcW w:type="dxa" w:w="567"/>
          </w:tcPr>
          <w:p>
            <w:r>
              <w:t>386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Мыски</w:t>
            </w:r>
          </w:p>
        </w:tc>
        <w:tc>
          <w:tcPr>
            <w:tcW w:type="dxa" w:w="3402"/>
          </w:tcPr>
          <w:p>
            <w:r>
              <w:t>ул. Советская, 30</w:t>
            </w:r>
          </w:p>
        </w:tc>
      </w:tr>
      <w:tr>
        <w:tc>
          <w:tcPr>
            <w:tcW w:type="dxa" w:w="567"/>
          </w:tcPr>
          <w:p>
            <w:r>
              <w:t>387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микрорайон 13, 12</w:t>
            </w:r>
          </w:p>
        </w:tc>
      </w:tr>
      <w:tr>
        <w:tc>
          <w:tcPr>
            <w:tcW w:type="dxa" w:w="567"/>
          </w:tcPr>
          <w:p>
            <w:r>
              <w:t>388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Авиаторов, 108А</w:t>
            </w:r>
          </w:p>
        </w:tc>
      </w:tr>
      <w:tr>
        <w:tc>
          <w:tcPr>
            <w:tcW w:type="dxa" w:w="567"/>
          </w:tcPr>
          <w:p>
            <w:r>
              <w:t>389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Бардина, 2</w:t>
            </w:r>
          </w:p>
        </w:tc>
      </w:tr>
      <w:tr>
        <w:tc>
          <w:tcPr>
            <w:tcW w:type="dxa" w:w="567"/>
          </w:tcPr>
          <w:p>
            <w:r>
              <w:t>390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Бардина, 42</w:t>
            </w:r>
          </w:p>
        </w:tc>
      </w:tr>
      <w:tr>
        <w:tc>
          <w:tcPr>
            <w:tcW w:type="dxa" w:w="567"/>
          </w:tcPr>
          <w:p>
            <w:r>
              <w:t>391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Дружбы, 20а</w:t>
            </w:r>
          </w:p>
        </w:tc>
      </w:tr>
      <w:tr>
        <w:tc>
          <w:tcPr>
            <w:tcW w:type="dxa" w:w="567"/>
          </w:tcPr>
          <w:p>
            <w:r>
              <w:t>392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Дружбы, 3</w:t>
            </w:r>
          </w:p>
        </w:tc>
      </w:tr>
      <w:tr>
        <w:tc>
          <w:tcPr>
            <w:tcW w:type="dxa" w:w="567"/>
          </w:tcPr>
          <w:p>
            <w:r>
              <w:t>393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Дружбы, 35б</w:t>
            </w:r>
          </w:p>
        </w:tc>
      </w:tr>
      <w:tr>
        <w:tc>
          <w:tcPr>
            <w:tcW w:type="dxa" w:w="567"/>
          </w:tcPr>
          <w:p>
            <w:r>
              <w:t>394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Металлургов, 21</w:t>
            </w:r>
          </w:p>
        </w:tc>
      </w:tr>
      <w:tr>
        <w:tc>
          <w:tcPr>
            <w:tcW w:type="dxa" w:w="567"/>
          </w:tcPr>
          <w:p>
            <w:r>
              <w:t>395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Металлургов, 37</w:t>
            </w:r>
          </w:p>
        </w:tc>
      </w:tr>
      <w:tr>
        <w:tc>
          <w:tcPr>
            <w:tcW w:type="dxa" w:w="567"/>
          </w:tcPr>
          <w:p>
            <w:r>
              <w:t>396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Октябрьский, 13</w:t>
            </w:r>
          </w:p>
        </w:tc>
      </w:tr>
      <w:tr>
        <w:tc>
          <w:tcPr>
            <w:tcW w:type="dxa" w:w="567"/>
          </w:tcPr>
          <w:p>
            <w:r>
              <w:t>397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Октябрьский, 31</w:t>
            </w:r>
          </w:p>
        </w:tc>
      </w:tr>
      <w:tr>
        <w:tc>
          <w:tcPr>
            <w:tcW w:type="dxa" w:w="567"/>
          </w:tcPr>
          <w:p>
            <w:r>
              <w:t>398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Октябрьский, 47</w:t>
            </w:r>
          </w:p>
        </w:tc>
      </w:tr>
      <w:tr>
        <w:tc>
          <w:tcPr>
            <w:tcW w:type="dxa" w:w="567"/>
          </w:tcPr>
          <w:p>
            <w:r>
              <w:t>399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Октябрьский, 62а</w:t>
            </w:r>
          </w:p>
        </w:tc>
      </w:tr>
      <w:tr>
        <w:tc>
          <w:tcPr>
            <w:tcW w:type="dxa" w:w="567"/>
          </w:tcPr>
          <w:p>
            <w:r>
              <w:t>400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Пионерский, 33</w:t>
            </w:r>
          </w:p>
        </w:tc>
      </w:tr>
      <w:tr>
        <w:tc>
          <w:tcPr>
            <w:tcW w:type="dxa" w:w="567"/>
          </w:tcPr>
          <w:p>
            <w:r>
              <w:t>401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Строителей, 71</w:t>
            </w:r>
          </w:p>
        </w:tc>
      </w:tr>
      <w:tr>
        <w:tc>
          <w:tcPr>
            <w:tcW w:type="dxa" w:w="567"/>
          </w:tcPr>
          <w:p>
            <w:r>
              <w:t>402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Шахтеров, 34а</w:t>
            </w:r>
          </w:p>
        </w:tc>
      </w:tr>
      <w:tr>
        <w:tc>
          <w:tcPr>
            <w:tcW w:type="dxa" w:w="567"/>
          </w:tcPr>
          <w:p>
            <w:r>
              <w:t>403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пр. Шахтеров, 5а</w:t>
            </w:r>
          </w:p>
        </w:tc>
      </w:tr>
      <w:tr>
        <w:tc>
          <w:tcPr>
            <w:tcW w:type="dxa" w:w="567"/>
          </w:tcPr>
          <w:p>
            <w:r>
              <w:t>404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40 лет ВЛКСМ, 3г</w:t>
            </w:r>
          </w:p>
        </w:tc>
      </w:tr>
      <w:tr>
        <w:tc>
          <w:tcPr>
            <w:tcW w:type="dxa" w:w="567"/>
          </w:tcPr>
          <w:p>
            <w:r>
              <w:t>405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40 лет ВЛКСМ, 6</w:t>
            </w:r>
          </w:p>
        </w:tc>
      </w:tr>
      <w:tr>
        <w:tc>
          <w:tcPr>
            <w:tcW w:type="dxa" w:w="567"/>
          </w:tcPr>
          <w:p>
            <w:r>
              <w:t>406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40 лет ВЛКСМ, 72</w:t>
            </w:r>
          </w:p>
        </w:tc>
      </w:tr>
      <w:tr>
        <w:tc>
          <w:tcPr>
            <w:tcW w:type="dxa" w:w="567"/>
          </w:tcPr>
          <w:p>
            <w:r>
              <w:t>407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40 лет ВЛКСМ, 86а</w:t>
            </w:r>
          </w:p>
        </w:tc>
      </w:tr>
      <w:tr>
        <w:tc>
          <w:tcPr>
            <w:tcW w:type="dxa" w:w="567"/>
          </w:tcPr>
          <w:p>
            <w:r>
              <w:t>408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 xml:space="preserve"> ул. 40 лет Победы, 3а</w:t>
            </w:r>
          </w:p>
        </w:tc>
      </w:tr>
      <w:tr>
        <w:tc>
          <w:tcPr>
            <w:tcW w:type="dxa" w:w="567"/>
          </w:tcPr>
          <w:p>
            <w:r>
              <w:t>409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ул.Архитекторов, 14а</w:t>
            </w:r>
          </w:p>
        </w:tc>
      </w:tr>
      <w:tr>
        <w:tc>
          <w:tcPr>
            <w:tcW w:type="dxa" w:w="567"/>
          </w:tcPr>
          <w:p>
            <w:r>
              <w:t>410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Белана, 5</w:t>
            </w:r>
          </w:p>
        </w:tc>
      </w:tr>
      <w:tr>
        <w:tc>
          <w:tcPr>
            <w:tcW w:type="dxa" w:w="567"/>
          </w:tcPr>
          <w:p>
            <w:r>
              <w:t>411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Братьев Сизых, 5А</w:t>
            </w:r>
          </w:p>
        </w:tc>
      </w:tr>
      <w:tr>
        <w:tc>
          <w:tcPr>
            <w:tcW w:type="dxa" w:w="567"/>
          </w:tcPr>
          <w:p>
            <w:r>
              <w:t>412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Веры Соломиной, 9</w:t>
            </w:r>
          </w:p>
        </w:tc>
      </w:tr>
      <w:tr>
        <w:tc>
          <w:tcPr>
            <w:tcW w:type="dxa" w:w="567"/>
          </w:tcPr>
          <w:p>
            <w:r>
              <w:t>413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Вокзальная, 27</w:t>
            </w:r>
          </w:p>
        </w:tc>
      </w:tr>
      <w:tr>
        <w:tc>
          <w:tcPr>
            <w:tcW w:type="dxa" w:w="567"/>
          </w:tcPr>
          <w:p>
            <w:r>
              <w:t>414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Горьковская, 31</w:t>
            </w:r>
          </w:p>
        </w:tc>
      </w:tr>
      <w:tr>
        <w:tc>
          <w:tcPr>
            <w:tcW w:type="dxa" w:w="567"/>
          </w:tcPr>
          <w:p>
            <w:r>
              <w:t>415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Горьковская, 35а, корп.1</w:t>
            </w:r>
          </w:p>
        </w:tc>
      </w:tr>
      <w:tr>
        <w:tc>
          <w:tcPr>
            <w:tcW w:type="dxa" w:w="567"/>
          </w:tcPr>
          <w:p>
            <w:r>
              <w:t>416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Грдины, 35</w:t>
            </w:r>
          </w:p>
        </w:tc>
      </w:tr>
      <w:tr>
        <w:tc>
          <w:tcPr>
            <w:tcW w:type="dxa" w:w="567"/>
          </w:tcPr>
          <w:p>
            <w:r>
              <w:t>417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Грдины 7</w:t>
            </w:r>
          </w:p>
        </w:tc>
      </w:tr>
      <w:tr>
        <w:tc>
          <w:tcPr>
            <w:tcW w:type="dxa" w:w="567"/>
          </w:tcPr>
          <w:p>
            <w:r>
              <w:t>418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День шахтера, 8</w:t>
            </w:r>
          </w:p>
        </w:tc>
      </w:tr>
      <w:tr>
        <w:tc>
          <w:tcPr>
            <w:tcW w:type="dxa" w:w="567"/>
          </w:tcPr>
          <w:p>
            <w:r>
              <w:t>419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Ермакова, 5</w:t>
            </w:r>
          </w:p>
        </w:tc>
      </w:tr>
      <w:tr>
        <w:tc>
          <w:tcPr>
            <w:tcW w:type="dxa" w:w="567"/>
          </w:tcPr>
          <w:p>
            <w:r>
              <w:t>420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Запорожская, 21</w:t>
            </w:r>
          </w:p>
        </w:tc>
      </w:tr>
      <w:tr>
        <w:tc>
          <w:tcPr>
            <w:tcW w:type="dxa" w:w="567"/>
          </w:tcPr>
          <w:p>
            <w:r>
              <w:t>421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Запорожская, 81</w:t>
            </w:r>
          </w:p>
        </w:tc>
      </w:tr>
      <w:tr>
        <w:tc>
          <w:tcPr>
            <w:tcW w:type="dxa" w:w="567"/>
          </w:tcPr>
          <w:p>
            <w:r>
              <w:t>422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Зорге, 46а</w:t>
            </w:r>
          </w:p>
        </w:tc>
      </w:tr>
      <w:tr>
        <w:tc>
          <w:tcPr>
            <w:tcW w:type="dxa" w:w="567"/>
          </w:tcPr>
          <w:p>
            <w:r>
              <w:t>423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Зыряновская, 17</w:t>
            </w:r>
          </w:p>
        </w:tc>
      </w:tr>
      <w:tr>
        <w:tc>
          <w:tcPr>
            <w:tcW w:type="dxa" w:w="567"/>
          </w:tcPr>
          <w:p>
            <w:r>
              <w:t>424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Кирова, 23а</w:t>
            </w:r>
          </w:p>
        </w:tc>
      </w:tr>
      <w:tr>
        <w:tc>
          <w:tcPr>
            <w:tcW w:type="dxa" w:w="567"/>
          </w:tcPr>
          <w:p>
            <w:r>
              <w:t>425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Кирова, 51а</w:t>
            </w:r>
          </w:p>
        </w:tc>
      </w:tr>
      <w:tr>
        <w:tc>
          <w:tcPr>
            <w:tcW w:type="dxa" w:w="567"/>
          </w:tcPr>
          <w:p>
            <w:r>
              <w:t>426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Кирова, 75</w:t>
            </w:r>
          </w:p>
        </w:tc>
      </w:tr>
      <w:tr>
        <w:tc>
          <w:tcPr>
            <w:tcW w:type="dxa" w:w="567"/>
          </w:tcPr>
          <w:p>
            <w:r>
              <w:t>427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Кирова, 97</w:t>
            </w:r>
          </w:p>
        </w:tc>
      </w:tr>
      <w:tr>
        <w:tc>
          <w:tcPr>
            <w:tcW w:type="dxa" w:w="567"/>
          </w:tcPr>
          <w:p>
            <w:r>
              <w:t>428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Конева, 13</w:t>
            </w:r>
          </w:p>
        </w:tc>
      </w:tr>
      <w:tr>
        <w:tc>
          <w:tcPr>
            <w:tcW w:type="dxa" w:w="567"/>
          </w:tcPr>
          <w:p>
            <w:r>
              <w:t>429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Косыгина, 3В</w:t>
            </w:r>
          </w:p>
        </w:tc>
      </w:tr>
      <w:tr>
        <w:tc>
          <w:tcPr>
            <w:tcW w:type="dxa" w:w="567"/>
          </w:tcPr>
          <w:p>
            <w:r>
              <w:t>430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Косыгина, 53</w:t>
            </w:r>
          </w:p>
        </w:tc>
      </w:tr>
      <w:tr>
        <w:tc>
          <w:tcPr>
            <w:tcW w:type="dxa" w:w="567"/>
          </w:tcPr>
          <w:p>
            <w:r>
              <w:t>431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Косыгина, 67</w:t>
            </w:r>
          </w:p>
        </w:tc>
      </w:tr>
      <w:tr>
        <w:tc>
          <w:tcPr>
            <w:tcW w:type="dxa" w:w="567"/>
          </w:tcPr>
          <w:p>
            <w:r>
              <w:t>432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Кутузова, 70</w:t>
            </w:r>
          </w:p>
        </w:tc>
      </w:tr>
      <w:tr>
        <w:tc>
          <w:tcPr>
            <w:tcW w:type="dxa" w:w="567"/>
          </w:tcPr>
          <w:p>
            <w:r>
              <w:t>433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Ленина, 40</w:t>
            </w:r>
          </w:p>
        </w:tc>
      </w:tr>
      <w:tr>
        <w:tc>
          <w:tcPr>
            <w:tcW w:type="dxa" w:w="567"/>
          </w:tcPr>
          <w:p>
            <w:r>
              <w:t>434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Ленина, 49</w:t>
            </w:r>
          </w:p>
        </w:tc>
      </w:tr>
      <w:tr>
        <w:tc>
          <w:tcPr>
            <w:tcW w:type="dxa" w:w="567"/>
          </w:tcPr>
          <w:p>
            <w:r>
              <w:t>435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Ленина, 87</w:t>
            </w:r>
          </w:p>
        </w:tc>
      </w:tr>
      <w:tr>
        <w:tc>
          <w:tcPr>
            <w:tcW w:type="dxa" w:w="567"/>
          </w:tcPr>
          <w:p>
            <w:r>
              <w:t>436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Ленина, 9</w:t>
            </w:r>
          </w:p>
        </w:tc>
      </w:tr>
      <w:tr>
        <w:tc>
          <w:tcPr>
            <w:tcW w:type="dxa" w:w="567"/>
          </w:tcPr>
          <w:p>
            <w:r>
              <w:t>437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Мурманская, 49</w:t>
            </w:r>
          </w:p>
        </w:tc>
      </w:tr>
      <w:tr>
        <w:tc>
          <w:tcPr>
            <w:tcW w:type="dxa" w:w="567"/>
          </w:tcPr>
          <w:p>
            <w:r>
              <w:t>438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Новобайдаевская, 7б</w:t>
            </w:r>
          </w:p>
        </w:tc>
      </w:tr>
      <w:tr>
        <w:tc>
          <w:tcPr>
            <w:tcW w:type="dxa" w:w="567"/>
          </w:tcPr>
          <w:p>
            <w:r>
              <w:t>439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Новоселов, 29</w:t>
            </w:r>
          </w:p>
        </w:tc>
      </w:tr>
      <w:tr>
        <w:tc>
          <w:tcPr>
            <w:tcW w:type="dxa" w:w="567"/>
          </w:tcPr>
          <w:p>
            <w:r>
              <w:t>440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ул.Новоселов, 67</w:t>
            </w:r>
          </w:p>
        </w:tc>
      </w:tr>
      <w:tr>
        <w:tc>
          <w:tcPr>
            <w:tcW w:type="dxa" w:w="567"/>
          </w:tcPr>
          <w:p>
            <w:r>
              <w:t>441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Ноградская, 4а</w:t>
            </w:r>
          </w:p>
        </w:tc>
      </w:tr>
      <w:tr>
        <w:tc>
          <w:tcPr>
            <w:tcW w:type="dxa" w:w="567"/>
          </w:tcPr>
          <w:p>
            <w:r>
              <w:t>442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Обнорского, 4</w:t>
            </w:r>
          </w:p>
        </w:tc>
      </w:tr>
      <w:tr>
        <w:tc>
          <w:tcPr>
            <w:tcW w:type="dxa" w:w="567"/>
          </w:tcPr>
          <w:p>
            <w:r>
              <w:t>443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Олеко-Дундича, 7а</w:t>
            </w:r>
          </w:p>
        </w:tc>
      </w:tr>
      <w:tr>
        <w:tc>
          <w:tcPr>
            <w:tcW w:type="dxa" w:w="567"/>
          </w:tcPr>
          <w:p>
            <w:r>
              <w:t>444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Пржевальского, 26</w:t>
            </w:r>
          </w:p>
        </w:tc>
      </w:tr>
      <w:tr>
        <w:tc>
          <w:tcPr>
            <w:tcW w:type="dxa" w:w="567"/>
          </w:tcPr>
          <w:p>
            <w:r>
              <w:t>445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Пролетарская, 148</w:t>
            </w:r>
          </w:p>
        </w:tc>
      </w:tr>
      <w:tr>
        <w:tc>
          <w:tcPr>
            <w:tcW w:type="dxa" w:w="567"/>
          </w:tcPr>
          <w:p>
            <w:r>
              <w:t>446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Разведчиков, 52</w:t>
            </w:r>
          </w:p>
        </w:tc>
      </w:tr>
      <w:tr>
        <w:tc>
          <w:tcPr>
            <w:tcW w:type="dxa" w:w="567"/>
          </w:tcPr>
          <w:p>
            <w:r>
              <w:t>447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Сеченова, 10а</w:t>
            </w:r>
          </w:p>
        </w:tc>
      </w:tr>
      <w:tr>
        <w:tc>
          <w:tcPr>
            <w:tcW w:type="dxa" w:w="567"/>
          </w:tcPr>
          <w:p>
            <w:r>
              <w:t>448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ул.Тольятти, 27</w:t>
            </w:r>
          </w:p>
        </w:tc>
      </w:tr>
      <w:tr>
        <w:tc>
          <w:tcPr>
            <w:tcW w:type="dxa" w:w="567"/>
          </w:tcPr>
          <w:p>
            <w:r>
              <w:t>449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Тореза, 20</w:t>
            </w:r>
          </w:p>
        </w:tc>
      </w:tr>
      <w:tr>
        <w:tc>
          <w:tcPr>
            <w:tcW w:type="dxa" w:w="567"/>
          </w:tcPr>
          <w:p>
            <w:r>
              <w:t>450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Тореза, 52</w:t>
            </w:r>
          </w:p>
        </w:tc>
      </w:tr>
      <w:tr>
        <w:tc>
          <w:tcPr>
            <w:tcW w:type="dxa" w:w="567"/>
          </w:tcPr>
          <w:p>
            <w:r>
              <w:t>451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Тореза, 64</w:t>
            </w:r>
          </w:p>
        </w:tc>
      </w:tr>
      <w:tr>
        <w:tc>
          <w:tcPr>
            <w:tcW w:type="dxa" w:w="567"/>
          </w:tcPr>
          <w:p>
            <w:r>
              <w:t>452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Тореза, 93</w:t>
            </w:r>
          </w:p>
        </w:tc>
      </w:tr>
      <w:tr>
        <w:tc>
          <w:tcPr>
            <w:tcW w:type="dxa" w:w="567"/>
          </w:tcPr>
          <w:p>
            <w:r>
              <w:t>453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Транспортная, 43</w:t>
            </w:r>
          </w:p>
        </w:tc>
      </w:tr>
      <w:tr>
        <w:tc>
          <w:tcPr>
            <w:tcW w:type="dxa" w:w="567"/>
          </w:tcPr>
          <w:p>
            <w:r>
              <w:t>454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Транспортная, 77</w:t>
            </w:r>
          </w:p>
        </w:tc>
      </w:tr>
      <w:tr>
        <w:tc>
          <w:tcPr>
            <w:tcW w:type="dxa" w:w="567"/>
          </w:tcPr>
          <w:p>
            <w:r>
              <w:t>455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Франкфурта, 4</w:t>
            </w:r>
          </w:p>
        </w:tc>
      </w:tr>
      <w:tr>
        <w:tc>
          <w:tcPr>
            <w:tcW w:type="dxa" w:w="567"/>
          </w:tcPr>
          <w:p>
            <w:r>
              <w:t>456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Циолковского, 34</w:t>
            </w:r>
          </w:p>
        </w:tc>
      </w:tr>
      <w:tr>
        <w:tc>
          <w:tcPr>
            <w:tcW w:type="dxa" w:w="567"/>
          </w:tcPr>
          <w:p>
            <w:r>
              <w:t>457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Новокузнецк</w:t>
            </w:r>
          </w:p>
        </w:tc>
        <w:tc>
          <w:tcPr>
            <w:tcW w:type="dxa" w:w="3402"/>
          </w:tcPr>
          <w:p>
            <w:r>
              <w:t>ул. Ярославская, 12</w:t>
            </w:r>
          </w:p>
        </w:tc>
      </w:tr>
      <w:tr>
        <w:tc>
          <w:tcPr>
            <w:tcW w:type="dxa" w:w="567"/>
          </w:tcPr>
          <w:p>
            <w:r>
              <w:t>458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Осинники</w:t>
            </w:r>
          </w:p>
        </w:tc>
        <w:tc>
          <w:tcPr>
            <w:tcW w:type="dxa" w:w="3402"/>
          </w:tcPr>
          <w:p>
            <w:r>
              <w:t>ул. Победы, 24</w:t>
            </w:r>
          </w:p>
        </w:tc>
      </w:tr>
      <w:tr>
        <w:tc>
          <w:tcPr>
            <w:tcW w:type="dxa" w:w="567"/>
          </w:tcPr>
          <w:p>
            <w:r>
              <w:t>459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Осинники</w:t>
            </w:r>
          </w:p>
        </w:tc>
        <w:tc>
          <w:tcPr>
            <w:tcW w:type="dxa" w:w="3402"/>
          </w:tcPr>
          <w:p>
            <w:r>
              <w:t>ул. Победы, 36</w:t>
            </w:r>
          </w:p>
        </w:tc>
      </w:tr>
      <w:tr>
        <w:tc>
          <w:tcPr>
            <w:tcW w:type="dxa" w:w="567"/>
          </w:tcPr>
          <w:p>
            <w:r>
              <w:t>460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Осинники</w:t>
            </w:r>
          </w:p>
        </w:tc>
        <w:tc>
          <w:tcPr>
            <w:tcW w:type="dxa" w:w="3402"/>
          </w:tcPr>
          <w:p>
            <w:r>
              <w:t>ул. Революции, 5</w:t>
            </w:r>
          </w:p>
        </w:tc>
      </w:tr>
      <w:tr>
        <w:tc>
          <w:tcPr>
            <w:tcW w:type="dxa" w:w="567"/>
          </w:tcPr>
          <w:p>
            <w:r>
              <w:t>461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Плотниково</w:t>
            </w:r>
          </w:p>
        </w:tc>
        <w:tc>
          <w:tcPr>
            <w:tcW w:type="dxa" w:w="3402"/>
          </w:tcPr>
          <w:p>
            <w:r>
              <w:t>ул. Школьная, 17</w:t>
            </w:r>
          </w:p>
        </w:tc>
      </w:tr>
      <w:tr>
        <w:tc>
          <w:tcPr>
            <w:tcW w:type="dxa" w:w="567"/>
          </w:tcPr>
          <w:p>
            <w:r>
              <w:t>462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Поломошное</w:t>
            </w:r>
          </w:p>
        </w:tc>
        <w:tc>
          <w:tcPr>
            <w:tcW w:type="dxa" w:w="3402"/>
          </w:tcPr>
          <w:p>
            <w:r>
              <w:t>ул. Бениваленского, 10а</w:t>
            </w:r>
          </w:p>
        </w:tc>
      </w:tr>
      <w:tr>
        <w:tc>
          <w:tcPr>
            <w:tcW w:type="dxa" w:w="567"/>
          </w:tcPr>
          <w:p>
            <w:r>
              <w:t>463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Полысаево</w:t>
            </w:r>
          </w:p>
        </w:tc>
        <w:tc>
          <w:tcPr>
            <w:tcW w:type="dxa" w:w="3402"/>
          </w:tcPr>
          <w:p>
            <w:r>
              <w:t>п. Красногорский, ул. Магистральная, 19</w:t>
            </w:r>
          </w:p>
        </w:tc>
      </w:tr>
      <w:tr>
        <w:tc>
          <w:tcPr>
            <w:tcW w:type="dxa" w:w="567"/>
          </w:tcPr>
          <w:p>
            <w:r>
              <w:t>464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Полысаево</w:t>
            </w:r>
          </w:p>
        </w:tc>
        <w:tc>
          <w:tcPr>
            <w:tcW w:type="dxa" w:w="3402"/>
          </w:tcPr>
          <w:p>
            <w:r>
              <w:t>ул. Космонавтов, 100</w:t>
            </w:r>
          </w:p>
        </w:tc>
      </w:tr>
      <w:tr>
        <w:tc>
          <w:tcPr>
            <w:tcW w:type="dxa" w:w="567"/>
          </w:tcPr>
          <w:p>
            <w:r>
              <w:t>465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Полысаево</w:t>
            </w:r>
          </w:p>
        </w:tc>
        <w:tc>
          <w:tcPr>
            <w:tcW w:type="dxa" w:w="3402"/>
          </w:tcPr>
          <w:p>
            <w:r>
              <w:t>ул. Космонавтов, 63</w:t>
            </w:r>
          </w:p>
        </w:tc>
      </w:tr>
      <w:tr>
        <w:tc>
          <w:tcPr>
            <w:tcW w:type="dxa" w:w="567"/>
          </w:tcPr>
          <w:p>
            <w:r>
              <w:t>466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микрорайон 10, 18</w:t>
            </w:r>
          </w:p>
        </w:tc>
      </w:tr>
      <w:tr>
        <w:tc>
          <w:tcPr>
            <w:tcW w:type="dxa" w:w="567"/>
          </w:tcPr>
          <w:p>
            <w:r>
              <w:t>467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мкр. 10-й, 5б</w:t>
            </w:r>
          </w:p>
        </w:tc>
      </w:tr>
      <w:tr>
        <w:tc>
          <w:tcPr>
            <w:tcW w:type="dxa" w:w="567"/>
          </w:tcPr>
          <w:p>
            <w:r>
              <w:t>468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пр. Гагарина, 41</w:t>
            </w:r>
          </w:p>
        </w:tc>
      </w:tr>
      <w:tr>
        <w:tc>
          <w:tcPr>
            <w:tcW w:type="dxa" w:w="567"/>
          </w:tcPr>
          <w:p>
            <w:r>
              <w:t>469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пр. Ленина, 25</w:t>
            </w:r>
          </w:p>
        </w:tc>
      </w:tr>
      <w:tr>
        <w:tc>
          <w:tcPr>
            <w:tcW w:type="dxa" w:w="567"/>
          </w:tcPr>
          <w:p>
            <w:r>
              <w:t>470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проспект Шахтеров, 16</w:t>
            </w:r>
          </w:p>
        </w:tc>
      </w:tr>
      <w:tr>
        <w:tc>
          <w:tcPr>
            <w:tcW w:type="dxa" w:w="567"/>
          </w:tcPr>
          <w:p>
            <w:r>
              <w:t>471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пр. Строителей, 53</w:t>
            </w:r>
          </w:p>
        </w:tc>
      </w:tr>
      <w:tr>
        <w:tc>
          <w:tcPr>
            <w:tcW w:type="dxa" w:w="567"/>
          </w:tcPr>
          <w:p>
            <w:r>
              <w:t>472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2-я Серова, 3/1</w:t>
            </w:r>
          </w:p>
        </w:tc>
      </w:tr>
      <w:tr>
        <w:tc>
          <w:tcPr>
            <w:tcW w:type="dxa" w:w="567"/>
          </w:tcPr>
          <w:p>
            <w:r>
              <w:t>473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Гагарина, 32</w:t>
            </w:r>
          </w:p>
        </w:tc>
      </w:tr>
      <w:tr>
        <w:tc>
          <w:tcPr>
            <w:tcW w:type="dxa" w:w="567"/>
          </w:tcPr>
          <w:p>
            <w:r>
              <w:t>474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Институтская, 104</w:t>
            </w:r>
          </w:p>
        </w:tc>
      </w:tr>
      <w:tr>
        <w:tc>
          <w:tcPr>
            <w:tcW w:type="dxa" w:w="567"/>
          </w:tcPr>
          <w:p>
            <w:r>
              <w:t>475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Институтская, 20</w:t>
            </w:r>
          </w:p>
        </w:tc>
      </w:tr>
      <w:tr>
        <w:tc>
          <w:tcPr>
            <w:tcW w:type="dxa" w:w="567"/>
          </w:tcPr>
          <w:p>
            <w:r>
              <w:t>476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Институтская, 3</w:t>
            </w:r>
          </w:p>
        </w:tc>
      </w:tr>
      <w:tr>
        <w:tc>
          <w:tcPr>
            <w:tcW w:type="dxa" w:w="567"/>
          </w:tcPr>
          <w:p>
            <w:r>
              <w:t>477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Комсомольская, 1</w:t>
            </w:r>
          </w:p>
        </w:tc>
      </w:tr>
      <w:tr>
        <w:tc>
          <w:tcPr>
            <w:tcW w:type="dxa" w:w="567"/>
          </w:tcPr>
          <w:p>
            <w:r>
              <w:t>478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Кучина, 2</w:t>
            </w:r>
          </w:p>
        </w:tc>
      </w:tr>
      <w:tr>
        <w:tc>
          <w:tcPr>
            <w:tcW w:type="dxa" w:w="567"/>
          </w:tcPr>
          <w:p>
            <w:r>
              <w:t>479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Оренбургская, 8</w:t>
            </w:r>
          </w:p>
        </w:tc>
      </w:tr>
      <w:tr>
        <w:tc>
          <w:tcPr>
            <w:tcW w:type="dxa" w:w="567"/>
          </w:tcPr>
          <w:p>
            <w:r>
              <w:t>480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Российская, 40</w:t>
            </w:r>
          </w:p>
        </w:tc>
      </w:tr>
      <w:tr>
        <w:tc>
          <w:tcPr>
            <w:tcW w:type="dxa" w:w="567"/>
          </w:tcPr>
          <w:p>
            <w:r>
              <w:t>481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Союзная, 56</w:t>
            </w:r>
          </w:p>
        </w:tc>
      </w:tr>
      <w:tr>
        <w:tc>
          <w:tcPr>
            <w:tcW w:type="dxa" w:w="567"/>
          </w:tcPr>
          <w:p>
            <w:r>
              <w:t>482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Строителей, 7а</w:t>
            </w:r>
          </w:p>
        </w:tc>
      </w:tr>
      <w:tr>
        <w:tc>
          <w:tcPr>
            <w:tcW w:type="dxa" w:w="567"/>
          </w:tcPr>
          <w:p>
            <w:r>
              <w:t>483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Шишкина, 12</w:t>
            </w:r>
          </w:p>
        </w:tc>
      </w:tr>
      <w:tr>
        <w:tc>
          <w:tcPr>
            <w:tcW w:type="dxa" w:w="567"/>
          </w:tcPr>
          <w:p>
            <w:r>
              <w:t>484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Прокопьевск</w:t>
            </w:r>
          </w:p>
        </w:tc>
        <w:tc>
          <w:tcPr>
            <w:tcW w:type="dxa" w:w="3402"/>
          </w:tcPr>
          <w:p>
            <w:r>
              <w:t>ул. Шишкина, 25А</w:t>
            </w:r>
          </w:p>
        </w:tc>
      </w:tr>
      <w:tr>
        <w:tc>
          <w:tcPr>
            <w:tcW w:type="dxa" w:w="567"/>
          </w:tcPr>
          <w:p>
            <w:r>
              <w:t>485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Промышленная</w:t>
            </w:r>
          </w:p>
        </w:tc>
        <w:tc>
          <w:tcPr>
            <w:tcW w:type="dxa" w:w="3402"/>
          </w:tcPr>
          <w:p>
            <w:r>
              <w:t>ул. Некрасова, 1</w:t>
            </w:r>
          </w:p>
        </w:tc>
      </w:tr>
      <w:tr>
        <w:tc>
          <w:tcPr>
            <w:tcW w:type="dxa" w:w="567"/>
          </w:tcPr>
          <w:p>
            <w:r>
              <w:t>486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Сосновка</w:t>
            </w:r>
          </w:p>
        </w:tc>
        <w:tc>
          <w:tcPr>
            <w:tcW w:type="dxa" w:w="3402"/>
          </w:tcPr>
          <w:p>
            <w:r>
              <w:t>ул. Калинина, 61</w:t>
            </w:r>
          </w:p>
        </w:tc>
      </w:tr>
      <w:tr>
        <w:tc>
          <w:tcPr>
            <w:tcW w:type="dxa" w:w="567"/>
          </w:tcPr>
          <w:p>
            <w:r>
              <w:t>487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Тайга</w:t>
            </w:r>
          </w:p>
        </w:tc>
        <w:tc>
          <w:tcPr>
            <w:tcW w:type="dxa" w:w="3402"/>
          </w:tcPr>
          <w:p>
            <w:r>
              <w:t>ул. Советская, 86</w:t>
            </w:r>
          </w:p>
        </w:tc>
      </w:tr>
      <w:tr>
        <w:tc>
          <w:tcPr>
            <w:tcW w:type="dxa" w:w="567"/>
          </w:tcPr>
          <w:p>
            <w:r>
              <w:t>488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Тисуль</w:t>
            </w:r>
          </w:p>
        </w:tc>
        <w:tc>
          <w:tcPr>
            <w:tcW w:type="dxa" w:w="3402"/>
          </w:tcPr>
          <w:p>
            <w:r>
              <w:t>ул. Калинина, 1</w:t>
            </w:r>
          </w:p>
        </w:tc>
      </w:tr>
      <w:tr>
        <w:tc>
          <w:tcPr>
            <w:tcW w:type="dxa" w:w="567"/>
          </w:tcPr>
          <w:p>
            <w:r>
              <w:t>489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Топки</w:t>
            </w:r>
          </w:p>
        </w:tc>
        <w:tc>
          <w:tcPr>
            <w:tcW w:type="dxa" w:w="3402"/>
          </w:tcPr>
          <w:p>
            <w:r>
              <w:t>микрорайон Солнечный, 11а</w:t>
            </w:r>
          </w:p>
        </w:tc>
      </w:tr>
      <w:tr>
        <w:tc>
          <w:tcPr>
            <w:tcW w:type="dxa" w:w="567"/>
          </w:tcPr>
          <w:p>
            <w:r>
              <w:t>490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Топки</w:t>
            </w:r>
          </w:p>
        </w:tc>
        <w:tc>
          <w:tcPr>
            <w:tcW w:type="dxa" w:w="3402"/>
          </w:tcPr>
          <w:p>
            <w:r>
              <w:t>ул. Революции, 113</w:t>
            </w:r>
          </w:p>
        </w:tc>
      </w:tr>
      <w:tr>
        <w:tc>
          <w:tcPr>
            <w:tcW w:type="dxa" w:w="567"/>
          </w:tcPr>
          <w:p>
            <w:r>
              <w:t>491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Топки</w:t>
            </w:r>
          </w:p>
        </w:tc>
        <w:tc>
          <w:tcPr>
            <w:tcW w:type="dxa" w:w="3402"/>
          </w:tcPr>
          <w:p>
            <w:r>
              <w:t>ул. Революции, 22</w:t>
            </w:r>
          </w:p>
        </w:tc>
      </w:tr>
      <w:tr>
        <w:tc>
          <w:tcPr>
            <w:tcW w:type="dxa" w:w="567"/>
          </w:tcPr>
          <w:p>
            <w:r>
              <w:t>492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Тяжинский</w:t>
            </w:r>
          </w:p>
        </w:tc>
        <w:tc>
          <w:tcPr>
            <w:tcW w:type="dxa" w:w="3402"/>
          </w:tcPr>
          <w:p>
            <w:r>
              <w:t>ул. Кооперативная, 2</w:t>
            </w:r>
          </w:p>
        </w:tc>
      </w:tr>
      <w:tr>
        <w:tc>
          <w:tcPr>
            <w:tcW w:type="dxa" w:w="567"/>
          </w:tcPr>
          <w:p>
            <w:r>
              <w:t>493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б-р. Металлургов, 3а</w:t>
            </w:r>
          </w:p>
        </w:tc>
      </w:tr>
      <w:tr>
        <w:tc>
          <w:tcPr>
            <w:tcW w:type="dxa" w:w="567"/>
          </w:tcPr>
          <w:p>
            <w:r>
              <w:t>494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пр. Кузбасский, 16</w:t>
            </w:r>
          </w:p>
        </w:tc>
      </w:tr>
      <w:tr>
        <w:tc>
          <w:tcPr>
            <w:tcW w:type="dxa" w:w="567"/>
          </w:tcPr>
          <w:p>
            <w:r>
              <w:t>495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пр. Кузбасский, 8</w:t>
            </w:r>
          </w:p>
        </w:tc>
      </w:tr>
      <w:tr>
        <w:tc>
          <w:tcPr>
            <w:tcW w:type="dxa" w:w="567"/>
          </w:tcPr>
          <w:p>
            <w:r>
              <w:t>496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пр. Победы,  41а</w:t>
            </w:r>
          </w:p>
        </w:tc>
      </w:tr>
      <w:tr>
        <w:tc>
          <w:tcPr>
            <w:tcW w:type="dxa" w:w="567"/>
          </w:tcPr>
          <w:p>
            <w:r>
              <w:t>497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Вокзальная, 58</w:t>
            </w:r>
          </w:p>
        </w:tc>
      </w:tr>
      <w:tr>
        <w:tc>
          <w:tcPr>
            <w:tcW w:type="dxa" w:w="567"/>
          </w:tcPr>
          <w:p>
            <w:r>
              <w:t>498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Интернациональная, 30а</w:t>
            </w:r>
          </w:p>
        </w:tc>
      </w:tr>
      <w:tr>
        <w:tc>
          <w:tcPr>
            <w:tcW w:type="dxa" w:w="567"/>
          </w:tcPr>
          <w:p>
            <w:r>
              <w:t>499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Кирова, 31а</w:t>
            </w:r>
          </w:p>
        </w:tc>
      </w:tr>
      <w:tr>
        <w:tc>
          <w:tcPr>
            <w:tcW w:type="dxa" w:w="567"/>
          </w:tcPr>
          <w:p>
            <w:r>
              <w:t>500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Ленинградская, 38</w:t>
            </w:r>
          </w:p>
        </w:tc>
      </w:tr>
      <w:tr>
        <w:tc>
          <w:tcPr>
            <w:tcW w:type="dxa" w:w="567"/>
          </w:tcPr>
          <w:p>
            <w:r>
              <w:t>501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Леонова, 6А</w:t>
            </w:r>
          </w:p>
        </w:tc>
      </w:tr>
      <w:tr>
        <w:tc>
          <w:tcPr>
            <w:tcW w:type="dxa" w:w="567"/>
          </w:tcPr>
          <w:p>
            <w:r>
              <w:t>502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Максименко, 2</w:t>
            </w:r>
          </w:p>
        </w:tc>
      </w:tr>
      <w:tr>
        <w:tc>
          <w:tcPr>
            <w:tcW w:type="dxa" w:w="567"/>
          </w:tcPr>
          <w:p>
            <w:r>
              <w:t>503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Машиностроителей, 12</w:t>
            </w:r>
          </w:p>
        </w:tc>
      </w:tr>
      <w:tr>
        <w:tc>
          <w:tcPr>
            <w:tcW w:type="dxa" w:w="567"/>
          </w:tcPr>
          <w:p>
            <w:r>
              <w:t>504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Мира, 13</w:t>
            </w:r>
          </w:p>
        </w:tc>
      </w:tr>
      <w:tr>
        <w:tc>
          <w:tcPr>
            <w:tcW w:type="dxa" w:w="567"/>
          </w:tcPr>
          <w:p>
            <w:r>
              <w:t>505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Юрга</w:t>
            </w:r>
          </w:p>
        </w:tc>
        <w:tc>
          <w:tcPr>
            <w:tcW w:type="dxa" w:w="3402"/>
          </w:tcPr>
          <w:p>
            <w:r>
              <w:t>ул. Павлова, 16</w:t>
            </w:r>
          </w:p>
        </w:tc>
      </w:tr>
      <w:tr>
        <w:tc>
          <w:tcPr>
            <w:tcW w:type="dxa" w:w="567"/>
          </w:tcPr>
          <w:p>
            <w:r>
              <w:t>506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Яшкино</w:t>
            </w:r>
          </w:p>
        </w:tc>
        <w:tc>
          <w:tcPr>
            <w:tcW w:type="dxa" w:w="3402"/>
          </w:tcPr>
          <w:p>
            <w:r>
              <w:t>ул. Куйбышева, 2а</w:t>
            </w:r>
          </w:p>
        </w:tc>
      </w:tr>
      <w:tr>
        <w:tc>
          <w:tcPr>
            <w:tcW w:type="dxa" w:w="567"/>
          </w:tcPr>
          <w:p>
            <w:r>
              <w:t>507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Яшкино</w:t>
            </w:r>
          </w:p>
        </w:tc>
        <w:tc>
          <w:tcPr>
            <w:tcW w:type="dxa" w:w="3402"/>
          </w:tcPr>
          <w:p>
            <w:r>
              <w:t>ул. Молодежная, 1а</w:t>
            </w:r>
          </w:p>
        </w:tc>
      </w:tr>
      <w:tr>
        <w:tc>
          <w:tcPr>
            <w:tcW w:type="dxa" w:w="567"/>
          </w:tcPr>
          <w:p>
            <w:r>
              <w:t>508</w:t>
            </w:r>
          </w:p>
        </w:tc>
        <w:tc>
          <w:tcPr>
            <w:tcW w:type="dxa" w:w="2835"/>
          </w:tcPr>
          <w:p>
            <w:r>
              <w:t>Кемеровская область</w:t>
            </w:r>
          </w:p>
        </w:tc>
        <w:tc>
          <w:tcPr>
            <w:tcW w:type="dxa" w:w="2268"/>
          </w:tcPr>
          <w:p>
            <w:r>
              <w:t>Яя</w:t>
            </w:r>
          </w:p>
        </w:tc>
        <w:tc>
          <w:tcPr>
            <w:tcW w:type="dxa" w:w="3402"/>
          </w:tcPr>
          <w:p>
            <w:r>
              <w:t>ул. Школьная, 1</w:t>
            </w:r>
          </w:p>
        </w:tc>
      </w:tr>
      <w:tr>
        <w:tc>
          <w:tcPr>
            <w:tcW w:type="dxa" w:w="567"/>
          </w:tcPr>
          <w:p>
            <w:r>
              <w:t>509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7-й мкр., 3А</w:t>
            </w:r>
          </w:p>
        </w:tc>
      </w:tr>
      <w:tr>
        <w:tc>
          <w:tcPr>
            <w:tcW w:type="dxa" w:w="567"/>
          </w:tcPr>
          <w:p>
            <w:r>
              <w:t>510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9-й микрорайон, 2в</w:t>
            </w:r>
          </w:p>
        </w:tc>
      </w:tr>
      <w:tr>
        <w:tc>
          <w:tcPr>
            <w:tcW w:type="dxa" w:w="567"/>
          </w:tcPr>
          <w:p>
            <w:r>
              <w:t>511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квартал 25-й, 5А</w:t>
            </w:r>
          </w:p>
        </w:tc>
      </w:tr>
      <w:tr>
        <w:tc>
          <w:tcPr>
            <w:tcW w:type="dxa" w:w="567"/>
          </w:tcPr>
          <w:p>
            <w:r>
              <w:t>512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микрорайон 8-й, 1</w:t>
            </w:r>
          </w:p>
        </w:tc>
      </w:tr>
      <w:tr>
        <w:tc>
          <w:tcPr>
            <w:tcW w:type="dxa" w:w="567"/>
          </w:tcPr>
          <w:p>
            <w:r>
              <w:t>513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мкр. 2-й, 15</w:t>
            </w:r>
          </w:p>
        </w:tc>
      </w:tr>
      <w:tr>
        <w:tc>
          <w:tcPr>
            <w:tcW w:type="dxa" w:w="567"/>
          </w:tcPr>
          <w:p>
            <w:r>
              <w:t>514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мкр. 3-й, 30К</w:t>
            </w:r>
          </w:p>
        </w:tc>
      </w:tr>
      <w:tr>
        <w:tc>
          <w:tcPr>
            <w:tcW w:type="dxa" w:w="567"/>
          </w:tcPr>
          <w:p>
            <w:r>
              <w:t>515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мкр. 3-й Привокзального района, 14А</w:t>
            </w:r>
          </w:p>
        </w:tc>
      </w:tr>
      <w:tr>
        <w:tc>
          <w:tcPr>
            <w:tcW w:type="dxa" w:w="567"/>
          </w:tcPr>
          <w:p>
            <w:r>
              <w:t>516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мкр. 5-й, 39</w:t>
            </w:r>
          </w:p>
        </w:tc>
      </w:tr>
      <w:tr>
        <w:tc>
          <w:tcPr>
            <w:tcW w:type="dxa" w:w="567"/>
          </w:tcPr>
          <w:p>
            <w:r>
              <w:t>517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мкр. 9-й, 13</w:t>
            </w:r>
          </w:p>
        </w:tc>
      </w:tr>
      <w:tr>
        <w:tc>
          <w:tcPr>
            <w:tcW w:type="dxa" w:w="567"/>
          </w:tcPr>
          <w:p>
            <w:r>
              <w:t>518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ул. Дружбы Народов, 5А</w:t>
            </w:r>
          </w:p>
        </w:tc>
      </w:tr>
      <w:tr>
        <w:tc>
          <w:tcPr>
            <w:tcW w:type="dxa" w:w="567"/>
          </w:tcPr>
          <w:p>
            <w:r>
              <w:t>519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ул. Кирова, 38</w:t>
            </w:r>
          </w:p>
        </w:tc>
      </w:tr>
      <w:tr>
        <w:tc>
          <w:tcPr>
            <w:tcW w:type="dxa" w:w="567"/>
          </w:tcPr>
          <w:p>
            <w:r>
              <w:t>520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ул. Красного Пожарника, 4Б</w:t>
            </w:r>
          </w:p>
        </w:tc>
      </w:tr>
      <w:tr>
        <w:tc>
          <w:tcPr>
            <w:tcW w:type="dxa" w:w="567"/>
          </w:tcPr>
          <w:p>
            <w:r>
              <w:t>521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ул. Льва Толстого, 10</w:t>
            </w:r>
          </w:p>
        </w:tc>
      </w:tr>
      <w:tr>
        <w:tc>
          <w:tcPr>
            <w:tcW w:type="dxa" w:w="567"/>
          </w:tcPr>
          <w:p>
            <w:r>
              <w:t>522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ул. Омская, 17А</w:t>
            </w:r>
          </w:p>
        </w:tc>
      </w:tr>
      <w:tr>
        <w:tc>
          <w:tcPr>
            <w:tcW w:type="dxa" w:w="567"/>
          </w:tcPr>
          <w:p>
            <w:r>
              <w:t>523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Ачинск</w:t>
            </w:r>
          </w:p>
        </w:tc>
        <w:tc>
          <w:tcPr>
            <w:tcW w:type="dxa" w:w="3402"/>
          </w:tcPr>
          <w:p>
            <w:r>
              <w:t>ул. Фрунзе, 9</w:t>
            </w:r>
          </w:p>
        </w:tc>
      </w:tr>
      <w:tr>
        <w:tc>
          <w:tcPr>
            <w:tcW w:type="dxa" w:w="567"/>
          </w:tcPr>
          <w:p>
            <w:r>
              <w:t>524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Березовка</w:t>
            </w:r>
          </w:p>
        </w:tc>
        <w:tc>
          <w:tcPr>
            <w:tcW w:type="dxa" w:w="3402"/>
          </w:tcPr>
          <w:p>
            <w:r>
              <w:t>ул. Мичурина, 15</w:t>
            </w:r>
          </w:p>
        </w:tc>
      </w:tr>
      <w:tr>
        <w:tc>
          <w:tcPr>
            <w:tcW w:type="dxa" w:w="567"/>
          </w:tcPr>
          <w:p>
            <w:r>
              <w:t>525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Березовка</w:t>
            </w:r>
          </w:p>
        </w:tc>
        <w:tc>
          <w:tcPr>
            <w:tcW w:type="dxa" w:w="3402"/>
          </w:tcPr>
          <w:p>
            <w:r>
              <w:t>ул. Центральная, 32</w:t>
            </w:r>
          </w:p>
        </w:tc>
      </w:tr>
      <w:tr>
        <w:tc>
          <w:tcPr>
            <w:tcW w:type="dxa" w:w="567"/>
          </w:tcPr>
          <w:p>
            <w:r>
              <w:t>526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Боготол</w:t>
            </w:r>
          </w:p>
        </w:tc>
        <w:tc>
          <w:tcPr>
            <w:tcW w:type="dxa" w:w="3402"/>
          </w:tcPr>
          <w:p>
            <w:r>
              <w:t>Кирова, 5</w:t>
            </w:r>
          </w:p>
        </w:tc>
      </w:tr>
      <w:tr>
        <w:tc>
          <w:tcPr>
            <w:tcW w:type="dxa" w:w="567"/>
          </w:tcPr>
          <w:p>
            <w:r>
              <w:t>527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Дивногорск</w:t>
            </w:r>
          </w:p>
        </w:tc>
        <w:tc>
          <w:tcPr>
            <w:tcW w:type="dxa" w:w="3402"/>
          </w:tcPr>
          <w:p>
            <w:r>
              <w:t>ул. Чкалова, 5б</w:t>
            </w:r>
          </w:p>
        </w:tc>
      </w:tr>
      <w:tr>
        <w:tc>
          <w:tcPr>
            <w:tcW w:type="dxa" w:w="567"/>
          </w:tcPr>
          <w:p>
            <w:r>
              <w:t>528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Емельяново</w:t>
            </w:r>
          </w:p>
        </w:tc>
        <w:tc>
          <w:tcPr>
            <w:tcW w:type="dxa" w:w="3402"/>
          </w:tcPr>
          <w:p>
            <w:r>
              <w:t>ул. Московская, 159А</w:t>
            </w:r>
          </w:p>
        </w:tc>
      </w:tr>
      <w:tr>
        <w:tc>
          <w:tcPr>
            <w:tcW w:type="dxa" w:w="567"/>
          </w:tcPr>
          <w:p>
            <w:r>
              <w:t>529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Есаулово</w:t>
            </w:r>
          </w:p>
        </w:tc>
        <w:tc>
          <w:tcPr>
            <w:tcW w:type="dxa" w:w="3402"/>
          </w:tcPr>
          <w:p>
            <w:r>
              <w:t>ул. Озерная, 1Б</w:t>
            </w:r>
          </w:p>
        </w:tc>
      </w:tr>
      <w:tr>
        <w:tc>
          <w:tcPr>
            <w:tcW w:type="dxa" w:w="567"/>
          </w:tcPr>
          <w:p>
            <w:r>
              <w:t>530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Железногорск</w:t>
            </w:r>
          </w:p>
        </w:tc>
        <w:tc>
          <w:tcPr>
            <w:tcW w:type="dxa" w:w="3402"/>
          </w:tcPr>
          <w:p>
            <w:r>
              <w:t>пр. Курчатова, 6А</w:t>
            </w:r>
          </w:p>
        </w:tc>
      </w:tr>
      <w:tr>
        <w:tc>
          <w:tcPr>
            <w:tcW w:type="dxa" w:w="567"/>
          </w:tcPr>
          <w:p>
            <w:r>
              <w:t>531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Железногорск</w:t>
            </w:r>
          </w:p>
        </w:tc>
        <w:tc>
          <w:tcPr>
            <w:tcW w:type="dxa" w:w="3402"/>
          </w:tcPr>
          <w:p>
            <w:r>
              <w:t>пр. Ленинградский, 17</w:t>
            </w:r>
          </w:p>
        </w:tc>
      </w:tr>
      <w:tr>
        <w:tc>
          <w:tcPr>
            <w:tcW w:type="dxa" w:w="567"/>
          </w:tcPr>
          <w:p>
            <w:r>
              <w:t>532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Железногорск</w:t>
            </w:r>
          </w:p>
        </w:tc>
        <w:tc>
          <w:tcPr>
            <w:tcW w:type="dxa" w:w="3402"/>
          </w:tcPr>
          <w:p>
            <w:r>
              <w:t>проезд Юбилейный, 9</w:t>
            </w:r>
          </w:p>
        </w:tc>
      </w:tr>
      <w:tr>
        <w:tc>
          <w:tcPr>
            <w:tcW w:type="dxa" w:w="567"/>
          </w:tcPr>
          <w:p>
            <w:r>
              <w:t>533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Железногорск</w:t>
            </w:r>
          </w:p>
        </w:tc>
        <w:tc>
          <w:tcPr>
            <w:tcW w:type="dxa" w:w="3402"/>
          </w:tcPr>
          <w:p>
            <w:r>
              <w:t>ул. 60 лет ВЛКСМ, 70А</w:t>
            </w:r>
          </w:p>
        </w:tc>
      </w:tr>
      <w:tr>
        <w:tc>
          <w:tcPr>
            <w:tcW w:type="dxa" w:w="567"/>
          </w:tcPr>
          <w:p>
            <w:r>
              <w:t>534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Железногорск</w:t>
            </w:r>
          </w:p>
        </w:tc>
        <w:tc>
          <w:tcPr>
            <w:tcW w:type="dxa" w:w="3402"/>
          </w:tcPr>
          <w:p>
            <w:r>
              <w:t>ул. Молодежная, 15Б</w:t>
            </w:r>
          </w:p>
        </w:tc>
      </w:tr>
      <w:tr>
        <w:tc>
          <w:tcPr>
            <w:tcW w:type="dxa" w:w="567"/>
          </w:tcPr>
          <w:p>
            <w:r>
              <w:t>535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Железногорск (Красноярский край)</w:t>
            </w:r>
          </w:p>
        </w:tc>
        <w:tc>
          <w:tcPr>
            <w:tcW w:type="dxa" w:w="3402"/>
          </w:tcPr>
          <w:p>
            <w:r>
              <w:t>пр. Ленинградский, 20А</w:t>
            </w:r>
          </w:p>
        </w:tc>
      </w:tr>
      <w:tr>
        <w:tc>
          <w:tcPr>
            <w:tcW w:type="dxa" w:w="567"/>
          </w:tcPr>
          <w:p>
            <w:r>
              <w:t>536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Железногорск (Красноярский край)</w:t>
            </w:r>
          </w:p>
        </w:tc>
        <w:tc>
          <w:tcPr>
            <w:tcW w:type="dxa" w:w="3402"/>
          </w:tcPr>
          <w:p>
            <w:r>
              <w:t>ул. Свердлова, 11</w:t>
            </w:r>
          </w:p>
        </w:tc>
      </w:tr>
      <w:tr>
        <w:tc>
          <w:tcPr>
            <w:tcW w:type="dxa" w:w="567"/>
          </w:tcPr>
          <w:p>
            <w:r>
              <w:t>537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бульвар Ботанический, 19</w:t>
            </w:r>
          </w:p>
        </w:tc>
      </w:tr>
      <w:tr>
        <w:tc>
          <w:tcPr>
            <w:tcW w:type="dxa" w:w="567"/>
          </w:tcPr>
          <w:p>
            <w:r>
              <w:t>538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пр. 60 лет Образования СССР, 5</w:t>
            </w:r>
          </w:p>
        </w:tc>
      </w:tr>
      <w:tr>
        <w:tc>
          <w:tcPr>
            <w:tcW w:type="dxa" w:w="567"/>
          </w:tcPr>
          <w:p>
            <w:r>
              <w:t>539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пр. им.газеты Красноярский рабочий, 27, ст.4</w:t>
            </w:r>
          </w:p>
        </w:tc>
      </w:tr>
      <w:tr>
        <w:tc>
          <w:tcPr>
            <w:tcW w:type="dxa" w:w="567"/>
          </w:tcPr>
          <w:p>
            <w:r>
              <w:t>540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пр. им.газеты "Красноярский рабочий", 47</w:t>
            </w:r>
          </w:p>
        </w:tc>
      </w:tr>
      <w:tr>
        <w:tc>
          <w:tcPr>
            <w:tcW w:type="dxa" w:w="567"/>
          </w:tcPr>
          <w:p>
            <w:r>
              <w:t>541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пр-кт им. газеты Красноярский рабочий, 160</w:t>
            </w:r>
          </w:p>
        </w:tc>
      </w:tr>
      <w:tr>
        <w:tc>
          <w:tcPr>
            <w:tcW w:type="dxa" w:w="567"/>
          </w:tcPr>
          <w:p>
            <w:r>
              <w:t>542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пр. Металлургов, 39а, корп. 1</w:t>
            </w:r>
          </w:p>
        </w:tc>
      </w:tr>
      <w:tr>
        <w:tc>
          <w:tcPr>
            <w:tcW w:type="dxa" w:w="567"/>
          </w:tcPr>
          <w:p>
            <w:r>
              <w:t>543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пр. Ульяновский, 26А</w:t>
            </w:r>
          </w:p>
        </w:tc>
      </w:tr>
      <w:tr>
        <w:tc>
          <w:tcPr>
            <w:tcW w:type="dxa" w:w="567"/>
          </w:tcPr>
          <w:p>
            <w:r>
              <w:t>544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2-я Краснофлотская, 13</w:t>
            </w:r>
          </w:p>
        </w:tc>
      </w:tr>
      <w:tr>
        <w:tc>
          <w:tcPr>
            <w:tcW w:type="dxa" w:w="567"/>
          </w:tcPr>
          <w:p>
            <w:r>
              <w:t>545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52 Квартал, 8б</w:t>
            </w:r>
          </w:p>
        </w:tc>
      </w:tr>
      <w:tr>
        <w:tc>
          <w:tcPr>
            <w:tcW w:type="dxa" w:w="567"/>
          </w:tcPr>
          <w:p>
            <w:r>
              <w:t>546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9 Мая, 7</w:t>
            </w:r>
          </w:p>
        </w:tc>
      </w:tr>
      <w:tr>
        <w:tc>
          <w:tcPr>
            <w:tcW w:type="dxa" w:w="567"/>
          </w:tcPr>
          <w:p>
            <w:r>
              <w:t>547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Академгородок, 2А</w:t>
            </w:r>
          </w:p>
        </w:tc>
      </w:tr>
      <w:tr>
        <w:tc>
          <w:tcPr>
            <w:tcW w:type="dxa" w:w="567"/>
          </w:tcPr>
          <w:p>
            <w:r>
              <w:t>548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Академика Вавилова, 55</w:t>
            </w:r>
          </w:p>
        </w:tc>
      </w:tr>
      <w:tr>
        <w:tc>
          <w:tcPr>
            <w:tcW w:type="dxa" w:w="567"/>
          </w:tcPr>
          <w:p>
            <w:r>
              <w:t>549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Алексеева, 8а</w:t>
            </w:r>
          </w:p>
        </w:tc>
      </w:tr>
      <w:tr>
        <w:tc>
          <w:tcPr>
            <w:tcW w:type="dxa" w:w="567"/>
          </w:tcPr>
          <w:p>
            <w:r>
              <w:t>550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Алеши Тимошенкова, 90</w:t>
            </w:r>
          </w:p>
        </w:tc>
      </w:tr>
      <w:tr>
        <w:tc>
          <w:tcPr>
            <w:tcW w:type="dxa" w:w="567"/>
          </w:tcPr>
          <w:p>
            <w:r>
              <w:t>551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Гастелло, 17</w:t>
            </w:r>
          </w:p>
        </w:tc>
      </w:tr>
      <w:tr>
        <w:tc>
          <w:tcPr>
            <w:tcW w:type="dxa" w:w="567"/>
          </w:tcPr>
          <w:p>
            <w:r>
              <w:t>552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Грунтовая, 28а</w:t>
            </w:r>
          </w:p>
        </w:tc>
      </w:tr>
      <w:tr>
        <w:tc>
          <w:tcPr>
            <w:tcW w:type="dxa" w:w="567"/>
          </w:tcPr>
          <w:p>
            <w:r>
              <w:t>553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им. газеты "Пионерская правда", 6а</w:t>
            </w:r>
          </w:p>
        </w:tc>
      </w:tr>
      <w:tr>
        <w:tc>
          <w:tcPr>
            <w:tcW w:type="dxa" w:w="567"/>
          </w:tcPr>
          <w:p>
            <w:r>
              <w:t>554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Марковского, 78</w:t>
            </w:r>
          </w:p>
        </w:tc>
      </w:tr>
      <w:tr>
        <w:tc>
          <w:tcPr>
            <w:tcW w:type="dxa" w:w="567"/>
          </w:tcPr>
          <w:p>
            <w:r>
              <w:t>555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Мичурина, 11</w:t>
            </w:r>
          </w:p>
        </w:tc>
      </w:tr>
      <w:tr>
        <w:tc>
          <w:tcPr>
            <w:tcW w:type="dxa" w:w="567"/>
          </w:tcPr>
          <w:p>
            <w:r>
              <w:t>556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Московская, 32/2</w:t>
            </w:r>
          </w:p>
        </w:tc>
      </w:tr>
      <w:tr>
        <w:tc>
          <w:tcPr>
            <w:tcW w:type="dxa" w:w="567"/>
          </w:tcPr>
          <w:p>
            <w:r>
              <w:t>557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Одесская, 3</w:t>
            </w:r>
          </w:p>
        </w:tc>
      </w:tr>
      <w:tr>
        <w:tc>
          <w:tcPr>
            <w:tcW w:type="dxa" w:w="567"/>
          </w:tcPr>
          <w:p>
            <w:r>
              <w:t>558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Партизана Железняка, 17</w:t>
            </w:r>
          </w:p>
        </w:tc>
      </w:tr>
      <w:tr>
        <w:tc>
          <w:tcPr>
            <w:tcW w:type="dxa" w:w="567"/>
          </w:tcPr>
          <w:p>
            <w:r>
              <w:t>559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Первых Пионеров, 13</w:t>
            </w:r>
          </w:p>
        </w:tc>
      </w:tr>
      <w:tr>
        <w:tc>
          <w:tcPr>
            <w:tcW w:type="dxa" w:w="567"/>
          </w:tcPr>
          <w:p>
            <w:r>
              <w:t>560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Светлогорская, 33</w:t>
            </w:r>
          </w:p>
        </w:tc>
      </w:tr>
      <w:tr>
        <w:tc>
          <w:tcPr>
            <w:tcW w:type="dxa" w:w="567"/>
          </w:tcPr>
          <w:p>
            <w:r>
              <w:t>561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Северо-Енисейская, 48а</w:t>
            </w:r>
          </w:p>
        </w:tc>
      </w:tr>
      <w:tr>
        <w:tc>
          <w:tcPr>
            <w:tcW w:type="dxa" w:w="567"/>
          </w:tcPr>
          <w:p>
            <w:r>
              <w:t>562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Судостроительная, 177, стр. 1</w:t>
            </w:r>
          </w:p>
        </w:tc>
      </w:tr>
      <w:tr>
        <w:tc>
          <w:tcPr>
            <w:tcW w:type="dxa" w:w="567"/>
          </w:tcPr>
          <w:p>
            <w:r>
              <w:t>563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Тельмана, 18А</w:t>
            </w:r>
          </w:p>
        </w:tc>
      </w:tr>
      <w:tr>
        <w:tc>
          <w:tcPr>
            <w:tcW w:type="dxa" w:w="567"/>
          </w:tcPr>
          <w:p>
            <w:r>
              <w:t>564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Шевченко, 28</w:t>
            </w:r>
          </w:p>
        </w:tc>
      </w:tr>
      <w:tr>
        <w:tc>
          <w:tcPr>
            <w:tcW w:type="dxa" w:w="567"/>
          </w:tcPr>
          <w:p>
            <w:r>
              <w:t>565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Шевченко, 80а</w:t>
            </w:r>
          </w:p>
        </w:tc>
      </w:tr>
      <w:tr>
        <w:tc>
          <w:tcPr>
            <w:tcW w:type="dxa" w:w="567"/>
          </w:tcPr>
          <w:p>
            <w:r>
              <w:t>566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Щорса, 29</w:t>
            </w:r>
          </w:p>
        </w:tc>
      </w:tr>
      <w:tr>
        <w:tc>
          <w:tcPr>
            <w:tcW w:type="dxa" w:w="567"/>
          </w:tcPr>
          <w:p>
            <w:r>
              <w:t>567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Энергетиков, 26</w:t>
            </w:r>
          </w:p>
        </w:tc>
      </w:tr>
      <w:tr>
        <w:tc>
          <w:tcPr>
            <w:tcW w:type="dxa" w:w="567"/>
          </w:tcPr>
          <w:p>
            <w:r>
              <w:t>568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Юшкова, 12Б</w:t>
            </w:r>
          </w:p>
        </w:tc>
      </w:tr>
      <w:tr>
        <w:tc>
          <w:tcPr>
            <w:tcW w:type="dxa" w:w="567"/>
          </w:tcPr>
          <w:p>
            <w:r>
              <w:t>569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Красноярск</w:t>
            </w:r>
          </w:p>
        </w:tc>
        <w:tc>
          <w:tcPr>
            <w:tcW w:type="dxa" w:w="3402"/>
          </w:tcPr>
          <w:p>
            <w:r>
              <w:t>ул. Ястынская, 13а</w:t>
            </w:r>
          </w:p>
        </w:tc>
      </w:tr>
      <w:tr>
        <w:tc>
          <w:tcPr>
            <w:tcW w:type="dxa" w:w="567"/>
          </w:tcPr>
          <w:p>
            <w:r>
              <w:t>570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Назарово</w:t>
            </w:r>
          </w:p>
        </w:tc>
        <w:tc>
          <w:tcPr>
            <w:tcW w:type="dxa" w:w="3402"/>
          </w:tcPr>
          <w:p>
            <w:r>
              <w:t>мкр 8-й, 10А</w:t>
            </w:r>
          </w:p>
        </w:tc>
      </w:tr>
      <w:tr>
        <w:tc>
          <w:tcPr>
            <w:tcW w:type="dxa" w:w="567"/>
          </w:tcPr>
          <w:p>
            <w:r>
              <w:t>571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Назарово</w:t>
            </w:r>
          </w:p>
        </w:tc>
        <w:tc>
          <w:tcPr>
            <w:tcW w:type="dxa" w:w="3402"/>
          </w:tcPr>
          <w:p>
            <w:r>
              <w:t>ул. Арбузова, 116Б</w:t>
            </w:r>
          </w:p>
        </w:tc>
      </w:tr>
      <w:tr>
        <w:tc>
          <w:tcPr>
            <w:tcW w:type="dxa" w:w="567"/>
          </w:tcPr>
          <w:p>
            <w:r>
              <w:t>572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Назарово</w:t>
            </w:r>
          </w:p>
        </w:tc>
        <w:tc>
          <w:tcPr>
            <w:tcW w:type="dxa" w:w="3402"/>
          </w:tcPr>
          <w:p>
            <w:r>
              <w:t>ул. Арбузова, 94</w:t>
            </w:r>
          </w:p>
        </w:tc>
      </w:tr>
      <w:tr>
        <w:tc>
          <w:tcPr>
            <w:tcW w:type="dxa" w:w="567"/>
          </w:tcPr>
          <w:p>
            <w:r>
              <w:t>573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Назарово</w:t>
            </w:r>
          </w:p>
        </w:tc>
        <w:tc>
          <w:tcPr>
            <w:tcW w:type="dxa" w:w="3402"/>
          </w:tcPr>
          <w:p>
            <w:r>
              <w:t>ул. Горького, 6</w:t>
            </w:r>
          </w:p>
        </w:tc>
      </w:tr>
      <w:tr>
        <w:tc>
          <w:tcPr>
            <w:tcW w:type="dxa" w:w="567"/>
          </w:tcPr>
          <w:p>
            <w:r>
              <w:t>574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Назарово</w:t>
            </w:r>
          </w:p>
        </w:tc>
        <w:tc>
          <w:tcPr>
            <w:tcW w:type="dxa" w:w="3402"/>
          </w:tcPr>
          <w:p>
            <w:r>
              <w:t>ул. Советская,  13А/11</w:t>
            </w:r>
          </w:p>
        </w:tc>
      </w:tr>
      <w:tr>
        <w:tc>
          <w:tcPr>
            <w:tcW w:type="dxa" w:w="567"/>
          </w:tcPr>
          <w:p>
            <w:r>
              <w:t>575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Назарово</w:t>
            </w:r>
          </w:p>
        </w:tc>
        <w:tc>
          <w:tcPr>
            <w:tcW w:type="dxa" w:w="3402"/>
          </w:tcPr>
          <w:p>
            <w:r>
              <w:t>ул. Чехова,  1</w:t>
            </w:r>
          </w:p>
        </w:tc>
      </w:tr>
      <w:tr>
        <w:tc>
          <w:tcPr>
            <w:tcW w:type="dxa" w:w="567"/>
          </w:tcPr>
          <w:p>
            <w:r>
              <w:t>576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Сосновоборск</w:t>
            </w:r>
          </w:p>
        </w:tc>
        <w:tc>
          <w:tcPr>
            <w:tcW w:type="dxa" w:w="3402"/>
          </w:tcPr>
          <w:p>
            <w:r>
              <w:t>ул. Ленинского Комсомола, 1</w:t>
            </w:r>
          </w:p>
        </w:tc>
      </w:tr>
      <w:tr>
        <w:tc>
          <w:tcPr>
            <w:tcW w:type="dxa" w:w="567"/>
          </w:tcPr>
          <w:p>
            <w:r>
              <w:t>577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Сосновоборск</w:t>
            </w:r>
          </w:p>
        </w:tc>
        <w:tc>
          <w:tcPr>
            <w:tcW w:type="dxa" w:w="3402"/>
          </w:tcPr>
          <w:p>
            <w:r>
              <w:t>ул. Ленинского Комсомола, 10</w:t>
            </w:r>
          </w:p>
        </w:tc>
      </w:tr>
      <w:tr>
        <w:tc>
          <w:tcPr>
            <w:tcW w:type="dxa" w:w="567"/>
          </w:tcPr>
          <w:p>
            <w:r>
              <w:t>578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Сосновоборск</w:t>
            </w:r>
          </w:p>
        </w:tc>
        <w:tc>
          <w:tcPr>
            <w:tcW w:type="dxa" w:w="3402"/>
          </w:tcPr>
          <w:p>
            <w:r>
              <w:t>ул. Солнечная, 47</w:t>
            </w:r>
          </w:p>
        </w:tc>
      </w:tr>
      <w:tr>
        <w:tc>
          <w:tcPr>
            <w:tcW w:type="dxa" w:w="567"/>
          </w:tcPr>
          <w:p>
            <w:r>
              <w:t>579</w:t>
            </w:r>
          </w:p>
        </w:tc>
        <w:tc>
          <w:tcPr>
            <w:tcW w:type="dxa" w:w="2835"/>
          </w:tcPr>
          <w:p>
            <w:r>
              <w:t>‎Красноярский край</w:t>
            </w:r>
          </w:p>
        </w:tc>
        <w:tc>
          <w:tcPr>
            <w:tcW w:type="dxa" w:w="2268"/>
          </w:tcPr>
          <w:p>
            <w:r>
              <w:t>Сосновоборск</w:t>
            </w:r>
          </w:p>
        </w:tc>
        <w:tc>
          <w:tcPr>
            <w:tcW w:type="dxa" w:w="3402"/>
          </w:tcPr>
          <w:p>
            <w:r>
              <w:t>ул. Юности,  3а</w:t>
            </w:r>
          </w:p>
        </w:tc>
      </w:tr>
      <w:tr>
        <w:tc>
          <w:tcPr>
            <w:tcW w:type="dxa" w:w="567"/>
          </w:tcPr>
          <w:p>
            <w:r>
              <w:t>580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Елец</w:t>
            </w:r>
          </w:p>
        </w:tc>
        <w:tc>
          <w:tcPr>
            <w:tcW w:type="dxa" w:w="3402"/>
          </w:tcPr>
          <w:p>
            <w:r>
              <w:t>ул. Привокзальная, 1, стр. 1</w:t>
            </w:r>
          </w:p>
        </w:tc>
      </w:tr>
      <w:tr>
        <w:tc>
          <w:tcPr>
            <w:tcW w:type="dxa" w:w="567"/>
          </w:tcPr>
          <w:p>
            <w:r>
              <w:t>581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бульвар им. Павла Шубина, 4</w:t>
            </w:r>
          </w:p>
        </w:tc>
      </w:tr>
      <w:tr>
        <w:tc>
          <w:tcPr>
            <w:tcW w:type="dxa" w:w="567"/>
          </w:tcPr>
          <w:p>
            <w:r>
              <w:t>582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бульвар Сергея Есенина, 6а</w:t>
            </w:r>
          </w:p>
        </w:tc>
      </w:tr>
      <w:tr>
        <w:tc>
          <w:tcPr>
            <w:tcW w:type="dxa" w:w="567"/>
          </w:tcPr>
          <w:p>
            <w:r>
              <w:t>583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пр. Мира, 2</w:t>
            </w:r>
          </w:p>
        </w:tc>
      </w:tr>
      <w:tr>
        <w:tc>
          <w:tcPr>
            <w:tcW w:type="dxa" w:w="567"/>
          </w:tcPr>
          <w:p>
            <w:r>
              <w:t>584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ул. А.Г. Стаханова, 59</w:t>
            </w:r>
          </w:p>
        </w:tc>
      </w:tr>
      <w:tr>
        <w:tc>
          <w:tcPr>
            <w:tcW w:type="dxa" w:w="567"/>
          </w:tcPr>
          <w:p>
            <w:r>
              <w:t>585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ул. Вермишева, 2</w:t>
            </w:r>
          </w:p>
        </w:tc>
      </w:tr>
      <w:tr>
        <w:tc>
          <w:tcPr>
            <w:tcW w:type="dxa" w:w="567"/>
          </w:tcPr>
          <w:p>
            <w:r>
              <w:t>586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ул. Виктора Музыки, 4</w:t>
            </w:r>
          </w:p>
        </w:tc>
      </w:tr>
      <w:tr>
        <w:tc>
          <w:tcPr>
            <w:tcW w:type="dxa" w:w="567"/>
          </w:tcPr>
          <w:p>
            <w:r>
              <w:t>587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ул. Индустриальная, 39</w:t>
            </w:r>
          </w:p>
        </w:tc>
      </w:tr>
      <w:tr>
        <w:tc>
          <w:tcPr>
            <w:tcW w:type="dxa" w:w="567"/>
          </w:tcPr>
          <w:p>
            <w:r>
              <w:t>588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ул. Моршанская, 7а</w:t>
            </w:r>
          </w:p>
        </w:tc>
      </w:tr>
      <w:tr>
        <w:tc>
          <w:tcPr>
            <w:tcW w:type="dxa" w:w="567"/>
          </w:tcPr>
          <w:p>
            <w:r>
              <w:t>589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ул. П.И. Смородина, 12г</w:t>
            </w:r>
          </w:p>
        </w:tc>
      </w:tr>
      <w:tr>
        <w:tc>
          <w:tcPr>
            <w:tcW w:type="dxa" w:w="567"/>
          </w:tcPr>
          <w:p>
            <w:r>
              <w:t>590</w:t>
            </w:r>
          </w:p>
        </w:tc>
        <w:tc>
          <w:tcPr>
            <w:tcW w:type="dxa" w:w="2835"/>
          </w:tcPr>
          <w:p>
            <w:r>
              <w:t>Липецкая область</w:t>
            </w:r>
          </w:p>
        </w:tc>
        <w:tc>
          <w:tcPr>
            <w:tcW w:type="dxa" w:w="2268"/>
          </w:tcPr>
          <w:p>
            <w:r>
              <w:t>Липецк</w:t>
            </w:r>
          </w:p>
        </w:tc>
        <w:tc>
          <w:tcPr>
            <w:tcW w:type="dxa" w:w="3402"/>
          </w:tcPr>
          <w:p>
            <w:r>
              <w:t>ул. Юношеская, 16</w:t>
            </w:r>
          </w:p>
        </w:tc>
      </w:tr>
      <w:tr>
        <w:tc>
          <w:tcPr>
            <w:tcW w:type="dxa" w:w="567"/>
          </w:tcPr>
          <w:p>
            <w:r>
              <w:t>591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Апрелевка</w:t>
            </w:r>
          </w:p>
        </w:tc>
        <w:tc>
          <w:tcPr>
            <w:tcW w:type="dxa" w:w="3402"/>
          </w:tcPr>
          <w:p>
            <w:r>
              <w:t>ул. Апрелевская, 80</w:t>
            </w:r>
          </w:p>
        </w:tc>
      </w:tr>
      <w:tr>
        <w:tc>
          <w:tcPr>
            <w:tcW w:type="dxa" w:w="567"/>
          </w:tcPr>
          <w:p>
            <w:r>
              <w:t>592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Балашиха</w:t>
            </w:r>
          </w:p>
        </w:tc>
        <w:tc>
          <w:tcPr>
            <w:tcW w:type="dxa" w:w="3402"/>
          </w:tcPr>
          <w:p>
            <w:r>
              <w:t>микрорайон Павлино, 68</w:t>
            </w:r>
          </w:p>
        </w:tc>
      </w:tr>
      <w:tr>
        <w:tc>
          <w:tcPr>
            <w:tcW w:type="dxa" w:w="567"/>
          </w:tcPr>
          <w:p>
            <w:r>
              <w:t>593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Балашиха</w:t>
            </w:r>
          </w:p>
        </w:tc>
        <w:tc>
          <w:tcPr>
            <w:tcW w:type="dxa" w:w="3402"/>
          </w:tcPr>
          <w:p>
            <w:r>
              <w:t>ул. Брагина, 1</w:t>
            </w:r>
          </w:p>
        </w:tc>
      </w:tr>
      <w:tr>
        <w:tc>
          <w:tcPr>
            <w:tcW w:type="dxa" w:w="567"/>
          </w:tcPr>
          <w:p>
            <w:r>
              <w:t>594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Балашиха</w:t>
            </w:r>
          </w:p>
        </w:tc>
        <w:tc>
          <w:tcPr>
            <w:tcW w:type="dxa" w:w="3402"/>
          </w:tcPr>
          <w:p>
            <w:r>
              <w:t>ул. Смельчак, 17, стр. 2</w:t>
            </w:r>
          </w:p>
        </w:tc>
      </w:tr>
      <w:tr>
        <w:tc>
          <w:tcPr>
            <w:tcW w:type="dxa" w:w="567"/>
          </w:tcPr>
          <w:p>
            <w:r>
              <w:t>595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Балашиха</w:t>
            </w:r>
          </w:p>
        </w:tc>
        <w:tc>
          <w:tcPr>
            <w:tcW w:type="dxa" w:w="3402"/>
          </w:tcPr>
          <w:p>
            <w:r>
              <w:t>ул. Советская, 13</w:t>
            </w:r>
          </w:p>
        </w:tc>
      </w:tr>
      <w:tr>
        <w:tc>
          <w:tcPr>
            <w:tcW w:type="dxa" w:w="567"/>
          </w:tcPr>
          <w:p>
            <w:r>
              <w:t>596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Волоколамск</w:t>
            </w:r>
          </w:p>
        </w:tc>
        <w:tc>
          <w:tcPr>
            <w:tcW w:type="dxa" w:w="3402"/>
          </w:tcPr>
          <w:p>
            <w:r>
              <w:t>ул. Панфилова, 26</w:t>
            </w:r>
          </w:p>
        </w:tc>
      </w:tr>
      <w:tr>
        <w:tc>
          <w:tcPr>
            <w:tcW w:type="dxa" w:w="567"/>
          </w:tcPr>
          <w:p>
            <w:r>
              <w:t>597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Голицыно</w:t>
            </w:r>
          </w:p>
        </w:tc>
        <w:tc>
          <w:tcPr>
            <w:tcW w:type="dxa" w:w="3402"/>
          </w:tcPr>
          <w:p>
            <w:r>
              <w:t>пр. Керамиков, 82</w:t>
            </w:r>
          </w:p>
        </w:tc>
      </w:tr>
      <w:tr>
        <w:tc>
          <w:tcPr>
            <w:tcW w:type="dxa" w:w="567"/>
          </w:tcPr>
          <w:p>
            <w:r>
              <w:t>598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Голицыно</w:t>
            </w:r>
          </w:p>
        </w:tc>
        <w:tc>
          <w:tcPr>
            <w:tcW w:type="dxa" w:w="3402"/>
          </w:tcPr>
          <w:p>
            <w:r>
              <w:t>ш. Звенигородское 16</w:t>
            </w:r>
          </w:p>
        </w:tc>
      </w:tr>
      <w:tr>
        <w:tc>
          <w:tcPr>
            <w:tcW w:type="dxa" w:w="567"/>
          </w:tcPr>
          <w:p>
            <w:r>
              <w:t>599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Дедовск</w:t>
            </w:r>
          </w:p>
        </w:tc>
        <w:tc>
          <w:tcPr>
            <w:tcW w:type="dxa" w:w="3402"/>
          </w:tcPr>
          <w:p>
            <w:r>
              <w:t>ул. Энергетиков д.14а</w:t>
            </w:r>
          </w:p>
        </w:tc>
      </w:tr>
      <w:tr>
        <w:tc>
          <w:tcPr>
            <w:tcW w:type="dxa" w:w="567"/>
          </w:tcPr>
          <w:p>
            <w:r>
              <w:t>600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Домодедово</w:t>
            </w:r>
          </w:p>
        </w:tc>
        <w:tc>
          <w:tcPr>
            <w:tcW w:type="dxa" w:w="3402"/>
          </w:tcPr>
          <w:p>
            <w:r>
              <w:t>ул. Высотная, 9</w:t>
            </w:r>
          </w:p>
        </w:tc>
      </w:tr>
      <w:tr>
        <w:tc>
          <w:tcPr>
            <w:tcW w:type="dxa" w:w="567"/>
          </w:tcPr>
          <w:p>
            <w:r>
              <w:t>601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Домодедово</w:t>
            </w:r>
          </w:p>
        </w:tc>
        <w:tc>
          <w:tcPr>
            <w:tcW w:type="dxa" w:w="3402"/>
          </w:tcPr>
          <w:p>
            <w:r>
              <w:t>ул. Каширское шоссе, 57</w:t>
            </w:r>
          </w:p>
        </w:tc>
      </w:tr>
      <w:tr>
        <w:tc>
          <w:tcPr>
            <w:tcW w:type="dxa" w:w="567"/>
          </w:tcPr>
          <w:p>
            <w:r>
              <w:t>602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Домодедово</w:t>
            </w:r>
          </w:p>
        </w:tc>
        <w:tc>
          <w:tcPr>
            <w:tcW w:type="dxa" w:w="3402"/>
          </w:tcPr>
          <w:p>
            <w:r>
              <w:t>ул. Современников, 4</w:t>
            </w:r>
          </w:p>
        </w:tc>
      </w:tr>
      <w:tr>
        <w:tc>
          <w:tcPr>
            <w:tcW w:type="dxa" w:w="567"/>
          </w:tcPr>
          <w:p>
            <w:r>
              <w:t>603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Дрезна</w:t>
            </w:r>
          </w:p>
        </w:tc>
        <w:tc>
          <w:tcPr>
            <w:tcW w:type="dxa" w:w="3402"/>
          </w:tcPr>
          <w:p>
            <w:r>
              <w:t>ул. Южная, 19а</w:t>
            </w:r>
          </w:p>
        </w:tc>
      </w:tr>
      <w:tr>
        <w:tc>
          <w:tcPr>
            <w:tcW w:type="dxa" w:w="567"/>
          </w:tcPr>
          <w:p>
            <w:r>
              <w:t>604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Жуковский</w:t>
            </w:r>
          </w:p>
        </w:tc>
        <w:tc>
          <w:tcPr>
            <w:tcW w:type="dxa" w:w="3402"/>
          </w:tcPr>
          <w:p>
            <w:r>
              <w:t>ул. Баженова, 7</w:t>
            </w:r>
          </w:p>
        </w:tc>
      </w:tr>
      <w:tr>
        <w:tc>
          <w:tcPr>
            <w:tcW w:type="dxa" w:w="567"/>
          </w:tcPr>
          <w:p>
            <w:r>
              <w:t>605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Жуковский</w:t>
            </w:r>
          </w:p>
        </w:tc>
        <w:tc>
          <w:tcPr>
            <w:tcW w:type="dxa" w:w="3402"/>
          </w:tcPr>
          <w:p>
            <w:r>
              <w:t>ул. Гудкова, 13 а</w:t>
            </w:r>
          </w:p>
        </w:tc>
      </w:tr>
      <w:tr>
        <w:tc>
          <w:tcPr>
            <w:tcW w:type="dxa" w:w="567"/>
          </w:tcPr>
          <w:p>
            <w:r>
              <w:t>606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Жуковский</w:t>
            </w:r>
          </w:p>
        </w:tc>
        <w:tc>
          <w:tcPr>
            <w:tcW w:type="dxa" w:w="3402"/>
          </w:tcPr>
          <w:p>
            <w:r>
              <w:t>ул. Набережная Циолковского, 21В</w:t>
            </w:r>
          </w:p>
        </w:tc>
      </w:tr>
      <w:tr>
        <w:tc>
          <w:tcPr>
            <w:tcW w:type="dxa" w:w="567"/>
          </w:tcPr>
          <w:p>
            <w:r>
              <w:t>607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Ивантеевка</w:t>
            </w:r>
          </w:p>
        </w:tc>
        <w:tc>
          <w:tcPr>
            <w:tcW w:type="dxa" w:w="3402"/>
          </w:tcPr>
          <w:p>
            <w:r>
              <w:t>проезд Центральный, 8</w:t>
            </w:r>
          </w:p>
        </w:tc>
      </w:tr>
      <w:tr>
        <w:tc>
          <w:tcPr>
            <w:tcW w:type="dxa" w:w="567"/>
          </w:tcPr>
          <w:p>
            <w:r>
              <w:t>608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Ивантеевка</w:t>
            </w:r>
          </w:p>
        </w:tc>
        <w:tc>
          <w:tcPr>
            <w:tcW w:type="dxa" w:w="3402"/>
          </w:tcPr>
          <w:p>
            <w:r>
              <w:t>ул. Толмачева, 13в</w:t>
            </w:r>
          </w:p>
        </w:tc>
      </w:tr>
      <w:tr>
        <w:tc>
          <w:tcPr>
            <w:tcW w:type="dxa" w:w="567"/>
          </w:tcPr>
          <w:p>
            <w:r>
              <w:t>609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Истра</w:t>
            </w:r>
          </w:p>
        </w:tc>
        <w:tc>
          <w:tcPr>
            <w:tcW w:type="dxa" w:w="3402"/>
          </w:tcPr>
          <w:p>
            <w:r>
              <w:t>мкр. Малая Истра, 14</w:t>
            </w:r>
          </w:p>
        </w:tc>
      </w:tr>
      <w:tr>
        <w:tc>
          <w:tcPr>
            <w:tcW w:type="dxa" w:w="567"/>
          </w:tcPr>
          <w:p>
            <w:r>
              <w:t>610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Кашира</w:t>
            </w:r>
          </w:p>
        </w:tc>
        <w:tc>
          <w:tcPr>
            <w:tcW w:type="dxa" w:w="3402"/>
          </w:tcPr>
          <w:p>
            <w:r>
              <w:t>ул. Садовая, 33</w:t>
            </w:r>
          </w:p>
        </w:tc>
      </w:tr>
      <w:tr>
        <w:tc>
          <w:tcPr>
            <w:tcW w:type="dxa" w:w="567"/>
          </w:tcPr>
          <w:p>
            <w:r>
              <w:t>611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пл. Советская, 5а</w:t>
            </w:r>
          </w:p>
        </w:tc>
      </w:tr>
      <w:tr>
        <w:tc>
          <w:tcPr>
            <w:tcW w:type="dxa" w:w="567"/>
          </w:tcPr>
          <w:p>
            <w:r>
              <w:t>612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ул.Весенняя, 24а</w:t>
            </w:r>
          </w:p>
        </w:tc>
      </w:tr>
      <w:tr>
        <w:tc>
          <w:tcPr>
            <w:tcW w:type="dxa" w:w="567"/>
          </w:tcPr>
          <w:p>
            <w:r>
              <w:t>613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Весенняя, 6а</w:t>
            </w:r>
          </w:p>
        </w:tc>
      </w:tr>
      <w:tr>
        <w:tc>
          <w:tcPr>
            <w:tcW w:type="dxa" w:w="567"/>
          </w:tcPr>
          <w:p>
            <w:r>
              <w:t>614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Дзержинского, 85а</w:t>
            </w:r>
          </w:p>
        </w:tc>
      </w:tr>
      <w:tr>
        <w:tc>
          <w:tcPr>
            <w:tcW w:type="dxa" w:w="567"/>
          </w:tcPr>
          <w:p>
            <w:r>
              <w:t>615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Известковый поселок, 7</w:t>
            </w:r>
          </w:p>
        </w:tc>
      </w:tr>
      <w:tr>
        <w:tc>
          <w:tcPr>
            <w:tcW w:type="dxa" w:w="567"/>
          </w:tcPr>
          <w:p>
            <w:r>
              <w:t>616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Макеева, 3, копр. 2</w:t>
            </w:r>
          </w:p>
        </w:tc>
      </w:tr>
      <w:tr>
        <w:tc>
          <w:tcPr>
            <w:tcW w:type="dxa" w:w="567"/>
          </w:tcPr>
          <w:p>
            <w:r>
              <w:t>617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Малышева, 15</w:t>
            </w:r>
          </w:p>
        </w:tc>
      </w:tr>
      <w:tr>
        <w:tc>
          <w:tcPr>
            <w:tcW w:type="dxa" w:w="567"/>
          </w:tcPr>
          <w:p>
            <w:r>
              <w:t>618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Октябрьской революции, 148</w:t>
            </w:r>
          </w:p>
        </w:tc>
      </w:tr>
      <w:tr>
        <w:tc>
          <w:tcPr>
            <w:tcW w:type="dxa" w:w="567"/>
          </w:tcPr>
          <w:p>
            <w:r>
              <w:t>619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Пионерская, 54</w:t>
            </w:r>
          </w:p>
        </w:tc>
      </w:tr>
      <w:tr>
        <w:tc>
          <w:tcPr>
            <w:tcW w:type="dxa" w:w="567"/>
          </w:tcPr>
          <w:p>
            <w:r>
              <w:t>620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Уманская, 1</w:t>
            </w:r>
          </w:p>
        </w:tc>
      </w:tr>
      <w:tr>
        <w:tc>
          <w:tcPr>
            <w:tcW w:type="dxa" w:w="567"/>
          </w:tcPr>
          <w:p>
            <w:r>
              <w:t>621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Коломна</w:t>
            </w:r>
          </w:p>
        </w:tc>
        <w:tc>
          <w:tcPr>
            <w:tcW w:type="dxa" w:w="3402"/>
          </w:tcPr>
          <w:p>
            <w:r>
              <w:t>ул. Юбилейная, 7а</w:t>
            </w:r>
          </w:p>
        </w:tc>
      </w:tr>
      <w:tr>
        <w:tc>
          <w:tcPr>
            <w:tcW w:type="dxa" w:w="567"/>
          </w:tcPr>
          <w:p>
            <w:r>
              <w:t>622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Королев</w:t>
            </w:r>
          </w:p>
        </w:tc>
        <w:tc>
          <w:tcPr>
            <w:tcW w:type="dxa" w:w="3402"/>
          </w:tcPr>
          <w:p>
            <w:r>
              <w:t>пр. Космонавтов, 4г</w:t>
            </w:r>
          </w:p>
        </w:tc>
      </w:tr>
      <w:tr>
        <w:tc>
          <w:tcPr>
            <w:tcW w:type="dxa" w:w="567"/>
          </w:tcPr>
          <w:p>
            <w:r>
              <w:t>623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Королев</w:t>
            </w:r>
          </w:p>
        </w:tc>
        <w:tc>
          <w:tcPr>
            <w:tcW w:type="dxa" w:w="3402"/>
          </w:tcPr>
          <w:p>
            <w:r>
              <w:t>проезд Циолковского, 5</w:t>
            </w:r>
          </w:p>
        </w:tc>
      </w:tr>
      <w:tr>
        <w:tc>
          <w:tcPr>
            <w:tcW w:type="dxa" w:w="567"/>
          </w:tcPr>
          <w:p>
            <w:r>
              <w:t>624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Королев</w:t>
            </w:r>
          </w:p>
        </w:tc>
        <w:tc>
          <w:tcPr>
            <w:tcW w:type="dxa" w:w="3402"/>
          </w:tcPr>
          <w:p>
            <w:r>
              <w:t>ул. Исаева, 1б</w:t>
            </w:r>
          </w:p>
        </w:tc>
      </w:tr>
      <w:tr>
        <w:tc>
          <w:tcPr>
            <w:tcW w:type="dxa" w:w="567"/>
          </w:tcPr>
          <w:p>
            <w:r>
              <w:t>625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Королев</w:t>
            </w:r>
          </w:p>
        </w:tc>
        <w:tc>
          <w:tcPr>
            <w:tcW w:type="dxa" w:w="3402"/>
          </w:tcPr>
          <w:p>
            <w:r>
              <w:t>ул. Коминтерна, 8а</w:t>
            </w:r>
          </w:p>
        </w:tc>
      </w:tr>
      <w:tr>
        <w:tc>
          <w:tcPr>
            <w:tcW w:type="dxa" w:w="567"/>
          </w:tcPr>
          <w:p>
            <w:r>
              <w:t>626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Королев</w:t>
            </w:r>
          </w:p>
        </w:tc>
        <w:tc>
          <w:tcPr>
            <w:tcW w:type="dxa" w:w="3402"/>
          </w:tcPr>
          <w:p>
            <w:r>
              <w:t>ул. Пионерская, 13, корп. 3</w:t>
            </w:r>
          </w:p>
        </w:tc>
      </w:tr>
      <w:tr>
        <w:tc>
          <w:tcPr>
            <w:tcW w:type="dxa" w:w="567"/>
          </w:tcPr>
          <w:p>
            <w:r>
              <w:t>627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Красноармейск (Московская область)</w:t>
            </w:r>
          </w:p>
        </w:tc>
        <w:tc>
          <w:tcPr>
            <w:tcW w:type="dxa" w:w="3402"/>
          </w:tcPr>
          <w:p>
            <w:r>
              <w:t>микрорайон Северный, 32</w:t>
            </w:r>
          </w:p>
        </w:tc>
      </w:tr>
      <w:tr>
        <w:tc>
          <w:tcPr>
            <w:tcW w:type="dxa" w:w="567"/>
          </w:tcPr>
          <w:p>
            <w:r>
              <w:t>628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Красногорск</w:t>
            </w:r>
          </w:p>
        </w:tc>
        <w:tc>
          <w:tcPr>
            <w:tcW w:type="dxa" w:w="3402"/>
          </w:tcPr>
          <w:p>
            <w:r>
              <w:t>бульвар Космонавтов, 13</w:t>
            </w:r>
          </w:p>
        </w:tc>
      </w:tr>
      <w:tr>
        <w:tc>
          <w:tcPr>
            <w:tcW w:type="dxa" w:w="567"/>
          </w:tcPr>
          <w:p>
            <w:r>
              <w:t>629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Красногорск</w:t>
            </w:r>
          </w:p>
        </w:tc>
        <w:tc>
          <w:tcPr>
            <w:tcW w:type="dxa" w:w="3402"/>
          </w:tcPr>
          <w:p>
            <w:r>
              <w:t>п. Ильинское-Усово, ул. Архангельская, 8</w:t>
            </w:r>
          </w:p>
        </w:tc>
      </w:tr>
      <w:tr>
        <w:tc>
          <w:tcPr>
            <w:tcW w:type="dxa" w:w="567"/>
          </w:tcPr>
          <w:p>
            <w:r>
              <w:t>630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Красногорск</w:t>
            </w:r>
          </w:p>
        </w:tc>
        <w:tc>
          <w:tcPr>
            <w:tcW w:type="dxa" w:w="3402"/>
          </w:tcPr>
          <w:p>
            <w:r>
              <w:t>п. Отрадное ул. Кленовая, 1</w:t>
            </w:r>
          </w:p>
        </w:tc>
      </w:tr>
      <w:tr>
        <w:tc>
          <w:tcPr>
            <w:tcW w:type="dxa" w:w="567"/>
          </w:tcPr>
          <w:p>
            <w:r>
              <w:t>631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Красногорск</w:t>
            </w:r>
          </w:p>
        </w:tc>
        <w:tc>
          <w:tcPr>
            <w:tcW w:type="dxa" w:w="3402"/>
          </w:tcPr>
          <w:p>
            <w:r>
              <w:t>рп Нахабино, ул. Белобородова д.8</w:t>
            </w:r>
          </w:p>
        </w:tc>
      </w:tr>
      <w:tr>
        <w:tc>
          <w:tcPr>
            <w:tcW w:type="dxa" w:w="567"/>
          </w:tcPr>
          <w:p>
            <w:r>
              <w:t>632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Красногорск</w:t>
            </w:r>
          </w:p>
        </w:tc>
        <w:tc>
          <w:tcPr>
            <w:tcW w:type="dxa" w:w="3402"/>
          </w:tcPr>
          <w:p>
            <w:r>
              <w:t>ул. Игоря Мерлушкина, 12</w:t>
            </w:r>
          </w:p>
        </w:tc>
      </w:tr>
      <w:tr>
        <w:tc>
          <w:tcPr>
            <w:tcW w:type="dxa" w:w="567"/>
          </w:tcPr>
          <w:p>
            <w:r>
              <w:t>633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Красногорск</w:t>
            </w:r>
          </w:p>
        </w:tc>
        <w:tc>
          <w:tcPr>
            <w:tcW w:type="dxa" w:w="3402"/>
          </w:tcPr>
          <w:p>
            <w:r>
              <w:t>ул. Игоря Мерлушкина, 6 пом. 9</w:t>
            </w:r>
          </w:p>
        </w:tc>
      </w:tr>
      <w:tr>
        <w:tc>
          <w:tcPr>
            <w:tcW w:type="dxa" w:w="567"/>
          </w:tcPr>
          <w:p>
            <w:r>
              <w:t>634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Красногорск</w:t>
            </w:r>
          </w:p>
        </w:tc>
        <w:tc>
          <w:tcPr>
            <w:tcW w:type="dxa" w:w="3402"/>
          </w:tcPr>
          <w:p>
            <w:r>
              <w:t>ул. Парковая, 1</w:t>
            </w:r>
          </w:p>
        </w:tc>
      </w:tr>
      <w:tr>
        <w:tc>
          <w:tcPr>
            <w:tcW w:type="dxa" w:w="567"/>
          </w:tcPr>
          <w:p>
            <w:r>
              <w:t>635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Красногорск</w:t>
            </w:r>
          </w:p>
        </w:tc>
        <w:tc>
          <w:tcPr>
            <w:tcW w:type="dxa" w:w="3402"/>
          </w:tcPr>
          <w:p>
            <w:r>
              <w:t>ул. Речная, 6</w:t>
            </w:r>
          </w:p>
        </w:tc>
      </w:tr>
      <w:tr>
        <w:tc>
          <w:tcPr>
            <w:tcW w:type="dxa" w:w="567"/>
          </w:tcPr>
          <w:p>
            <w:r>
              <w:t>636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Краснознаменск (Московская область)</w:t>
            </w:r>
          </w:p>
        </w:tc>
        <w:tc>
          <w:tcPr>
            <w:tcW w:type="dxa" w:w="3402"/>
          </w:tcPr>
          <w:p>
            <w:r>
              <w:t>ул. Краснознаменная, 9а</w:t>
            </w:r>
          </w:p>
        </w:tc>
      </w:tr>
      <w:tr>
        <w:tc>
          <w:tcPr>
            <w:tcW w:type="dxa" w:w="567"/>
          </w:tcPr>
          <w:p>
            <w:r>
              <w:t>637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Кратово</w:t>
            </w:r>
          </w:p>
        </w:tc>
        <w:tc>
          <w:tcPr>
            <w:tcW w:type="dxa" w:w="3402"/>
          </w:tcPr>
          <w:p>
            <w:r>
              <w:t>ул. Бородинская, 2/1</w:t>
            </w:r>
          </w:p>
        </w:tc>
      </w:tr>
      <w:tr>
        <w:tc>
          <w:tcPr>
            <w:tcW w:type="dxa" w:w="567"/>
          </w:tcPr>
          <w:p>
            <w:r>
              <w:t>638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Лесной Городок</w:t>
            </w:r>
          </w:p>
        </w:tc>
        <w:tc>
          <w:tcPr>
            <w:tcW w:type="dxa" w:w="3402"/>
          </w:tcPr>
          <w:p>
            <w:r>
              <w:t>ул. Лесная 10</w:t>
            </w:r>
          </w:p>
        </w:tc>
      </w:tr>
      <w:tr>
        <w:tc>
          <w:tcPr>
            <w:tcW w:type="dxa" w:w="567"/>
          </w:tcPr>
          <w:p>
            <w:r>
              <w:t>639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Луховицы</w:t>
            </w:r>
          </w:p>
        </w:tc>
        <w:tc>
          <w:tcPr>
            <w:tcW w:type="dxa" w:w="3402"/>
          </w:tcPr>
          <w:p>
            <w:r>
              <w:t>ул. Жуковского, 1, стр. 28/2</w:t>
            </w:r>
          </w:p>
        </w:tc>
      </w:tr>
      <w:tr>
        <w:tc>
          <w:tcPr>
            <w:tcW w:type="dxa" w:w="567"/>
          </w:tcPr>
          <w:p>
            <w:r>
              <w:t>640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Луховицы</w:t>
            </w:r>
          </w:p>
        </w:tc>
        <w:tc>
          <w:tcPr>
            <w:tcW w:type="dxa" w:w="3402"/>
          </w:tcPr>
          <w:p>
            <w:r>
              <w:t>ул. Жуковского, 35</w:t>
            </w:r>
          </w:p>
        </w:tc>
      </w:tr>
      <w:tr>
        <w:tc>
          <w:tcPr>
            <w:tcW w:type="dxa" w:w="567"/>
          </w:tcPr>
          <w:p>
            <w:r>
              <w:t>641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Луховицы</w:t>
            </w:r>
          </w:p>
        </w:tc>
        <w:tc>
          <w:tcPr>
            <w:tcW w:type="dxa" w:w="3402"/>
          </w:tcPr>
          <w:p>
            <w:r>
              <w:t>ул. Мира, 20</w:t>
            </w:r>
          </w:p>
        </w:tc>
      </w:tr>
      <w:tr>
        <w:tc>
          <w:tcPr>
            <w:tcW w:type="dxa" w:w="567"/>
          </w:tcPr>
          <w:p>
            <w:r>
              <w:t>642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Луховицы</w:t>
            </w:r>
          </w:p>
        </w:tc>
        <w:tc>
          <w:tcPr>
            <w:tcW w:type="dxa" w:w="3402"/>
          </w:tcPr>
          <w:p>
            <w:r>
              <w:t>ул. Пушкина, 153а/2</w:t>
            </w:r>
          </w:p>
        </w:tc>
      </w:tr>
      <w:tr>
        <w:tc>
          <w:tcPr>
            <w:tcW w:type="dxa" w:w="567"/>
          </w:tcPr>
          <w:p>
            <w:r>
              <w:t>643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Люберцы</w:t>
            </w:r>
          </w:p>
        </w:tc>
        <w:tc>
          <w:tcPr>
            <w:tcW w:type="dxa" w:w="3402"/>
          </w:tcPr>
          <w:p>
            <w:r>
              <w:t>проезд Хлебозаводской, 1А</w:t>
            </w:r>
          </w:p>
        </w:tc>
      </w:tr>
      <w:tr>
        <w:tc>
          <w:tcPr>
            <w:tcW w:type="dxa" w:w="567"/>
          </w:tcPr>
          <w:p>
            <w:r>
              <w:t>644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Люберцы</w:t>
            </w:r>
          </w:p>
        </w:tc>
        <w:tc>
          <w:tcPr>
            <w:tcW w:type="dxa" w:w="3402"/>
          </w:tcPr>
          <w:p>
            <w:r>
              <w:t>пр. Октябрьский,  145</w:t>
            </w:r>
          </w:p>
        </w:tc>
      </w:tr>
      <w:tr>
        <w:tc>
          <w:tcPr>
            <w:tcW w:type="dxa" w:w="567"/>
          </w:tcPr>
          <w:p>
            <w:r>
              <w:t>645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Люберцы</w:t>
            </w:r>
          </w:p>
        </w:tc>
        <w:tc>
          <w:tcPr>
            <w:tcW w:type="dxa" w:w="3402"/>
          </w:tcPr>
          <w:p>
            <w:r>
              <w:t>ул. 3-е почтовое отделение, 86А</w:t>
            </w:r>
          </w:p>
        </w:tc>
      </w:tr>
      <w:tr>
        <w:tc>
          <w:tcPr>
            <w:tcW w:type="dxa" w:w="567"/>
          </w:tcPr>
          <w:p>
            <w:r>
              <w:t>646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Люберцы</w:t>
            </w:r>
          </w:p>
        </w:tc>
        <w:tc>
          <w:tcPr>
            <w:tcW w:type="dxa" w:w="3402"/>
          </w:tcPr>
          <w:p>
            <w:r>
              <w:t>ул. 8 Марта, 12, к. 1</w:t>
            </w:r>
          </w:p>
        </w:tc>
      </w:tr>
      <w:tr>
        <w:tc>
          <w:tcPr>
            <w:tcW w:type="dxa" w:w="567"/>
          </w:tcPr>
          <w:p>
            <w:r>
              <w:t>647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Люберцы</w:t>
            </w:r>
          </w:p>
        </w:tc>
        <w:tc>
          <w:tcPr>
            <w:tcW w:type="dxa" w:w="3402"/>
          </w:tcPr>
          <w:p>
            <w:r>
              <w:t>ул. академика Северина, 13</w:t>
            </w:r>
          </w:p>
        </w:tc>
      </w:tr>
      <w:tr>
        <w:tc>
          <w:tcPr>
            <w:tcW w:type="dxa" w:w="567"/>
          </w:tcPr>
          <w:p>
            <w:r>
              <w:t>648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Люберцы</w:t>
            </w:r>
          </w:p>
        </w:tc>
        <w:tc>
          <w:tcPr>
            <w:tcW w:type="dxa" w:w="3402"/>
          </w:tcPr>
          <w:p>
            <w:r>
              <w:t>ул. Инициативная, 13</w:t>
            </w:r>
          </w:p>
        </w:tc>
      </w:tr>
      <w:tr>
        <w:tc>
          <w:tcPr>
            <w:tcW w:type="dxa" w:w="567"/>
          </w:tcPr>
          <w:p>
            <w:r>
              <w:t>649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Люберцы</w:t>
            </w:r>
          </w:p>
        </w:tc>
        <w:tc>
          <w:tcPr>
            <w:tcW w:type="dxa" w:w="3402"/>
          </w:tcPr>
          <w:p>
            <w:r>
              <w:t>ул. Озерная, д. 2</w:t>
            </w:r>
          </w:p>
        </w:tc>
      </w:tr>
      <w:tr>
        <w:tc>
          <w:tcPr>
            <w:tcW w:type="dxa" w:w="567"/>
          </w:tcPr>
          <w:p>
            <w:r>
              <w:t>650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Мисайлово</w:t>
            </w:r>
          </w:p>
        </w:tc>
        <w:tc>
          <w:tcPr>
            <w:tcW w:type="dxa" w:w="3402"/>
          </w:tcPr>
          <w:p>
            <w:r>
              <w:t>мкр. Пригород Лесное, ш. Пригородное,</w:t>
            </w:r>
          </w:p>
        </w:tc>
      </w:tr>
      <w:tr>
        <w:tc>
          <w:tcPr>
            <w:tcW w:type="dxa" w:w="567"/>
          </w:tcPr>
          <w:p>
            <w:r>
              <w:t>651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Можайск</w:t>
            </w:r>
          </w:p>
        </w:tc>
        <w:tc>
          <w:tcPr>
            <w:tcW w:type="dxa" w:w="3402"/>
          </w:tcPr>
          <w:p>
            <w:r>
              <w:t>ул. 20 Января, 2Б</w:t>
            </w:r>
          </w:p>
        </w:tc>
      </w:tr>
      <w:tr>
        <w:tc>
          <w:tcPr>
            <w:tcW w:type="dxa" w:w="567"/>
          </w:tcPr>
          <w:p>
            <w:r>
              <w:t>652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Можайск</w:t>
            </w:r>
          </w:p>
        </w:tc>
        <w:tc>
          <w:tcPr>
            <w:tcW w:type="dxa" w:w="3402"/>
          </w:tcPr>
          <w:p>
            <w:r>
              <w:t>ул. Мира, 2А</w:t>
            </w:r>
          </w:p>
        </w:tc>
      </w:tr>
      <w:tr>
        <w:tc>
          <w:tcPr>
            <w:tcW w:type="dxa" w:w="567"/>
          </w:tcPr>
          <w:p>
            <w:r>
              <w:t>653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Молоково</w:t>
            </w:r>
          </w:p>
        </w:tc>
        <w:tc>
          <w:tcPr>
            <w:tcW w:type="dxa" w:w="3402"/>
          </w:tcPr>
          <w:p>
            <w:r>
              <w:t>б-р Ново-Молоковский, д.6</w:t>
            </w:r>
          </w:p>
        </w:tc>
      </w:tr>
      <w:tr>
        <w:tc>
          <w:tcPr>
            <w:tcW w:type="dxa" w:w="567"/>
          </w:tcPr>
          <w:p>
            <w:r>
              <w:t>654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Мытищи</w:t>
            </w:r>
          </w:p>
        </w:tc>
        <w:tc>
          <w:tcPr>
            <w:tcW w:type="dxa" w:w="3402"/>
          </w:tcPr>
          <w:p>
            <w:r>
              <w:t>пер. 1-й Стрелковый, 1</w:t>
            </w:r>
          </w:p>
        </w:tc>
      </w:tr>
      <w:tr>
        <w:tc>
          <w:tcPr>
            <w:tcW w:type="dxa" w:w="567"/>
          </w:tcPr>
          <w:p>
            <w:r>
              <w:t>655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Мытищи</w:t>
            </w:r>
          </w:p>
        </w:tc>
        <w:tc>
          <w:tcPr>
            <w:tcW w:type="dxa" w:w="3402"/>
          </w:tcPr>
          <w:p>
            <w:r>
              <w:t>пр. Новомытищинский, 78</w:t>
            </w:r>
          </w:p>
        </w:tc>
      </w:tr>
      <w:tr>
        <w:tc>
          <w:tcPr>
            <w:tcW w:type="dxa" w:w="567"/>
          </w:tcPr>
          <w:p>
            <w:r>
              <w:t>656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Мытищи</w:t>
            </w:r>
          </w:p>
        </w:tc>
        <w:tc>
          <w:tcPr>
            <w:tcW w:type="dxa" w:w="3402"/>
          </w:tcPr>
          <w:p>
            <w:r>
              <w:t>пр. Олимпийский, 21, корп. 4</w:t>
            </w:r>
          </w:p>
        </w:tc>
      </w:tr>
      <w:tr>
        <w:tc>
          <w:tcPr>
            <w:tcW w:type="dxa" w:w="567"/>
          </w:tcPr>
          <w:p>
            <w:r>
              <w:t>657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Мытищи</w:t>
            </w:r>
          </w:p>
        </w:tc>
        <w:tc>
          <w:tcPr>
            <w:tcW w:type="dxa" w:w="3402"/>
          </w:tcPr>
          <w:p>
            <w:r>
              <w:t>ул. Веры Волошиной, 37</w:t>
            </w:r>
          </w:p>
        </w:tc>
      </w:tr>
      <w:tr>
        <w:tc>
          <w:tcPr>
            <w:tcW w:type="dxa" w:w="567"/>
          </w:tcPr>
          <w:p>
            <w:r>
              <w:t>658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Мытищи</w:t>
            </w:r>
          </w:p>
        </w:tc>
        <w:tc>
          <w:tcPr>
            <w:tcW w:type="dxa" w:w="3402"/>
          </w:tcPr>
          <w:p>
            <w:r>
              <w:t>ул. Колпакова, 30а</w:t>
            </w:r>
          </w:p>
        </w:tc>
      </w:tr>
      <w:tr>
        <w:tc>
          <w:tcPr>
            <w:tcW w:type="dxa" w:w="567"/>
          </w:tcPr>
          <w:p>
            <w:r>
              <w:t>659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Ногинск</w:t>
            </w:r>
          </w:p>
        </w:tc>
        <w:tc>
          <w:tcPr>
            <w:tcW w:type="dxa" w:w="3402"/>
          </w:tcPr>
          <w:p>
            <w:r>
              <w:t>ул.3 Интернационала, 171</w:t>
            </w:r>
          </w:p>
        </w:tc>
      </w:tr>
      <w:tr>
        <w:tc>
          <w:tcPr>
            <w:tcW w:type="dxa" w:w="567"/>
          </w:tcPr>
          <w:p>
            <w:r>
              <w:t>660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Ногинск</w:t>
            </w:r>
          </w:p>
        </w:tc>
        <w:tc>
          <w:tcPr>
            <w:tcW w:type="dxa" w:w="3402"/>
          </w:tcPr>
          <w:p>
            <w:r>
              <w:t>ул. Декабристов, 2, стр. 12</w:t>
            </w:r>
          </w:p>
        </w:tc>
      </w:tr>
      <w:tr>
        <w:tc>
          <w:tcPr>
            <w:tcW w:type="dxa" w:w="567"/>
          </w:tcPr>
          <w:p>
            <w:r>
              <w:t>661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Ногинск</w:t>
            </w:r>
          </w:p>
        </w:tc>
        <w:tc>
          <w:tcPr>
            <w:tcW w:type="dxa" w:w="3402"/>
          </w:tcPr>
          <w:p>
            <w:r>
              <w:t>ул. Климова, 28а</w:t>
            </w:r>
          </w:p>
        </w:tc>
      </w:tr>
      <w:tr>
        <w:tc>
          <w:tcPr>
            <w:tcW w:type="dxa" w:w="567"/>
          </w:tcPr>
          <w:p>
            <w:r>
              <w:t>662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Ногинск</w:t>
            </w:r>
          </w:p>
        </w:tc>
        <w:tc>
          <w:tcPr>
            <w:tcW w:type="dxa" w:w="3402"/>
          </w:tcPr>
          <w:p>
            <w:r>
              <w:t>ул. Электрическая, 1</w:t>
            </w:r>
          </w:p>
        </w:tc>
      </w:tr>
      <w:tr>
        <w:tc>
          <w:tcPr>
            <w:tcW w:type="dxa" w:w="567"/>
          </w:tcPr>
          <w:p>
            <w:r>
              <w:t>663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Одинцово</w:t>
            </w:r>
          </w:p>
        </w:tc>
        <w:tc>
          <w:tcPr>
            <w:tcW w:type="dxa" w:w="3402"/>
          </w:tcPr>
          <w:p>
            <w:r>
              <w:t>б-р Любы Новоселовой , 13</w:t>
            </w:r>
          </w:p>
        </w:tc>
      </w:tr>
      <w:tr>
        <w:tc>
          <w:tcPr>
            <w:tcW w:type="dxa" w:w="567"/>
          </w:tcPr>
          <w:p>
            <w:r>
              <w:t>664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Одинцово</w:t>
            </w:r>
          </w:p>
        </w:tc>
        <w:tc>
          <w:tcPr>
            <w:tcW w:type="dxa" w:w="3402"/>
          </w:tcPr>
          <w:p>
            <w:r>
              <w:t>д. Марьино, 9Б</w:t>
            </w:r>
          </w:p>
        </w:tc>
      </w:tr>
      <w:tr>
        <w:tc>
          <w:tcPr>
            <w:tcW w:type="dxa" w:w="567"/>
          </w:tcPr>
          <w:p>
            <w:r>
              <w:t>665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Одинцово</w:t>
            </w:r>
          </w:p>
        </w:tc>
        <w:tc>
          <w:tcPr>
            <w:tcW w:type="dxa" w:w="3402"/>
          </w:tcPr>
          <w:p>
            <w:r>
              <w:t>рп. Новоивановское, шоссе Можайское, 51, пом. 24</w:t>
            </w:r>
          </w:p>
        </w:tc>
      </w:tr>
      <w:tr>
        <w:tc>
          <w:tcPr>
            <w:tcW w:type="dxa" w:w="567"/>
          </w:tcPr>
          <w:p>
            <w:r>
              <w:t>666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Одинцово</w:t>
            </w:r>
          </w:p>
        </w:tc>
        <w:tc>
          <w:tcPr>
            <w:tcW w:type="dxa" w:w="3402"/>
          </w:tcPr>
          <w:p>
            <w:r>
              <w:t>ул. Маршала Жукова, 41Б</w:t>
            </w:r>
          </w:p>
        </w:tc>
      </w:tr>
      <w:tr>
        <w:tc>
          <w:tcPr>
            <w:tcW w:type="dxa" w:w="567"/>
          </w:tcPr>
          <w:p>
            <w:r>
              <w:t>667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Одинцово</w:t>
            </w:r>
          </w:p>
        </w:tc>
        <w:tc>
          <w:tcPr>
            <w:tcW w:type="dxa" w:w="3402"/>
          </w:tcPr>
          <w:p>
            <w:r>
              <w:t>ул. Маршала Неделина, 9</w:t>
            </w:r>
          </w:p>
        </w:tc>
      </w:tr>
      <w:tr>
        <w:tc>
          <w:tcPr>
            <w:tcW w:type="dxa" w:w="567"/>
          </w:tcPr>
          <w:p>
            <w:r>
              <w:t>668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Одинцово</w:t>
            </w:r>
          </w:p>
        </w:tc>
        <w:tc>
          <w:tcPr>
            <w:tcW w:type="dxa" w:w="3402"/>
          </w:tcPr>
          <w:p>
            <w:r>
              <w:t>ул. Триумфальная, стр. 1/а</w:t>
            </w:r>
          </w:p>
        </w:tc>
      </w:tr>
      <w:tr>
        <w:tc>
          <w:tcPr>
            <w:tcW w:type="dxa" w:w="567"/>
          </w:tcPr>
          <w:p>
            <w:r>
              <w:t>669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Одинцово</w:t>
            </w:r>
          </w:p>
        </w:tc>
        <w:tc>
          <w:tcPr>
            <w:tcW w:type="dxa" w:w="3402"/>
          </w:tcPr>
          <w:p>
            <w:r>
              <w:t>ш. Можайское, 151, пом. 6</w:t>
            </w:r>
          </w:p>
        </w:tc>
      </w:tr>
      <w:tr>
        <w:tc>
          <w:tcPr>
            <w:tcW w:type="dxa" w:w="567"/>
          </w:tcPr>
          <w:p>
            <w:r>
              <w:t>670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Одинцово</w:t>
            </w:r>
          </w:p>
        </w:tc>
        <w:tc>
          <w:tcPr>
            <w:tcW w:type="dxa" w:w="3402"/>
          </w:tcPr>
          <w:p>
            <w:r>
              <w:t>ш. Можайское, 47</w:t>
            </w:r>
          </w:p>
        </w:tc>
      </w:tr>
      <w:tr>
        <w:tc>
          <w:tcPr>
            <w:tcW w:type="dxa" w:w="567"/>
          </w:tcPr>
          <w:p>
            <w:r>
              <w:t>671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Озеры</w:t>
            </w:r>
          </w:p>
        </w:tc>
        <w:tc>
          <w:tcPr>
            <w:tcW w:type="dxa" w:w="3402"/>
          </w:tcPr>
          <w:p>
            <w:r>
              <w:t>ул. Ленина, 7</w:t>
            </w:r>
          </w:p>
        </w:tc>
      </w:tr>
      <w:tr>
        <w:tc>
          <w:tcPr>
            <w:tcW w:type="dxa" w:w="567"/>
          </w:tcPr>
          <w:p>
            <w:r>
              <w:t>672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Орехово-Зуево</w:t>
            </w:r>
          </w:p>
        </w:tc>
        <w:tc>
          <w:tcPr>
            <w:tcW w:type="dxa" w:w="3402"/>
          </w:tcPr>
          <w:p>
            <w:r>
              <w:t>проезд Черепнина, 3 пом. 1</w:t>
            </w:r>
          </w:p>
        </w:tc>
      </w:tr>
      <w:tr>
        <w:tc>
          <w:tcPr>
            <w:tcW w:type="dxa" w:w="567"/>
          </w:tcPr>
          <w:p>
            <w:r>
              <w:t>673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Орехово-Зуево</w:t>
            </w:r>
          </w:p>
        </w:tc>
        <w:tc>
          <w:tcPr>
            <w:tcW w:type="dxa" w:w="3402"/>
          </w:tcPr>
          <w:p>
            <w:r>
              <w:t>ул. Бирюкова, 19</w:t>
            </w:r>
          </w:p>
        </w:tc>
      </w:tr>
      <w:tr>
        <w:tc>
          <w:tcPr>
            <w:tcW w:type="dxa" w:w="567"/>
          </w:tcPr>
          <w:p>
            <w:r>
              <w:t>674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Орехово-Зуево</w:t>
            </w:r>
          </w:p>
        </w:tc>
        <w:tc>
          <w:tcPr>
            <w:tcW w:type="dxa" w:w="3402"/>
          </w:tcPr>
          <w:p>
            <w:r>
              <w:t>ул.Володарского, 29а</w:t>
            </w:r>
          </w:p>
        </w:tc>
      </w:tr>
      <w:tr>
        <w:tc>
          <w:tcPr>
            <w:tcW w:type="dxa" w:w="567"/>
          </w:tcPr>
          <w:p>
            <w:r>
              <w:t>675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Орехово-Зуево</w:t>
            </w:r>
          </w:p>
        </w:tc>
        <w:tc>
          <w:tcPr>
            <w:tcW w:type="dxa" w:w="3402"/>
          </w:tcPr>
          <w:p>
            <w:r>
              <w:t>ул.Гагарина, 35</w:t>
            </w:r>
          </w:p>
        </w:tc>
      </w:tr>
      <w:tr>
        <w:tc>
          <w:tcPr>
            <w:tcW w:type="dxa" w:w="567"/>
          </w:tcPr>
          <w:p>
            <w:r>
              <w:t>676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Орехово-Зуево</w:t>
            </w:r>
          </w:p>
        </w:tc>
        <w:tc>
          <w:tcPr>
            <w:tcW w:type="dxa" w:w="3402"/>
          </w:tcPr>
          <w:p>
            <w:r>
              <w:t>ул. Крупской, 27А</w:t>
            </w:r>
          </w:p>
        </w:tc>
      </w:tr>
      <w:tr>
        <w:tc>
          <w:tcPr>
            <w:tcW w:type="dxa" w:w="567"/>
          </w:tcPr>
          <w:p>
            <w:r>
              <w:t>677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Орехово-Зуево</w:t>
            </w:r>
          </w:p>
        </w:tc>
        <w:tc>
          <w:tcPr>
            <w:tcW w:type="dxa" w:w="3402"/>
          </w:tcPr>
          <w:p>
            <w:r>
              <w:t>ул.Ленина, 123</w:t>
            </w:r>
          </w:p>
        </w:tc>
      </w:tr>
      <w:tr>
        <w:tc>
          <w:tcPr>
            <w:tcW w:type="dxa" w:w="567"/>
          </w:tcPr>
          <w:p>
            <w:r>
              <w:t>678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Орехово-Зуево</w:t>
            </w:r>
          </w:p>
        </w:tc>
        <w:tc>
          <w:tcPr>
            <w:tcW w:type="dxa" w:w="3402"/>
          </w:tcPr>
          <w:p>
            <w:r>
              <w:t>ул. Ленина, 56</w:t>
            </w:r>
          </w:p>
        </w:tc>
      </w:tr>
      <w:tr>
        <w:tc>
          <w:tcPr>
            <w:tcW w:type="dxa" w:w="567"/>
          </w:tcPr>
          <w:p>
            <w:r>
              <w:t>679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Орехово-Зуево</w:t>
            </w:r>
          </w:p>
        </w:tc>
        <w:tc>
          <w:tcPr>
            <w:tcW w:type="dxa" w:w="3402"/>
          </w:tcPr>
          <w:p>
            <w:r>
              <w:t>ул. Парковская, 20б</w:t>
            </w:r>
          </w:p>
        </w:tc>
      </w:tr>
      <w:tr>
        <w:tc>
          <w:tcPr>
            <w:tcW w:type="dxa" w:w="567"/>
          </w:tcPr>
          <w:p>
            <w:r>
              <w:t>680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Павловский Посад</w:t>
            </w:r>
          </w:p>
        </w:tc>
        <w:tc>
          <w:tcPr>
            <w:tcW w:type="dxa" w:w="3402"/>
          </w:tcPr>
          <w:p>
            <w:r>
              <w:t>ш. Мишутинское, 4б</w:t>
            </w:r>
          </w:p>
        </w:tc>
      </w:tr>
      <w:tr>
        <w:tc>
          <w:tcPr>
            <w:tcW w:type="dxa" w:w="567"/>
          </w:tcPr>
          <w:p>
            <w:r>
              <w:t>681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пгт. Свердловский</w:t>
            </w:r>
          </w:p>
        </w:tc>
        <w:tc>
          <w:tcPr>
            <w:tcW w:type="dxa" w:w="3402"/>
          </w:tcPr>
          <w:p>
            <w:r>
              <w:t>ул. Строителей, 8</w:t>
            </w:r>
          </w:p>
        </w:tc>
      </w:tr>
      <w:tr>
        <w:tc>
          <w:tcPr>
            <w:tcW w:type="dxa" w:w="567"/>
          </w:tcPr>
          <w:p>
            <w:r>
              <w:t>682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Поварово</w:t>
            </w:r>
          </w:p>
        </w:tc>
        <w:tc>
          <w:tcPr>
            <w:tcW w:type="dxa" w:w="3402"/>
          </w:tcPr>
          <w:p>
            <w:r>
              <w:t>микрорайон 2, 7</w:t>
            </w:r>
          </w:p>
        </w:tc>
      </w:tr>
      <w:tr>
        <w:tc>
          <w:tcPr>
            <w:tcW w:type="dxa" w:w="567"/>
          </w:tcPr>
          <w:p>
            <w:r>
              <w:t>683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б-р 65-летия Победы,12 корп. 2</w:t>
            </w:r>
          </w:p>
        </w:tc>
      </w:tr>
      <w:tr>
        <w:tc>
          <w:tcPr>
            <w:tcW w:type="dxa" w:w="567"/>
          </w:tcPr>
          <w:p>
            <w:r>
              <w:t>684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пр. 50 лет Октября, 19</w:t>
            </w:r>
          </w:p>
        </w:tc>
      </w:tr>
      <w:tr>
        <w:tc>
          <w:tcPr>
            <w:tcW w:type="dxa" w:w="567"/>
          </w:tcPr>
          <w:p>
            <w:r>
              <w:t>685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ул. Генерала Варенникова, 2 пом.14</w:t>
            </w:r>
          </w:p>
        </w:tc>
      </w:tr>
      <w:tr>
        <w:tc>
          <w:tcPr>
            <w:tcW w:type="dxa" w:w="567"/>
          </w:tcPr>
          <w:p>
            <w:r>
              <w:t>686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ул. Кирова 50 корп. 2</w:t>
            </w:r>
          </w:p>
        </w:tc>
      </w:tr>
      <w:tr>
        <w:tc>
          <w:tcPr>
            <w:tcW w:type="dxa" w:w="567"/>
          </w:tcPr>
          <w:p>
            <w:r>
              <w:t>687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ул. Литейная, 34а</w:t>
            </w:r>
          </w:p>
        </w:tc>
      </w:tr>
      <w:tr>
        <w:tc>
          <w:tcPr>
            <w:tcW w:type="dxa" w:w="567"/>
          </w:tcPr>
          <w:p>
            <w:r>
              <w:t>688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ул. Малая Зеленовская, 46</w:t>
            </w:r>
          </w:p>
        </w:tc>
      </w:tr>
      <w:tr>
        <w:tc>
          <w:tcPr>
            <w:tcW w:type="dxa" w:w="567"/>
          </w:tcPr>
          <w:p>
            <w:r>
              <w:t>689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ул. Рабочая, 18/38 пом. 2</w:t>
            </w:r>
          </w:p>
        </w:tc>
      </w:tr>
      <w:tr>
        <w:tc>
          <w:tcPr>
            <w:tcW w:type="dxa" w:w="567"/>
          </w:tcPr>
          <w:p>
            <w:r>
              <w:t>690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ул. Чехова, 6</w:t>
            </w:r>
          </w:p>
        </w:tc>
      </w:tr>
      <w:tr>
        <w:tc>
          <w:tcPr>
            <w:tcW w:type="dxa" w:w="567"/>
          </w:tcPr>
          <w:p>
            <w:r>
              <w:t>691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Подольск</w:t>
            </w:r>
          </w:p>
        </w:tc>
        <w:tc>
          <w:tcPr>
            <w:tcW w:type="dxa" w:w="3402"/>
          </w:tcPr>
          <w:p>
            <w:r>
              <w:t>ул. Чистова, 12</w:t>
            </w:r>
          </w:p>
        </w:tc>
      </w:tr>
      <w:tr>
        <w:tc>
          <w:tcPr>
            <w:tcW w:type="dxa" w:w="567"/>
          </w:tcPr>
          <w:p>
            <w:r>
              <w:t>692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Путилково</w:t>
            </w:r>
          </w:p>
        </w:tc>
        <w:tc>
          <w:tcPr>
            <w:tcW w:type="dxa" w:w="3402"/>
          </w:tcPr>
          <w:p>
            <w:r>
              <w:t>ул. Просторная, д. 1, к. 1</w:t>
            </w:r>
          </w:p>
        </w:tc>
      </w:tr>
      <w:tr>
        <w:tc>
          <w:tcPr>
            <w:tcW w:type="dxa" w:w="567"/>
          </w:tcPr>
          <w:p>
            <w:r>
              <w:t>693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Пушкино</w:t>
            </w:r>
          </w:p>
        </w:tc>
        <w:tc>
          <w:tcPr>
            <w:tcW w:type="dxa" w:w="3402"/>
          </w:tcPr>
          <w:p>
            <w:r>
              <w:t>микрорайон Серебрянка, 46</w:t>
            </w:r>
          </w:p>
        </w:tc>
      </w:tr>
      <w:tr>
        <w:tc>
          <w:tcPr>
            <w:tcW w:type="dxa" w:w="567"/>
          </w:tcPr>
          <w:p>
            <w:r>
              <w:t>694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Пущино</w:t>
            </w:r>
          </w:p>
        </w:tc>
        <w:tc>
          <w:tcPr>
            <w:tcW w:type="dxa" w:w="3402"/>
          </w:tcPr>
          <w:p>
            <w:r>
              <w:t>мкр. Г, 34а</w:t>
            </w:r>
          </w:p>
        </w:tc>
      </w:tr>
      <w:tr>
        <w:tc>
          <w:tcPr>
            <w:tcW w:type="dxa" w:w="567"/>
          </w:tcPr>
          <w:p>
            <w:r>
              <w:t>695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Раменское</w:t>
            </w:r>
          </w:p>
        </w:tc>
        <w:tc>
          <w:tcPr>
            <w:tcW w:type="dxa" w:w="3402"/>
          </w:tcPr>
          <w:p>
            <w:r>
              <w:t>п. Раменской агрохимстанции, 12а</w:t>
            </w:r>
          </w:p>
        </w:tc>
      </w:tr>
      <w:tr>
        <w:tc>
          <w:tcPr>
            <w:tcW w:type="dxa" w:w="567"/>
          </w:tcPr>
          <w:p>
            <w:r>
              <w:t>696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Раменское</w:t>
            </w:r>
          </w:p>
        </w:tc>
        <w:tc>
          <w:tcPr>
            <w:tcW w:type="dxa" w:w="3402"/>
          </w:tcPr>
          <w:p>
            <w:r>
              <w:t>рп Быково, ул. Советская, 3</w:t>
            </w:r>
          </w:p>
        </w:tc>
      </w:tr>
      <w:tr>
        <w:tc>
          <w:tcPr>
            <w:tcW w:type="dxa" w:w="567"/>
          </w:tcPr>
          <w:p>
            <w:r>
              <w:t>697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Раменское</w:t>
            </w:r>
          </w:p>
        </w:tc>
        <w:tc>
          <w:tcPr>
            <w:tcW w:type="dxa" w:w="3402"/>
          </w:tcPr>
          <w:p>
            <w:r>
              <w:t>ул. Воровского, 8/1</w:t>
            </w:r>
          </w:p>
        </w:tc>
      </w:tr>
      <w:tr>
        <w:tc>
          <w:tcPr>
            <w:tcW w:type="dxa" w:w="567"/>
          </w:tcPr>
          <w:p>
            <w:r>
              <w:t>698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Раменское</w:t>
            </w:r>
          </w:p>
        </w:tc>
        <w:tc>
          <w:tcPr>
            <w:tcW w:type="dxa" w:w="3402"/>
          </w:tcPr>
          <w:p>
            <w:r>
              <w:t>ул. Высоковольтная, 22</w:t>
            </w:r>
          </w:p>
        </w:tc>
      </w:tr>
      <w:tr>
        <w:tc>
          <w:tcPr>
            <w:tcW w:type="dxa" w:w="567"/>
          </w:tcPr>
          <w:p>
            <w:r>
              <w:t>699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Раменское</w:t>
            </w:r>
          </w:p>
        </w:tc>
        <w:tc>
          <w:tcPr>
            <w:tcW w:type="dxa" w:w="3402"/>
          </w:tcPr>
          <w:p>
            <w:r>
              <w:t>ул. Космонавтов, 36а (ппс №4)</w:t>
            </w:r>
          </w:p>
        </w:tc>
      </w:tr>
      <w:tr>
        <w:tc>
          <w:tcPr>
            <w:tcW w:type="dxa" w:w="567"/>
          </w:tcPr>
          <w:p>
            <w:r>
              <w:t>700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Раменское</w:t>
            </w:r>
          </w:p>
        </w:tc>
        <w:tc>
          <w:tcPr>
            <w:tcW w:type="dxa" w:w="3402"/>
          </w:tcPr>
          <w:p>
            <w:r>
              <w:t>ул. Крымская, 3</w:t>
            </w:r>
          </w:p>
        </w:tc>
      </w:tr>
      <w:tr>
        <w:tc>
          <w:tcPr>
            <w:tcW w:type="dxa" w:w="567"/>
          </w:tcPr>
          <w:p>
            <w:r>
              <w:t>701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Рязановское</w:t>
            </w:r>
          </w:p>
        </w:tc>
        <w:tc>
          <w:tcPr>
            <w:tcW w:type="dxa" w:w="3402"/>
          </w:tcPr>
          <w:p>
            <w:r>
              <w:t>ул. Логинова, 1, к. 1</w:t>
            </w:r>
          </w:p>
        </w:tc>
      </w:tr>
      <w:tr>
        <w:tc>
          <w:tcPr>
            <w:tcW w:type="dxa" w:w="567"/>
          </w:tcPr>
          <w:p>
            <w:r>
              <w:t>702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Сергиев Посад</w:t>
            </w:r>
          </w:p>
        </w:tc>
        <w:tc>
          <w:tcPr>
            <w:tcW w:type="dxa" w:w="3402"/>
          </w:tcPr>
          <w:p>
            <w:r>
              <w:t>пр. Красной Армии, 203а</w:t>
            </w:r>
          </w:p>
        </w:tc>
      </w:tr>
      <w:tr>
        <w:tc>
          <w:tcPr>
            <w:tcW w:type="dxa" w:w="567"/>
          </w:tcPr>
          <w:p>
            <w:r>
              <w:t>703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Сергиев Посад</w:t>
            </w:r>
          </w:p>
        </w:tc>
        <w:tc>
          <w:tcPr>
            <w:tcW w:type="dxa" w:w="3402"/>
          </w:tcPr>
          <w:p>
            <w:r>
              <w:t>пр. Красной Армии, 5а</w:t>
            </w:r>
          </w:p>
        </w:tc>
      </w:tr>
      <w:tr>
        <w:tc>
          <w:tcPr>
            <w:tcW w:type="dxa" w:w="567"/>
          </w:tcPr>
          <w:p>
            <w:r>
              <w:t>704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Сергиев Посад</w:t>
            </w:r>
          </w:p>
        </w:tc>
        <w:tc>
          <w:tcPr>
            <w:tcW w:type="dxa" w:w="3402"/>
          </w:tcPr>
          <w:p>
            <w:r>
              <w:t>ул. Клементьевская, 70/13</w:t>
            </w:r>
          </w:p>
        </w:tc>
      </w:tr>
      <w:tr>
        <w:tc>
          <w:tcPr>
            <w:tcW w:type="dxa" w:w="567"/>
          </w:tcPr>
          <w:p>
            <w:r>
              <w:t>705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Сергиев Посад</w:t>
            </w:r>
          </w:p>
        </w:tc>
        <w:tc>
          <w:tcPr>
            <w:tcW w:type="dxa" w:w="3402"/>
          </w:tcPr>
          <w:p>
            <w:r>
              <w:t>ш. Новоугличское, 101а</w:t>
            </w:r>
          </w:p>
        </w:tc>
      </w:tr>
      <w:tr>
        <w:tc>
          <w:tcPr>
            <w:tcW w:type="dxa" w:w="567"/>
          </w:tcPr>
          <w:p>
            <w:r>
              <w:t>706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Серпухов</w:t>
            </w:r>
          </w:p>
        </w:tc>
        <w:tc>
          <w:tcPr>
            <w:tcW w:type="dxa" w:w="3402"/>
          </w:tcPr>
          <w:p>
            <w:r>
              <w:t>ул. Ворошилова, 155</w:t>
            </w:r>
          </w:p>
        </w:tc>
      </w:tr>
      <w:tr>
        <w:tc>
          <w:tcPr>
            <w:tcW w:type="dxa" w:w="567"/>
          </w:tcPr>
          <w:p>
            <w:r>
              <w:t>707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Серпухов</w:t>
            </w:r>
          </w:p>
        </w:tc>
        <w:tc>
          <w:tcPr>
            <w:tcW w:type="dxa" w:w="3402"/>
          </w:tcPr>
          <w:p>
            <w:r>
              <w:t>ш. Московское, 38</w:t>
            </w:r>
          </w:p>
        </w:tc>
      </w:tr>
      <w:tr>
        <w:tc>
          <w:tcPr>
            <w:tcW w:type="dxa" w:w="567"/>
          </w:tcPr>
          <w:p>
            <w:r>
              <w:t>708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Солнечногорск</w:t>
            </w:r>
          </w:p>
        </w:tc>
        <w:tc>
          <w:tcPr>
            <w:tcW w:type="dxa" w:w="3402"/>
          </w:tcPr>
          <w:p>
            <w:r>
              <w:t>п. Андреевка, 33б</w:t>
            </w:r>
          </w:p>
        </w:tc>
      </w:tr>
      <w:tr>
        <w:tc>
          <w:tcPr>
            <w:tcW w:type="dxa" w:w="567"/>
          </w:tcPr>
          <w:p>
            <w:r>
              <w:t>709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Старая Купавна</w:t>
            </w:r>
          </w:p>
        </w:tc>
        <w:tc>
          <w:tcPr>
            <w:tcW w:type="dxa" w:w="3402"/>
          </w:tcPr>
          <w:p>
            <w:r>
              <w:t>ул. Ленина, 22</w:t>
            </w:r>
          </w:p>
        </w:tc>
      </w:tr>
      <w:tr>
        <w:tc>
          <w:tcPr>
            <w:tcW w:type="dxa" w:w="567"/>
          </w:tcPr>
          <w:p>
            <w:r>
              <w:t>710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Томилино</w:t>
            </w:r>
          </w:p>
        </w:tc>
        <w:tc>
          <w:tcPr>
            <w:tcW w:type="dxa" w:w="3402"/>
          </w:tcPr>
          <w:p>
            <w:r>
              <w:t>ул. Пушкина, 1/1</w:t>
            </w:r>
          </w:p>
        </w:tc>
      </w:tr>
      <w:tr>
        <w:tc>
          <w:tcPr>
            <w:tcW w:type="dxa" w:w="567"/>
          </w:tcPr>
          <w:p>
            <w:r>
              <w:t>711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Фрязино</w:t>
            </w:r>
          </w:p>
        </w:tc>
        <w:tc>
          <w:tcPr>
            <w:tcW w:type="dxa" w:w="3402"/>
          </w:tcPr>
          <w:p>
            <w:r>
              <w:t>проезд Десантников, 1</w:t>
            </w:r>
          </w:p>
        </w:tc>
      </w:tr>
      <w:tr>
        <w:tc>
          <w:tcPr>
            <w:tcW w:type="dxa" w:w="567"/>
          </w:tcPr>
          <w:p>
            <w:r>
              <w:t>712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Фрязино</w:t>
            </w:r>
          </w:p>
        </w:tc>
        <w:tc>
          <w:tcPr>
            <w:tcW w:type="dxa" w:w="3402"/>
          </w:tcPr>
          <w:p>
            <w:r>
              <w:t>ул. Полевая, 15</w:t>
            </w:r>
          </w:p>
        </w:tc>
      </w:tr>
      <w:tr>
        <w:tc>
          <w:tcPr>
            <w:tcW w:type="dxa" w:w="567"/>
          </w:tcPr>
          <w:p>
            <w:r>
              <w:t>713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Химки</w:t>
            </w:r>
          </w:p>
        </w:tc>
        <w:tc>
          <w:tcPr>
            <w:tcW w:type="dxa" w:w="3402"/>
          </w:tcPr>
          <w:p>
            <w:r>
              <w:t>ул. 8 Марта, 6</w:t>
            </w:r>
          </w:p>
        </w:tc>
      </w:tr>
      <w:tr>
        <w:tc>
          <w:tcPr>
            <w:tcW w:type="dxa" w:w="567"/>
          </w:tcPr>
          <w:p>
            <w:r>
              <w:t>714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Химки</w:t>
            </w:r>
          </w:p>
        </w:tc>
        <w:tc>
          <w:tcPr>
            <w:tcW w:type="dxa" w:w="3402"/>
          </w:tcPr>
          <w:p>
            <w:r>
              <w:t>ул. Зеленая, 5</w:t>
            </w:r>
          </w:p>
        </w:tc>
      </w:tr>
      <w:tr>
        <w:tc>
          <w:tcPr>
            <w:tcW w:type="dxa" w:w="567"/>
          </w:tcPr>
          <w:p>
            <w:r>
              <w:t>715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Химки</w:t>
            </w:r>
          </w:p>
        </w:tc>
        <w:tc>
          <w:tcPr>
            <w:tcW w:type="dxa" w:w="3402"/>
          </w:tcPr>
          <w:p>
            <w:r>
              <w:t>ул. Мичурина, 12а</w:t>
            </w:r>
          </w:p>
        </w:tc>
      </w:tr>
      <w:tr>
        <w:tc>
          <w:tcPr>
            <w:tcW w:type="dxa" w:w="567"/>
          </w:tcPr>
          <w:p>
            <w:r>
              <w:t>716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Химки</w:t>
            </w:r>
          </w:p>
        </w:tc>
        <w:tc>
          <w:tcPr>
            <w:tcW w:type="dxa" w:w="3402"/>
          </w:tcPr>
          <w:p>
            <w:r>
              <w:t>ул. Совхозная, 16 корп. 2</w:t>
            </w:r>
          </w:p>
        </w:tc>
      </w:tr>
      <w:tr>
        <w:tc>
          <w:tcPr>
            <w:tcW w:type="dxa" w:w="567"/>
          </w:tcPr>
          <w:p>
            <w:r>
              <w:t>717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Чехов</w:t>
            </w:r>
          </w:p>
        </w:tc>
        <w:tc>
          <w:tcPr>
            <w:tcW w:type="dxa" w:w="3402"/>
          </w:tcPr>
          <w:p>
            <w:r>
              <w:t>ул. Береговая, 31Б</w:t>
            </w:r>
          </w:p>
        </w:tc>
      </w:tr>
      <w:tr>
        <w:tc>
          <w:tcPr>
            <w:tcW w:type="dxa" w:w="567"/>
          </w:tcPr>
          <w:p>
            <w:r>
              <w:t>718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Щелково</w:t>
            </w:r>
          </w:p>
        </w:tc>
        <w:tc>
          <w:tcPr>
            <w:tcW w:type="dxa" w:w="3402"/>
          </w:tcPr>
          <w:p>
            <w:r>
              <w:t>пр. 60 лет Октября, 2а</w:t>
            </w:r>
          </w:p>
        </w:tc>
      </w:tr>
      <w:tr>
        <w:tc>
          <w:tcPr>
            <w:tcW w:type="dxa" w:w="567"/>
          </w:tcPr>
          <w:p>
            <w:r>
              <w:t>719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Щелково</w:t>
            </w:r>
          </w:p>
        </w:tc>
        <w:tc>
          <w:tcPr>
            <w:tcW w:type="dxa" w:w="3402"/>
          </w:tcPr>
          <w:p>
            <w:r>
              <w:t>ул.  Заречная, 5а</w:t>
            </w:r>
          </w:p>
        </w:tc>
      </w:tr>
      <w:tr>
        <w:tc>
          <w:tcPr>
            <w:tcW w:type="dxa" w:w="567"/>
          </w:tcPr>
          <w:p>
            <w:r>
              <w:t>720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Щелково</w:t>
            </w:r>
          </w:p>
        </w:tc>
        <w:tc>
          <w:tcPr>
            <w:tcW w:type="dxa" w:w="3402"/>
          </w:tcPr>
          <w:p>
            <w:r>
              <w:t>ул. Советская, 65 пом. 1</w:t>
            </w:r>
          </w:p>
        </w:tc>
      </w:tr>
      <w:tr>
        <w:tc>
          <w:tcPr>
            <w:tcW w:type="dxa" w:w="567"/>
          </w:tcPr>
          <w:p>
            <w:r>
              <w:t>721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Щелково</w:t>
            </w:r>
          </w:p>
        </w:tc>
        <w:tc>
          <w:tcPr>
            <w:tcW w:type="dxa" w:w="3402"/>
          </w:tcPr>
          <w:p>
            <w:r>
              <w:t>ул. Талсинская, 6а</w:t>
            </w:r>
          </w:p>
        </w:tc>
      </w:tr>
      <w:tr>
        <w:tc>
          <w:tcPr>
            <w:tcW w:type="dxa" w:w="567"/>
          </w:tcPr>
          <w:p>
            <w:r>
              <w:t>722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Электросталь</w:t>
            </w:r>
          </w:p>
        </w:tc>
        <w:tc>
          <w:tcPr>
            <w:tcW w:type="dxa" w:w="3402"/>
          </w:tcPr>
          <w:p>
            <w:r>
              <w:t>пр.Ленина, 29</w:t>
            </w:r>
          </w:p>
        </w:tc>
      </w:tr>
      <w:tr>
        <w:tc>
          <w:tcPr>
            <w:tcW w:type="dxa" w:w="567"/>
          </w:tcPr>
          <w:p>
            <w:r>
              <w:t>723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Электросталь</w:t>
            </w:r>
          </w:p>
        </w:tc>
        <w:tc>
          <w:tcPr>
            <w:tcW w:type="dxa" w:w="3402"/>
          </w:tcPr>
          <w:p>
            <w:r>
              <w:t>ул. Восточная, 4</w:t>
            </w:r>
          </w:p>
        </w:tc>
      </w:tr>
      <w:tr>
        <w:tc>
          <w:tcPr>
            <w:tcW w:type="dxa" w:w="567"/>
          </w:tcPr>
          <w:p>
            <w:r>
              <w:t>724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Электросталь</w:t>
            </w:r>
          </w:p>
        </w:tc>
        <w:tc>
          <w:tcPr>
            <w:tcW w:type="dxa" w:w="3402"/>
          </w:tcPr>
          <w:p>
            <w:r>
              <w:t>ул. Второва, 1</w:t>
            </w:r>
          </w:p>
        </w:tc>
      </w:tr>
      <w:tr>
        <w:tc>
          <w:tcPr>
            <w:tcW w:type="dxa" w:w="567"/>
          </w:tcPr>
          <w:p>
            <w:r>
              <w:t>725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Электросталь</w:t>
            </w:r>
          </w:p>
        </w:tc>
        <w:tc>
          <w:tcPr>
            <w:tcW w:type="dxa" w:w="3402"/>
          </w:tcPr>
          <w:p>
            <w:r>
              <w:t>ул. Захарченко, 7</w:t>
            </w:r>
          </w:p>
        </w:tc>
      </w:tr>
      <w:tr>
        <w:tc>
          <w:tcPr>
            <w:tcW w:type="dxa" w:w="567"/>
          </w:tcPr>
          <w:p>
            <w:r>
              <w:t>726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Электросталь</w:t>
            </w:r>
          </w:p>
        </w:tc>
        <w:tc>
          <w:tcPr>
            <w:tcW w:type="dxa" w:w="3402"/>
          </w:tcPr>
          <w:p>
            <w:r>
              <w:t>ул. Пушкина, 25а</w:t>
            </w:r>
          </w:p>
        </w:tc>
      </w:tr>
      <w:tr>
        <w:tc>
          <w:tcPr>
            <w:tcW w:type="dxa" w:w="567"/>
          </w:tcPr>
          <w:p>
            <w:r>
              <w:t>727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Электросталь</w:t>
            </w:r>
          </w:p>
        </w:tc>
        <w:tc>
          <w:tcPr>
            <w:tcW w:type="dxa" w:w="3402"/>
          </w:tcPr>
          <w:p>
            <w:r>
              <w:t>ул. Ялагина, 26</w:t>
            </w:r>
          </w:p>
        </w:tc>
      </w:tr>
      <w:tr>
        <w:tc>
          <w:tcPr>
            <w:tcW w:type="dxa" w:w="567"/>
          </w:tcPr>
          <w:p>
            <w:r>
              <w:t>728</w:t>
            </w:r>
          </w:p>
        </w:tc>
        <w:tc>
          <w:tcPr>
            <w:tcW w:type="dxa" w:w="2835"/>
          </w:tcPr>
          <w:p>
            <w:r>
              <w:t>Московская область</w:t>
            </w:r>
          </w:p>
        </w:tc>
        <w:tc>
          <w:tcPr>
            <w:tcW w:type="dxa" w:w="2268"/>
          </w:tcPr>
          <w:p>
            <w:r>
              <w:t>Электросталь</w:t>
            </w:r>
          </w:p>
        </w:tc>
        <w:tc>
          <w:tcPr>
            <w:tcW w:type="dxa" w:w="3402"/>
          </w:tcPr>
          <w:p>
            <w:r>
              <w:t>ш. Ногинское, 13а</w:t>
            </w:r>
          </w:p>
        </w:tc>
      </w:tr>
      <w:tr>
        <w:tc>
          <w:tcPr>
            <w:tcW w:type="dxa" w:w="567"/>
          </w:tcPr>
          <w:p>
            <w:r>
              <w:t>729</w:t>
            </w:r>
          </w:p>
        </w:tc>
        <w:tc>
          <w:tcPr>
            <w:tcW w:type="dxa" w:w="2835"/>
          </w:tcPr>
          <w:p>
            <w:r>
              <w:t>Нижегородская область</w:t>
            </w:r>
          </w:p>
        </w:tc>
        <w:tc>
          <w:tcPr>
            <w:tcW w:type="dxa" w:w="2268"/>
          </w:tcPr>
          <w:p>
            <w:r>
              <w:t>Дзержинск</w:t>
            </w:r>
          </w:p>
        </w:tc>
        <w:tc>
          <w:tcPr>
            <w:tcW w:type="dxa" w:w="3402"/>
          </w:tcPr>
          <w:p>
            <w:r>
              <w:t>пр. Циолковского, 54А</w:t>
            </w:r>
          </w:p>
        </w:tc>
      </w:tr>
      <w:tr>
        <w:tc>
          <w:tcPr>
            <w:tcW w:type="dxa" w:w="567"/>
          </w:tcPr>
          <w:p>
            <w:r>
              <w:t>730</w:t>
            </w:r>
          </w:p>
        </w:tc>
        <w:tc>
          <w:tcPr>
            <w:tcW w:type="dxa" w:w="2835"/>
          </w:tcPr>
          <w:p>
            <w:r>
              <w:t>Нижегородская область</w:t>
            </w:r>
          </w:p>
        </w:tc>
        <w:tc>
          <w:tcPr>
            <w:tcW w:type="dxa" w:w="2268"/>
          </w:tcPr>
          <w:p>
            <w:r>
              <w:t>Дзержинск</w:t>
            </w:r>
          </w:p>
        </w:tc>
        <w:tc>
          <w:tcPr>
            <w:tcW w:type="dxa" w:w="3402"/>
          </w:tcPr>
          <w:p>
            <w:r>
              <w:t>ул. Буденного, 13</w:t>
            </w:r>
          </w:p>
        </w:tc>
      </w:tr>
      <w:tr>
        <w:tc>
          <w:tcPr>
            <w:tcW w:type="dxa" w:w="567"/>
          </w:tcPr>
          <w:p>
            <w:r>
              <w:t>731</w:t>
            </w:r>
          </w:p>
        </w:tc>
        <w:tc>
          <w:tcPr>
            <w:tcW w:type="dxa" w:w="2835"/>
          </w:tcPr>
          <w:p>
            <w:r>
              <w:t>Нижегородская область</w:t>
            </w:r>
          </w:p>
        </w:tc>
        <w:tc>
          <w:tcPr>
            <w:tcW w:type="dxa" w:w="2268"/>
          </w:tcPr>
          <w:p>
            <w:r>
              <w:t>Кулебаки</w:t>
            </w:r>
          </w:p>
        </w:tc>
        <w:tc>
          <w:tcPr>
            <w:tcW w:type="dxa" w:w="3402"/>
          </w:tcPr>
          <w:p>
            <w:r>
              <w:t>ул. Маяковского, 130</w:t>
            </w:r>
          </w:p>
        </w:tc>
      </w:tr>
      <w:tr>
        <w:tc>
          <w:tcPr>
            <w:tcW w:type="dxa" w:w="567"/>
          </w:tcPr>
          <w:p>
            <w:r>
              <w:t>732</w:t>
            </w:r>
          </w:p>
        </w:tc>
        <w:tc>
          <w:tcPr>
            <w:tcW w:type="dxa" w:w="2835"/>
          </w:tcPr>
          <w:p>
            <w:r>
              <w:t>Нижегородская область</w:t>
            </w:r>
          </w:p>
        </w:tc>
        <w:tc>
          <w:tcPr>
            <w:tcW w:type="dxa" w:w="2268"/>
          </w:tcPr>
          <w:p>
            <w:r>
              <w:t>Нижний новгород</w:t>
            </w:r>
          </w:p>
        </w:tc>
        <w:tc>
          <w:tcPr>
            <w:tcW w:type="dxa" w:w="3402"/>
          </w:tcPr>
          <w:p>
            <w:r>
              <w:t>ул. Веденяпина, 23</w:t>
            </w:r>
          </w:p>
        </w:tc>
      </w:tr>
      <w:tr>
        <w:tc>
          <w:tcPr>
            <w:tcW w:type="dxa" w:w="567"/>
          </w:tcPr>
          <w:p>
            <w:r>
              <w:t>733</w:t>
            </w:r>
          </w:p>
        </w:tc>
        <w:tc>
          <w:tcPr>
            <w:tcW w:type="dxa" w:w="2835"/>
          </w:tcPr>
          <w:p>
            <w:r>
              <w:t>Нижегородская область</w:t>
            </w:r>
          </w:p>
        </w:tc>
        <w:tc>
          <w:tcPr>
            <w:tcW w:type="dxa" w:w="2268"/>
          </w:tcPr>
          <w:p>
            <w:r>
              <w:t>Нижний новгород</w:t>
            </w:r>
          </w:p>
        </w:tc>
        <w:tc>
          <w:tcPr>
            <w:tcW w:type="dxa" w:w="3402"/>
          </w:tcPr>
          <w:p>
            <w:r>
              <w:t>ул. Дьяконова, 18</w:t>
            </w:r>
          </w:p>
        </w:tc>
      </w:tr>
      <w:tr>
        <w:tc>
          <w:tcPr>
            <w:tcW w:type="dxa" w:w="567"/>
          </w:tcPr>
          <w:p>
            <w:r>
              <w:t>734</w:t>
            </w:r>
          </w:p>
        </w:tc>
        <w:tc>
          <w:tcPr>
            <w:tcW w:type="dxa" w:w="2835"/>
          </w:tcPr>
          <w:p>
            <w:r>
              <w:t>Нижегородская область</w:t>
            </w:r>
          </w:p>
        </w:tc>
        <w:tc>
          <w:tcPr>
            <w:tcW w:type="dxa" w:w="2268"/>
          </w:tcPr>
          <w:p>
            <w:r>
              <w:t>Нижний новгород</w:t>
            </w:r>
          </w:p>
        </w:tc>
        <w:tc>
          <w:tcPr>
            <w:tcW w:type="dxa" w:w="3402"/>
          </w:tcPr>
          <w:p>
            <w:r>
              <w:t>ул. Октябрьской Революции, 42</w:t>
            </w:r>
          </w:p>
        </w:tc>
      </w:tr>
      <w:tr>
        <w:tc>
          <w:tcPr>
            <w:tcW w:type="dxa" w:w="567"/>
          </w:tcPr>
          <w:p>
            <w:r>
              <w:t>735</w:t>
            </w:r>
          </w:p>
        </w:tc>
        <w:tc>
          <w:tcPr>
            <w:tcW w:type="dxa" w:w="2835"/>
          </w:tcPr>
          <w:p>
            <w:r>
              <w:t>Нижегородская область</w:t>
            </w:r>
          </w:p>
        </w:tc>
        <w:tc>
          <w:tcPr>
            <w:tcW w:type="dxa" w:w="2268"/>
          </w:tcPr>
          <w:p>
            <w:r>
              <w:t>Нижний новгород</w:t>
            </w:r>
          </w:p>
        </w:tc>
        <w:tc>
          <w:tcPr>
            <w:tcW w:type="dxa" w:w="3402"/>
          </w:tcPr>
          <w:p>
            <w:r>
              <w:t>ул. Чаадаева, 12</w:t>
            </w:r>
          </w:p>
        </w:tc>
      </w:tr>
      <w:tr>
        <w:tc>
          <w:tcPr>
            <w:tcW w:type="dxa" w:w="567"/>
          </w:tcPr>
          <w:p>
            <w:r>
              <w:t>736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Барабинск</w:t>
            </w:r>
          </w:p>
        </w:tc>
        <w:tc>
          <w:tcPr>
            <w:tcW w:type="dxa" w:w="3402"/>
          </w:tcPr>
          <w:p>
            <w:r>
              <w:t>ул. Деповская, 20/1</w:t>
            </w:r>
          </w:p>
        </w:tc>
      </w:tr>
      <w:tr>
        <w:tc>
          <w:tcPr>
            <w:tcW w:type="dxa" w:w="567"/>
          </w:tcPr>
          <w:p>
            <w:r>
              <w:t>737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Барабинск</w:t>
            </w:r>
          </w:p>
        </w:tc>
        <w:tc>
          <w:tcPr>
            <w:tcW w:type="dxa" w:w="3402"/>
          </w:tcPr>
          <w:p>
            <w:r>
              <w:t>ул. Карла Маркса, 95</w:t>
            </w:r>
          </w:p>
        </w:tc>
      </w:tr>
      <w:tr>
        <w:tc>
          <w:tcPr>
            <w:tcW w:type="dxa" w:w="567"/>
          </w:tcPr>
          <w:p>
            <w:r>
              <w:t>738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Барабинск</w:t>
            </w:r>
          </w:p>
        </w:tc>
        <w:tc>
          <w:tcPr>
            <w:tcW w:type="dxa" w:w="3402"/>
          </w:tcPr>
          <w:p>
            <w:r>
              <w:t>ул. Кирова, 9Е</w:t>
            </w:r>
          </w:p>
        </w:tc>
      </w:tr>
      <w:tr>
        <w:tc>
          <w:tcPr>
            <w:tcW w:type="dxa" w:w="567"/>
          </w:tcPr>
          <w:p>
            <w:r>
              <w:t>739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Вокзальная, 25</w:t>
            </w:r>
          </w:p>
        </w:tc>
      </w:tr>
      <w:tr>
        <w:tc>
          <w:tcPr>
            <w:tcW w:type="dxa" w:w="567"/>
          </w:tcPr>
          <w:p>
            <w:r>
              <w:t>740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мкр. Северный, 21</w:t>
            </w:r>
          </w:p>
        </w:tc>
      </w:tr>
      <w:tr>
        <w:tc>
          <w:tcPr>
            <w:tcW w:type="dxa" w:w="567"/>
          </w:tcPr>
          <w:p>
            <w:r>
              <w:t>741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Боровая, 4/6</w:t>
            </w:r>
          </w:p>
        </w:tc>
      </w:tr>
      <w:tr>
        <w:tc>
          <w:tcPr>
            <w:tcW w:type="dxa" w:w="567"/>
          </w:tcPr>
          <w:p>
            <w:r>
              <w:t>742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Комсомольская, 2/2</w:t>
            </w:r>
          </w:p>
        </w:tc>
      </w:tr>
      <w:tr>
        <w:tc>
          <w:tcPr>
            <w:tcW w:type="dxa" w:w="567"/>
          </w:tcPr>
          <w:p>
            <w:r>
              <w:t>743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Лелюха, 7</w:t>
            </w:r>
          </w:p>
        </w:tc>
      </w:tr>
      <w:tr>
        <w:tc>
          <w:tcPr>
            <w:tcW w:type="dxa" w:w="567"/>
          </w:tcPr>
          <w:p>
            <w:r>
              <w:t>744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Ленина, 1а</w:t>
            </w:r>
          </w:p>
        </w:tc>
      </w:tr>
      <w:tr>
        <w:tc>
          <w:tcPr>
            <w:tcW w:type="dxa" w:w="567"/>
          </w:tcPr>
          <w:p>
            <w:r>
              <w:t>745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Ленина, 47</w:t>
            </w:r>
          </w:p>
        </w:tc>
      </w:tr>
      <w:tr>
        <w:tc>
          <w:tcPr>
            <w:tcW w:type="dxa" w:w="567"/>
          </w:tcPr>
          <w:p>
            <w:r>
              <w:t>746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Ленина, 54</w:t>
            </w:r>
          </w:p>
        </w:tc>
      </w:tr>
      <w:tr>
        <w:tc>
          <w:tcPr>
            <w:tcW w:type="dxa" w:w="567"/>
          </w:tcPr>
          <w:p>
            <w:r>
              <w:t>747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Ленина, 89/1</w:t>
            </w:r>
          </w:p>
        </w:tc>
      </w:tr>
      <w:tr>
        <w:tc>
          <w:tcPr>
            <w:tcW w:type="dxa" w:w="567"/>
          </w:tcPr>
          <w:p>
            <w:r>
              <w:t>748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Ленина, 90</w:t>
            </w:r>
          </w:p>
        </w:tc>
      </w:tr>
      <w:tr>
        <w:tc>
          <w:tcPr>
            <w:tcW w:type="dxa" w:w="567"/>
          </w:tcPr>
          <w:p>
            <w:r>
              <w:t>749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Островского, 114, корп. 1</w:t>
            </w:r>
          </w:p>
        </w:tc>
      </w:tr>
      <w:tr>
        <w:tc>
          <w:tcPr>
            <w:tcW w:type="dxa" w:w="567"/>
          </w:tcPr>
          <w:p>
            <w:r>
              <w:t>750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Островского, 61</w:t>
            </w:r>
          </w:p>
        </w:tc>
      </w:tr>
      <w:tr>
        <w:tc>
          <w:tcPr>
            <w:tcW w:type="dxa" w:w="567"/>
          </w:tcPr>
          <w:p>
            <w:r>
              <w:t>751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Первомайская, 121</w:t>
            </w:r>
          </w:p>
        </w:tc>
      </w:tr>
      <w:tr>
        <w:tc>
          <w:tcPr>
            <w:tcW w:type="dxa" w:w="567"/>
          </w:tcPr>
          <w:p>
            <w:r>
              <w:t>752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Бердск</w:t>
            </w:r>
          </w:p>
        </w:tc>
        <w:tc>
          <w:tcPr>
            <w:tcW w:type="dxa" w:w="3402"/>
          </w:tcPr>
          <w:p>
            <w:r>
              <w:t>ул. Пролетарская, 39/1</w:t>
            </w:r>
          </w:p>
        </w:tc>
      </w:tr>
      <w:tr>
        <w:tc>
          <w:tcPr>
            <w:tcW w:type="dxa" w:w="567"/>
          </w:tcPr>
          <w:p>
            <w:r>
              <w:t>753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Болотное</w:t>
            </w:r>
          </w:p>
        </w:tc>
        <w:tc>
          <w:tcPr>
            <w:tcW w:type="dxa" w:w="3402"/>
          </w:tcPr>
          <w:p>
            <w:r>
              <w:t>ул. Комарова, 12</w:t>
            </w:r>
          </w:p>
        </w:tc>
      </w:tr>
      <w:tr>
        <w:tc>
          <w:tcPr>
            <w:tcW w:type="dxa" w:w="567"/>
          </w:tcPr>
          <w:p>
            <w:r>
              <w:t>754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Горный</w:t>
            </w:r>
          </w:p>
        </w:tc>
        <w:tc>
          <w:tcPr>
            <w:tcW w:type="dxa" w:w="3402"/>
          </w:tcPr>
          <w:p>
            <w:r>
              <w:t>ул. Советская, 20/1</w:t>
            </w:r>
          </w:p>
        </w:tc>
      </w:tr>
      <w:tr>
        <w:tc>
          <w:tcPr>
            <w:tcW w:type="dxa" w:w="567"/>
          </w:tcPr>
          <w:p>
            <w:r>
              <w:t>755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Искитим</w:t>
            </w:r>
          </w:p>
        </w:tc>
        <w:tc>
          <w:tcPr>
            <w:tcW w:type="dxa" w:w="3402"/>
          </w:tcPr>
          <w:p>
            <w:r>
              <w:t>микрорайон Индустриальный, 13а</w:t>
            </w:r>
          </w:p>
        </w:tc>
      </w:tr>
      <w:tr>
        <w:tc>
          <w:tcPr>
            <w:tcW w:type="dxa" w:w="567"/>
          </w:tcPr>
          <w:p>
            <w:r>
              <w:t>756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Искитим</w:t>
            </w:r>
          </w:p>
        </w:tc>
        <w:tc>
          <w:tcPr>
            <w:tcW w:type="dxa" w:w="3402"/>
          </w:tcPr>
          <w:p>
            <w:r>
              <w:t>мкр. Южный, 40А/1</w:t>
            </w:r>
          </w:p>
        </w:tc>
      </w:tr>
      <w:tr>
        <w:tc>
          <w:tcPr>
            <w:tcW w:type="dxa" w:w="567"/>
          </w:tcPr>
          <w:p>
            <w:r>
              <w:t>757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Искитим</w:t>
            </w:r>
          </w:p>
        </w:tc>
        <w:tc>
          <w:tcPr>
            <w:tcW w:type="dxa" w:w="3402"/>
          </w:tcPr>
          <w:p>
            <w:r>
              <w:t>мкр. Южный, 68А</w:t>
            </w:r>
          </w:p>
        </w:tc>
      </w:tr>
      <w:tr>
        <w:tc>
          <w:tcPr>
            <w:tcW w:type="dxa" w:w="567"/>
          </w:tcPr>
          <w:p>
            <w:r>
              <w:t>758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Искитим</w:t>
            </w:r>
          </w:p>
        </w:tc>
        <w:tc>
          <w:tcPr>
            <w:tcW w:type="dxa" w:w="3402"/>
          </w:tcPr>
          <w:p>
            <w:r>
              <w:t>пр. Юбилейный, 17/1</w:t>
            </w:r>
          </w:p>
        </w:tc>
      </w:tr>
      <w:tr>
        <w:tc>
          <w:tcPr>
            <w:tcW w:type="dxa" w:w="567"/>
          </w:tcPr>
          <w:p>
            <w:r>
              <w:t>759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Искитим</w:t>
            </w:r>
          </w:p>
        </w:tc>
        <w:tc>
          <w:tcPr>
            <w:tcW w:type="dxa" w:w="3402"/>
          </w:tcPr>
          <w:p>
            <w:r>
              <w:t>ул. Коротеева, 20</w:t>
            </w:r>
          </w:p>
        </w:tc>
      </w:tr>
      <w:tr>
        <w:tc>
          <w:tcPr>
            <w:tcW w:type="dxa" w:w="567"/>
          </w:tcPr>
          <w:p>
            <w:r>
              <w:t>760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Искитим</w:t>
            </w:r>
          </w:p>
        </w:tc>
        <w:tc>
          <w:tcPr>
            <w:tcW w:type="dxa" w:w="3402"/>
          </w:tcPr>
          <w:p>
            <w:r>
              <w:t>ул. Лермонтова, 43</w:t>
            </w:r>
          </w:p>
        </w:tc>
      </w:tr>
      <w:tr>
        <w:tc>
          <w:tcPr>
            <w:tcW w:type="dxa" w:w="567"/>
          </w:tcPr>
          <w:p>
            <w:r>
              <w:t>761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Искитим</w:t>
            </w:r>
          </w:p>
        </w:tc>
        <w:tc>
          <w:tcPr>
            <w:tcW w:type="dxa" w:w="3402"/>
          </w:tcPr>
          <w:p>
            <w:r>
              <w:t>ул. Пушкина, 36</w:t>
            </w:r>
          </w:p>
        </w:tc>
      </w:tr>
      <w:tr>
        <w:tc>
          <w:tcPr>
            <w:tcW w:type="dxa" w:w="567"/>
          </w:tcPr>
          <w:p>
            <w:r>
              <w:t>762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Искитим</w:t>
            </w:r>
          </w:p>
        </w:tc>
        <w:tc>
          <w:tcPr>
            <w:tcW w:type="dxa" w:w="3402"/>
          </w:tcPr>
          <w:p>
            <w:r>
              <w:t>ул. Советская, 73</w:t>
            </w:r>
          </w:p>
        </w:tc>
      </w:tr>
      <w:tr>
        <w:tc>
          <w:tcPr>
            <w:tcW w:type="dxa" w:w="567"/>
          </w:tcPr>
          <w:p>
            <w:r>
              <w:t>763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Каменка</w:t>
            </w:r>
          </w:p>
        </w:tc>
        <w:tc>
          <w:tcPr>
            <w:tcW w:type="dxa" w:w="3402"/>
          </w:tcPr>
          <w:p>
            <w:r>
              <w:t>ул. Советская, 2а</w:t>
            </w:r>
          </w:p>
        </w:tc>
      </w:tr>
      <w:tr>
        <w:tc>
          <w:tcPr>
            <w:tcW w:type="dxa" w:w="567"/>
          </w:tcPr>
          <w:p>
            <w:r>
              <w:t>764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Карасук</w:t>
            </w:r>
          </w:p>
        </w:tc>
        <w:tc>
          <w:tcPr>
            <w:tcW w:type="dxa" w:w="3402"/>
          </w:tcPr>
          <w:p>
            <w:r>
              <w:t>ул. Индустриальная, 1Б</w:t>
            </w:r>
          </w:p>
        </w:tc>
      </w:tr>
      <w:tr>
        <w:tc>
          <w:tcPr>
            <w:tcW w:type="dxa" w:w="567"/>
          </w:tcPr>
          <w:p>
            <w:r>
              <w:t>765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Карасук</w:t>
            </w:r>
          </w:p>
        </w:tc>
        <w:tc>
          <w:tcPr>
            <w:tcW w:type="dxa" w:w="3402"/>
          </w:tcPr>
          <w:p>
            <w:r>
              <w:t>ул. Совхозная, 124А</w:t>
            </w:r>
          </w:p>
        </w:tc>
      </w:tr>
      <w:tr>
        <w:tc>
          <w:tcPr>
            <w:tcW w:type="dxa" w:w="567"/>
          </w:tcPr>
          <w:p>
            <w:r>
              <w:t>766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Карасук</w:t>
            </w:r>
          </w:p>
        </w:tc>
        <w:tc>
          <w:tcPr>
            <w:tcW w:type="dxa" w:w="3402"/>
          </w:tcPr>
          <w:p>
            <w:r>
              <w:t>ул. Тургенева, 9</w:t>
            </w:r>
          </w:p>
        </w:tc>
      </w:tr>
      <w:tr>
        <w:tc>
          <w:tcPr>
            <w:tcW w:type="dxa" w:w="567"/>
          </w:tcPr>
          <w:p>
            <w:r>
              <w:t>767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Колывань</w:t>
            </w:r>
          </w:p>
        </w:tc>
        <w:tc>
          <w:tcPr>
            <w:tcW w:type="dxa" w:w="3402"/>
          </w:tcPr>
          <w:p>
            <w:r>
              <w:t>ул. Советская, 57</w:t>
            </w:r>
          </w:p>
        </w:tc>
      </w:tr>
      <w:tr>
        <w:tc>
          <w:tcPr>
            <w:tcW w:type="dxa" w:w="567"/>
          </w:tcPr>
          <w:p>
            <w:r>
              <w:t>768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Кольцово</w:t>
            </w:r>
          </w:p>
        </w:tc>
        <w:tc>
          <w:tcPr>
            <w:tcW w:type="dxa" w:w="3402"/>
          </w:tcPr>
          <w:p>
            <w:r>
              <w:t>д. 18а</w:t>
            </w:r>
          </w:p>
        </w:tc>
      </w:tr>
      <w:tr>
        <w:tc>
          <w:tcPr>
            <w:tcW w:type="dxa" w:w="567"/>
          </w:tcPr>
          <w:p>
            <w:r>
              <w:t>769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Кольцово</w:t>
            </w:r>
          </w:p>
        </w:tc>
        <w:tc>
          <w:tcPr>
            <w:tcW w:type="dxa" w:w="3402"/>
          </w:tcPr>
          <w:p>
            <w:r>
              <w:t>пр. Никольский, 10</w:t>
            </w:r>
          </w:p>
        </w:tc>
      </w:tr>
      <w:tr>
        <w:tc>
          <w:tcPr>
            <w:tcW w:type="dxa" w:w="567"/>
          </w:tcPr>
          <w:p>
            <w:r>
              <w:t>770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Коченево</w:t>
            </w:r>
          </w:p>
        </w:tc>
        <w:tc>
          <w:tcPr>
            <w:tcW w:type="dxa" w:w="3402"/>
          </w:tcPr>
          <w:p>
            <w:r>
              <w:t>р. Марковцева, 61</w:t>
            </w:r>
          </w:p>
        </w:tc>
      </w:tr>
      <w:tr>
        <w:tc>
          <w:tcPr>
            <w:tcW w:type="dxa" w:w="567"/>
          </w:tcPr>
          <w:p>
            <w:r>
              <w:t>771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Крапивинский</w:t>
            </w:r>
          </w:p>
        </w:tc>
        <w:tc>
          <w:tcPr>
            <w:tcW w:type="dxa" w:w="3402"/>
          </w:tcPr>
          <w:p>
            <w:r>
              <w:t>ул. Юбилейная, 11в</w:t>
            </w:r>
          </w:p>
        </w:tc>
      </w:tr>
      <w:tr>
        <w:tc>
          <w:tcPr>
            <w:tcW w:type="dxa" w:w="567"/>
          </w:tcPr>
          <w:p>
            <w:r>
              <w:t>772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Краснозерское</w:t>
            </w:r>
          </w:p>
        </w:tc>
        <w:tc>
          <w:tcPr>
            <w:tcW w:type="dxa" w:w="3402"/>
          </w:tcPr>
          <w:p>
            <w:r>
              <w:t>ул. Октябрьская, 6Б</w:t>
            </w:r>
          </w:p>
        </w:tc>
      </w:tr>
      <w:tr>
        <w:tc>
          <w:tcPr>
            <w:tcW w:type="dxa" w:w="567"/>
          </w:tcPr>
          <w:p>
            <w:r>
              <w:t>773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Краснообск</w:t>
            </w:r>
          </w:p>
        </w:tc>
        <w:tc>
          <w:tcPr>
            <w:tcW w:type="dxa" w:w="3402"/>
          </w:tcPr>
          <w:p>
            <w:r>
              <w:t>мкр. 3, 25</w:t>
            </w:r>
          </w:p>
        </w:tc>
      </w:tr>
      <w:tr>
        <w:tc>
          <w:tcPr>
            <w:tcW w:type="dxa" w:w="567"/>
          </w:tcPr>
          <w:p>
            <w:r>
              <w:t>774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Краснообск</w:t>
            </w:r>
          </w:p>
        </w:tc>
        <w:tc>
          <w:tcPr>
            <w:tcW w:type="dxa" w:w="3402"/>
          </w:tcPr>
          <w:p>
            <w:r>
              <w:t>посёлок Краснообск, БГ-1-6, 244/3</w:t>
            </w:r>
          </w:p>
        </w:tc>
      </w:tr>
      <w:tr>
        <w:tc>
          <w:tcPr>
            <w:tcW w:type="dxa" w:w="567"/>
          </w:tcPr>
          <w:p>
            <w:r>
              <w:t>775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Куйбышев</w:t>
            </w:r>
          </w:p>
        </w:tc>
        <w:tc>
          <w:tcPr>
            <w:tcW w:type="dxa" w:w="3402"/>
          </w:tcPr>
          <w:p>
            <w:r>
              <w:t>ул. Володарского, 31</w:t>
            </w:r>
          </w:p>
        </w:tc>
      </w:tr>
      <w:tr>
        <w:tc>
          <w:tcPr>
            <w:tcW w:type="dxa" w:w="567"/>
          </w:tcPr>
          <w:p>
            <w:r>
              <w:t>776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Ленинское</w:t>
            </w:r>
          </w:p>
        </w:tc>
        <w:tc>
          <w:tcPr>
            <w:tcW w:type="dxa" w:w="3402"/>
          </w:tcPr>
          <w:p>
            <w:r>
              <w:t>ул. Приморье,  21</w:t>
            </w:r>
          </w:p>
        </w:tc>
      </w:tr>
      <w:tr>
        <w:tc>
          <w:tcPr>
            <w:tcW w:type="dxa" w:w="567"/>
          </w:tcPr>
          <w:p>
            <w:r>
              <w:t>777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Линево</w:t>
            </w:r>
          </w:p>
        </w:tc>
        <w:tc>
          <w:tcPr>
            <w:tcW w:type="dxa" w:w="3402"/>
          </w:tcPr>
          <w:p>
            <w:r>
              <w:t>пр. Коммунистический, 1б</w:t>
            </w:r>
          </w:p>
        </w:tc>
      </w:tr>
      <w:tr>
        <w:tc>
          <w:tcPr>
            <w:tcW w:type="dxa" w:w="567"/>
          </w:tcPr>
          <w:p>
            <w:r>
              <w:t>778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Линево</w:t>
            </w:r>
          </w:p>
        </w:tc>
        <w:tc>
          <w:tcPr>
            <w:tcW w:type="dxa" w:w="3402"/>
          </w:tcPr>
          <w:p>
            <w:r>
              <w:t>пр. Мира, 24А</w:t>
            </w:r>
          </w:p>
        </w:tc>
      </w:tr>
      <w:tr>
        <w:tc>
          <w:tcPr>
            <w:tcW w:type="dxa" w:w="567"/>
          </w:tcPr>
          <w:p>
            <w:r>
              <w:t>779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Маслянино</w:t>
            </w:r>
          </w:p>
        </w:tc>
        <w:tc>
          <w:tcPr>
            <w:tcW w:type="dxa" w:w="3402"/>
          </w:tcPr>
          <w:p>
            <w:r>
              <w:t>ул. Партизанская, 6А</w:t>
            </w:r>
          </w:p>
        </w:tc>
      </w:tr>
      <w:tr>
        <w:tc>
          <w:tcPr>
            <w:tcW w:type="dxa" w:w="567"/>
          </w:tcPr>
          <w:p>
            <w:r>
              <w:t>780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Мошково</w:t>
            </w:r>
          </w:p>
        </w:tc>
        <w:tc>
          <w:tcPr>
            <w:tcW w:type="dxa" w:w="3402"/>
          </w:tcPr>
          <w:p>
            <w:r>
              <w:t>ул. Вокзальная, 89</w:t>
            </w:r>
          </w:p>
        </w:tc>
      </w:tr>
      <w:tr>
        <w:tc>
          <w:tcPr>
            <w:tcW w:type="dxa" w:w="567"/>
          </w:tcPr>
          <w:p>
            <w:r>
              <w:t>781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Новолуговое</w:t>
            </w:r>
          </w:p>
        </w:tc>
        <w:tc>
          <w:tcPr>
            <w:tcW w:type="dxa" w:w="3402"/>
          </w:tcPr>
          <w:p>
            <w:r>
              <w:t>ул. Андреева, 88</w:t>
            </w:r>
          </w:p>
        </w:tc>
      </w:tr>
      <w:tr>
        <w:tc>
          <w:tcPr>
            <w:tcW w:type="dxa" w:w="567"/>
          </w:tcPr>
          <w:p>
            <w:r>
              <w:t>782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2-й Бронный переулок 28/1</w:t>
            </w:r>
          </w:p>
        </w:tc>
      </w:tr>
      <w:tr>
        <w:tc>
          <w:tcPr>
            <w:tcW w:type="dxa" w:w="567"/>
          </w:tcPr>
          <w:p>
            <w:r>
              <w:t>783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Коминтерна, 59</w:t>
            </w:r>
          </w:p>
        </w:tc>
      </w:tr>
      <w:tr>
        <w:tc>
          <w:tcPr>
            <w:tcW w:type="dxa" w:w="567"/>
          </w:tcPr>
          <w:p>
            <w:r>
              <w:t>784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микрорайон Горский,  8</w:t>
            </w:r>
          </w:p>
        </w:tc>
      </w:tr>
      <w:tr>
        <w:tc>
          <w:tcPr>
            <w:tcW w:type="dxa" w:w="567"/>
          </w:tcPr>
          <w:p>
            <w:r>
              <w:t>785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п. 3-й Порт - Артурский, 73</w:t>
            </w:r>
          </w:p>
        </w:tc>
      </w:tr>
      <w:tr>
        <w:tc>
          <w:tcPr>
            <w:tcW w:type="dxa" w:w="567"/>
          </w:tcPr>
          <w:p>
            <w:r>
              <w:t>786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пер. 13-й Бронный, 109</w:t>
            </w:r>
          </w:p>
        </w:tc>
      </w:tr>
      <w:tr>
        <w:tc>
          <w:tcPr>
            <w:tcW w:type="dxa" w:w="567"/>
          </w:tcPr>
          <w:p>
            <w:r>
              <w:t>787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пер. 9-й Порт - Артурский, 76</w:t>
            </w:r>
          </w:p>
        </w:tc>
      </w:tr>
      <w:tr>
        <w:tc>
          <w:tcPr>
            <w:tcW w:type="dxa" w:w="567"/>
          </w:tcPr>
          <w:p>
            <w:r>
              <w:t>788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пер. Твардовского, 13</w:t>
            </w:r>
          </w:p>
        </w:tc>
      </w:tr>
      <w:tr>
        <w:tc>
          <w:tcPr>
            <w:tcW w:type="dxa" w:w="567"/>
          </w:tcPr>
          <w:p>
            <w:r>
              <w:t>789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пос. Озёры, ул. Промышленная, 22</w:t>
            </w:r>
          </w:p>
        </w:tc>
      </w:tr>
      <w:tr>
        <w:tc>
          <w:tcPr>
            <w:tcW w:type="dxa" w:w="567"/>
          </w:tcPr>
          <w:p>
            <w:r>
              <w:t>790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пр. Дзержинского, 77</w:t>
            </w:r>
          </w:p>
        </w:tc>
      </w:tr>
      <w:tr>
        <w:tc>
          <w:tcPr>
            <w:tcW w:type="dxa" w:w="567"/>
          </w:tcPr>
          <w:p>
            <w:r>
              <w:t>791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пр. Красный, 102/4</w:t>
            </w:r>
          </w:p>
        </w:tc>
      </w:tr>
      <w:tr>
        <w:tc>
          <w:tcPr>
            <w:tcW w:type="dxa" w:w="567"/>
          </w:tcPr>
          <w:p>
            <w:r>
              <w:t>792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пр. Красный, 2-1</w:t>
            </w:r>
          </w:p>
        </w:tc>
      </w:tr>
      <w:tr>
        <w:tc>
          <w:tcPr>
            <w:tcW w:type="dxa" w:w="567"/>
          </w:tcPr>
          <w:p>
            <w:r>
              <w:t>793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пр. Красный, 218/2</w:t>
            </w:r>
          </w:p>
        </w:tc>
      </w:tr>
      <w:tr>
        <w:tc>
          <w:tcPr>
            <w:tcW w:type="dxa" w:w="567"/>
          </w:tcPr>
          <w:p>
            <w:r>
              <w:t>794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пр. Красный, 85</w:t>
            </w:r>
          </w:p>
        </w:tc>
      </w:tr>
      <w:tr>
        <w:tc>
          <w:tcPr>
            <w:tcW w:type="dxa" w:w="567"/>
          </w:tcPr>
          <w:p>
            <w:r>
              <w:t>795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п. Элитный, мкр. Березки, 7/4</w:t>
            </w:r>
          </w:p>
        </w:tc>
      </w:tr>
      <w:tr>
        <w:tc>
          <w:tcPr>
            <w:tcW w:type="dxa" w:w="567"/>
          </w:tcPr>
          <w:p>
            <w:r>
              <w:t>796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2-я Высокогорная, 1/1</w:t>
            </w:r>
          </w:p>
        </w:tc>
      </w:tr>
      <w:tr>
        <w:tc>
          <w:tcPr>
            <w:tcW w:type="dxa" w:w="567"/>
          </w:tcPr>
          <w:p>
            <w:r>
              <w:t>797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2-я Марата, 22</w:t>
            </w:r>
          </w:p>
        </w:tc>
      </w:tr>
      <w:tr>
        <w:tc>
          <w:tcPr>
            <w:tcW w:type="dxa" w:w="567"/>
          </w:tcPr>
          <w:p>
            <w:r>
              <w:t>798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2-я Миргородская, 10</w:t>
            </w:r>
          </w:p>
        </w:tc>
      </w:tr>
      <w:tr>
        <w:tc>
          <w:tcPr>
            <w:tcW w:type="dxa" w:w="567"/>
          </w:tcPr>
          <w:p>
            <w:r>
              <w:t>799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2-я Национальная, 5</w:t>
            </w:r>
          </w:p>
        </w:tc>
      </w:tr>
      <w:tr>
        <w:tc>
          <w:tcPr>
            <w:tcW w:type="dxa" w:w="567"/>
          </w:tcPr>
          <w:p>
            <w:r>
              <w:t>800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2-я Портовая, 7</w:t>
            </w:r>
          </w:p>
        </w:tc>
      </w:tr>
      <w:tr>
        <w:tc>
          <w:tcPr>
            <w:tcW w:type="dxa" w:w="567"/>
          </w:tcPr>
          <w:p>
            <w:r>
              <w:t>801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3-я Чулымская, 214</w:t>
            </w:r>
          </w:p>
        </w:tc>
      </w:tr>
      <w:tr>
        <w:tc>
          <w:tcPr>
            <w:tcW w:type="dxa" w:w="567"/>
          </w:tcPr>
          <w:p>
            <w:r>
              <w:t>802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Авиастроителей, 14</w:t>
            </w:r>
          </w:p>
        </w:tc>
      </w:tr>
      <w:tr>
        <w:tc>
          <w:tcPr>
            <w:tcW w:type="dxa" w:w="567"/>
          </w:tcPr>
          <w:p>
            <w:r>
              <w:t>803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Авиастроителей, 1/4</w:t>
            </w:r>
          </w:p>
        </w:tc>
      </w:tr>
      <w:tr>
        <w:tc>
          <w:tcPr>
            <w:tcW w:type="dxa" w:w="567"/>
          </w:tcPr>
          <w:p>
            <w:r>
              <w:t>804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Авиастроителей, 5/1</w:t>
            </w:r>
          </w:p>
        </w:tc>
      </w:tr>
      <w:tr>
        <w:tc>
          <w:tcPr>
            <w:tcW w:type="dxa" w:w="567"/>
          </w:tcPr>
          <w:p>
            <w:r>
              <w:t>805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Автогенная, 75</w:t>
            </w:r>
          </w:p>
        </w:tc>
      </w:tr>
      <w:tr>
        <w:tc>
          <w:tcPr>
            <w:tcW w:type="dxa" w:w="567"/>
          </w:tcPr>
          <w:p>
            <w:r>
              <w:t>806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Беловежская, 10а</w:t>
            </w:r>
          </w:p>
        </w:tc>
      </w:tr>
      <w:tr>
        <w:tc>
          <w:tcPr>
            <w:tcW w:type="dxa" w:w="567"/>
          </w:tcPr>
          <w:p>
            <w:r>
              <w:t>807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Белоусова, 7</w:t>
            </w:r>
          </w:p>
        </w:tc>
      </w:tr>
      <w:tr>
        <w:tc>
          <w:tcPr>
            <w:tcW w:type="dxa" w:w="567"/>
          </w:tcPr>
          <w:p>
            <w:r>
              <w:t>808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Бердышева, 5</w:t>
            </w:r>
          </w:p>
        </w:tc>
      </w:tr>
      <w:tr>
        <w:tc>
          <w:tcPr>
            <w:tcW w:type="dxa" w:w="567"/>
          </w:tcPr>
          <w:p>
            <w:r>
              <w:t>809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Богаткова, 188</w:t>
            </w:r>
          </w:p>
        </w:tc>
      </w:tr>
      <w:tr>
        <w:tc>
          <w:tcPr>
            <w:tcW w:type="dxa" w:w="567"/>
          </w:tcPr>
          <w:p>
            <w:r>
              <w:t>810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Богаткова, 208/3</w:t>
            </w:r>
          </w:p>
        </w:tc>
      </w:tr>
      <w:tr>
        <w:tc>
          <w:tcPr>
            <w:tcW w:type="dxa" w:w="567"/>
          </w:tcPr>
          <w:p>
            <w:r>
              <w:t>811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Богаткова, 213</w:t>
            </w:r>
          </w:p>
        </w:tc>
      </w:tr>
      <w:tr>
        <w:tc>
          <w:tcPr>
            <w:tcW w:type="dxa" w:w="567"/>
          </w:tcPr>
          <w:p>
            <w:r>
              <w:t>812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Богаткова, 253/2</w:t>
            </w:r>
          </w:p>
        </w:tc>
      </w:tr>
      <w:tr>
        <w:tc>
          <w:tcPr>
            <w:tcW w:type="dxa" w:w="567"/>
          </w:tcPr>
          <w:p>
            <w:r>
              <w:t>813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Богаткова, 63/2</w:t>
            </w:r>
          </w:p>
        </w:tc>
      </w:tr>
      <w:tr>
        <w:tc>
          <w:tcPr>
            <w:tcW w:type="dxa" w:w="567"/>
          </w:tcPr>
          <w:p>
            <w:r>
              <w:t>814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Богдана Хмельницкого, 12</w:t>
            </w:r>
          </w:p>
        </w:tc>
      </w:tr>
      <w:tr>
        <w:tc>
          <w:tcPr>
            <w:tcW w:type="dxa" w:w="567"/>
          </w:tcPr>
          <w:p>
            <w:r>
              <w:t>815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Богдана Хмельницкого, 16а</w:t>
            </w:r>
          </w:p>
        </w:tc>
      </w:tr>
      <w:tr>
        <w:tc>
          <w:tcPr>
            <w:tcW w:type="dxa" w:w="567"/>
          </w:tcPr>
          <w:p>
            <w:r>
              <w:t>816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Большая, 596</w:t>
            </w:r>
          </w:p>
        </w:tc>
      </w:tr>
      <w:tr>
        <w:tc>
          <w:tcPr>
            <w:tcW w:type="dxa" w:w="567"/>
          </w:tcPr>
          <w:p>
            <w:r>
              <w:t>817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Большая, 610</w:t>
            </w:r>
          </w:p>
        </w:tc>
      </w:tr>
      <w:tr>
        <w:tc>
          <w:tcPr>
            <w:tcW w:type="dxa" w:w="567"/>
          </w:tcPr>
          <w:p>
            <w:r>
              <w:t>818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Большевистская, 171</w:t>
            </w:r>
          </w:p>
        </w:tc>
      </w:tr>
      <w:tr>
        <w:tc>
          <w:tcPr>
            <w:tcW w:type="dxa" w:w="567"/>
          </w:tcPr>
          <w:p>
            <w:r>
              <w:t>819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Большевистская, 45/1</w:t>
            </w:r>
          </w:p>
        </w:tc>
      </w:tr>
      <w:tr>
        <w:tc>
          <w:tcPr>
            <w:tcW w:type="dxa" w:w="567"/>
          </w:tcPr>
          <w:p>
            <w:r>
              <w:t>820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Бориса Богаткова, 150</w:t>
            </w:r>
          </w:p>
        </w:tc>
      </w:tr>
      <w:tr>
        <w:tc>
          <w:tcPr>
            <w:tcW w:type="dxa" w:w="567"/>
          </w:tcPr>
          <w:p>
            <w:r>
              <w:t>821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Бориса Богаткова, 163, корпус 1</w:t>
            </w:r>
          </w:p>
        </w:tc>
      </w:tr>
      <w:tr>
        <w:tc>
          <w:tcPr>
            <w:tcW w:type="dxa" w:w="567"/>
          </w:tcPr>
          <w:p>
            <w:r>
              <w:t>822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Бориса Богаткова, 203/1</w:t>
            </w:r>
          </w:p>
        </w:tc>
      </w:tr>
      <w:tr>
        <w:tc>
          <w:tcPr>
            <w:tcW w:type="dxa" w:w="567"/>
          </w:tcPr>
          <w:p>
            <w:r>
              <w:t>823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Бориса Богаткова, 239/1</w:t>
            </w:r>
          </w:p>
        </w:tc>
      </w:tr>
      <w:tr>
        <w:tc>
          <w:tcPr>
            <w:tcW w:type="dxa" w:w="567"/>
          </w:tcPr>
          <w:p>
            <w:r>
              <w:t>824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Бориса Богаткова, 266/2</w:t>
            </w:r>
          </w:p>
        </w:tc>
      </w:tr>
      <w:tr>
        <w:tc>
          <w:tcPr>
            <w:tcW w:type="dxa" w:w="567"/>
          </w:tcPr>
          <w:p>
            <w:r>
              <w:t>825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Б.Хмельницкого, 33</w:t>
            </w:r>
          </w:p>
        </w:tc>
      </w:tr>
      <w:tr>
        <w:tc>
          <w:tcPr>
            <w:tcW w:type="dxa" w:w="567"/>
          </w:tcPr>
          <w:p>
            <w:r>
              <w:t>826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Вавилова, 1</w:t>
            </w:r>
          </w:p>
        </w:tc>
      </w:tr>
      <w:tr>
        <w:tc>
          <w:tcPr>
            <w:tcW w:type="dxa" w:w="567"/>
          </w:tcPr>
          <w:p>
            <w:r>
              <w:t>827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 xml:space="preserve">ул. Ватутина, 15 </w:t>
            </w:r>
          </w:p>
        </w:tc>
      </w:tr>
      <w:tr>
        <w:tc>
          <w:tcPr>
            <w:tcW w:type="dxa" w:w="567"/>
          </w:tcPr>
          <w:p>
            <w:r>
              <w:t>828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Ватутина, 31</w:t>
            </w:r>
          </w:p>
        </w:tc>
      </w:tr>
      <w:tr>
        <w:tc>
          <w:tcPr>
            <w:tcW w:type="dxa" w:w="567"/>
          </w:tcPr>
          <w:p>
            <w:r>
              <w:t>829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Вертковская, 38</w:t>
            </w:r>
          </w:p>
        </w:tc>
      </w:tr>
      <w:tr>
        <w:tc>
          <w:tcPr>
            <w:tcW w:type="dxa" w:w="567"/>
          </w:tcPr>
          <w:p>
            <w:r>
              <w:t>830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Вилюйская, 9</w:t>
            </w:r>
          </w:p>
        </w:tc>
      </w:tr>
      <w:tr>
        <w:tc>
          <w:tcPr>
            <w:tcW w:type="dxa" w:w="567"/>
          </w:tcPr>
          <w:p>
            <w:r>
              <w:t>831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Владимировская, 3</w:t>
            </w:r>
          </w:p>
        </w:tc>
      </w:tr>
      <w:tr>
        <w:tc>
          <w:tcPr>
            <w:tcW w:type="dxa" w:w="567"/>
          </w:tcPr>
          <w:p>
            <w:r>
              <w:t>832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Вознесенская, 1</w:t>
            </w:r>
          </w:p>
        </w:tc>
      </w:tr>
      <w:tr>
        <w:tc>
          <w:tcPr>
            <w:tcW w:type="dxa" w:w="567"/>
          </w:tcPr>
          <w:p>
            <w:r>
              <w:t>833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Вокзальная магистраль, 4\1</w:t>
            </w:r>
          </w:p>
        </w:tc>
      </w:tr>
      <w:tr>
        <w:tc>
          <w:tcPr>
            <w:tcW w:type="dxa" w:w="567"/>
          </w:tcPr>
          <w:p>
            <w:r>
              <w:t>834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Восход, 7</w:t>
            </w:r>
          </w:p>
        </w:tc>
      </w:tr>
      <w:tr>
        <w:tc>
          <w:tcPr>
            <w:tcW w:type="dxa" w:w="567"/>
          </w:tcPr>
          <w:p>
            <w:r>
              <w:t>835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Выборная, 122</w:t>
            </w:r>
          </w:p>
        </w:tc>
      </w:tr>
      <w:tr>
        <w:tc>
          <w:tcPr>
            <w:tcW w:type="dxa" w:w="567"/>
          </w:tcPr>
          <w:p>
            <w:r>
              <w:t>836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Высоцкого, 39, корп. 1</w:t>
            </w:r>
          </w:p>
        </w:tc>
      </w:tr>
      <w:tr>
        <w:tc>
          <w:tcPr>
            <w:tcW w:type="dxa" w:w="567"/>
          </w:tcPr>
          <w:p>
            <w:r>
              <w:t>837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Габова, 25</w:t>
            </w:r>
          </w:p>
        </w:tc>
      </w:tr>
      <w:tr>
        <w:tc>
          <w:tcPr>
            <w:tcW w:type="dxa" w:w="567"/>
          </w:tcPr>
          <w:p>
            <w:r>
              <w:t>838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Галущака, 4</w:t>
            </w:r>
          </w:p>
        </w:tc>
      </w:tr>
      <w:tr>
        <w:tc>
          <w:tcPr>
            <w:tcW w:type="dxa" w:w="567"/>
          </w:tcPr>
          <w:p>
            <w:r>
              <w:t>839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Героев Революции, 11</w:t>
            </w:r>
          </w:p>
        </w:tc>
      </w:tr>
      <w:tr>
        <w:tc>
          <w:tcPr>
            <w:tcW w:type="dxa" w:w="567"/>
          </w:tcPr>
          <w:p>
            <w:r>
              <w:t>840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Герцена, 12</w:t>
            </w:r>
          </w:p>
        </w:tc>
      </w:tr>
      <w:tr>
        <w:tc>
          <w:tcPr>
            <w:tcW w:type="dxa" w:w="567"/>
          </w:tcPr>
          <w:p>
            <w:r>
              <w:t>841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Гоголя, 34</w:t>
            </w:r>
          </w:p>
        </w:tc>
      </w:tr>
      <w:tr>
        <w:tc>
          <w:tcPr>
            <w:tcW w:type="dxa" w:w="567"/>
          </w:tcPr>
          <w:p>
            <w:r>
              <w:t>842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Горького, 54</w:t>
            </w:r>
          </w:p>
        </w:tc>
      </w:tr>
      <w:tr>
        <w:tc>
          <w:tcPr>
            <w:tcW w:type="dxa" w:w="567"/>
          </w:tcPr>
          <w:p>
            <w:r>
              <w:t>843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Гусинобродское шоссе, 31</w:t>
            </w:r>
          </w:p>
        </w:tc>
      </w:tr>
      <w:tr>
        <w:tc>
          <w:tcPr>
            <w:tcW w:type="dxa" w:w="567"/>
          </w:tcPr>
          <w:p>
            <w:r>
              <w:t>844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Дачная, 44А</w:t>
            </w:r>
          </w:p>
        </w:tc>
      </w:tr>
      <w:tr>
        <w:tc>
          <w:tcPr>
            <w:tcW w:type="dxa" w:w="567"/>
          </w:tcPr>
          <w:p>
            <w:r>
              <w:t>845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Декабристов, 115</w:t>
            </w:r>
          </w:p>
        </w:tc>
      </w:tr>
      <w:tr>
        <w:tc>
          <w:tcPr>
            <w:tcW w:type="dxa" w:w="567"/>
          </w:tcPr>
          <w:p>
            <w:r>
              <w:t>846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Демакова, 20</w:t>
            </w:r>
          </w:p>
        </w:tc>
      </w:tr>
      <w:tr>
        <w:tc>
          <w:tcPr>
            <w:tcW w:type="dxa" w:w="567"/>
          </w:tcPr>
          <w:p>
            <w:r>
              <w:t>847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Державина, 1</w:t>
            </w:r>
          </w:p>
        </w:tc>
      </w:tr>
      <w:tr>
        <w:tc>
          <w:tcPr>
            <w:tcW w:type="dxa" w:w="567"/>
          </w:tcPr>
          <w:p>
            <w:r>
              <w:t>848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Динамовцев, 3</w:t>
            </w:r>
          </w:p>
        </w:tc>
      </w:tr>
      <w:tr>
        <w:tc>
          <w:tcPr>
            <w:tcW w:type="dxa" w:w="567"/>
          </w:tcPr>
          <w:p>
            <w:r>
              <w:t>849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Д.Ковальчук, 179/4</w:t>
            </w:r>
          </w:p>
        </w:tc>
      </w:tr>
      <w:tr>
        <w:tc>
          <w:tcPr>
            <w:tcW w:type="dxa" w:w="567"/>
          </w:tcPr>
          <w:p>
            <w:r>
              <w:t>850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Д. Ковальчук, 274/1</w:t>
            </w:r>
          </w:p>
        </w:tc>
      </w:tr>
      <w:tr>
        <w:tc>
          <w:tcPr>
            <w:tcW w:type="dxa" w:w="567"/>
          </w:tcPr>
          <w:p>
            <w:r>
              <w:t>851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Д. Ковальчук, 378а</w:t>
            </w:r>
          </w:p>
        </w:tc>
      </w:tr>
      <w:tr>
        <w:tc>
          <w:tcPr>
            <w:tcW w:type="dxa" w:w="567"/>
          </w:tcPr>
          <w:p>
            <w:r>
              <w:t>852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Дмитрия Шмонина, 6а</w:t>
            </w:r>
          </w:p>
        </w:tc>
      </w:tr>
      <w:tr>
        <w:tc>
          <w:tcPr>
            <w:tcW w:type="dxa" w:w="567"/>
          </w:tcPr>
          <w:p>
            <w:r>
              <w:t>853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Дуси Ковальчук, 12</w:t>
            </w:r>
          </w:p>
        </w:tc>
      </w:tr>
      <w:tr>
        <w:tc>
          <w:tcPr>
            <w:tcW w:type="dxa" w:w="567"/>
          </w:tcPr>
          <w:p>
            <w:r>
              <w:t>854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Дуси Ковальчук, 260</w:t>
            </w:r>
          </w:p>
        </w:tc>
      </w:tr>
      <w:tr>
        <w:tc>
          <w:tcPr>
            <w:tcW w:type="dxa" w:w="567"/>
          </w:tcPr>
          <w:p>
            <w:r>
              <w:t>855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Ельцовская, 2</w:t>
            </w:r>
          </w:p>
        </w:tc>
      </w:tr>
      <w:tr>
        <w:tc>
          <w:tcPr>
            <w:tcW w:type="dxa" w:w="567"/>
          </w:tcPr>
          <w:p>
            <w:r>
              <w:t>856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Есенина, 55</w:t>
            </w:r>
          </w:p>
        </w:tc>
      </w:tr>
      <w:tr>
        <w:tc>
          <w:tcPr>
            <w:tcW w:type="dxa" w:w="567"/>
          </w:tcPr>
          <w:p>
            <w:r>
              <w:t>857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Забалуева, 49/1</w:t>
            </w:r>
          </w:p>
        </w:tc>
      </w:tr>
      <w:tr>
        <w:tc>
          <w:tcPr>
            <w:tcW w:type="dxa" w:w="567"/>
          </w:tcPr>
          <w:p>
            <w:r>
              <w:t>858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Забалуева, д.78</w:t>
            </w:r>
          </w:p>
        </w:tc>
      </w:tr>
      <w:tr>
        <w:tc>
          <w:tcPr>
            <w:tcW w:type="dxa" w:w="567"/>
          </w:tcPr>
          <w:p>
            <w:r>
              <w:t>859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Заречная, 4</w:t>
            </w:r>
          </w:p>
        </w:tc>
      </w:tr>
      <w:tr>
        <w:tc>
          <w:tcPr>
            <w:tcW w:type="dxa" w:w="567"/>
          </w:tcPr>
          <w:p>
            <w:r>
              <w:t>860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Заровного, 26</w:t>
            </w:r>
          </w:p>
        </w:tc>
      </w:tr>
      <w:tr>
        <w:tc>
          <w:tcPr>
            <w:tcW w:type="dxa" w:w="567"/>
          </w:tcPr>
          <w:p>
            <w:r>
              <w:t>861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Зорге, 129/4</w:t>
            </w:r>
          </w:p>
        </w:tc>
      </w:tr>
      <w:tr>
        <w:tc>
          <w:tcPr>
            <w:tcW w:type="dxa" w:w="567"/>
          </w:tcPr>
          <w:p>
            <w:r>
              <w:t>862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Зорге, 261/1</w:t>
            </w:r>
          </w:p>
        </w:tc>
      </w:tr>
      <w:tr>
        <w:tc>
          <w:tcPr>
            <w:tcW w:type="dxa" w:w="567"/>
          </w:tcPr>
          <w:p>
            <w:r>
              <w:t>863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Зыряновская, 34/1</w:t>
            </w:r>
          </w:p>
        </w:tc>
      </w:tr>
      <w:tr>
        <w:tc>
          <w:tcPr>
            <w:tcW w:type="dxa" w:w="567"/>
          </w:tcPr>
          <w:p>
            <w:r>
              <w:t>864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Иванова, 31</w:t>
            </w:r>
          </w:p>
        </w:tc>
      </w:tr>
      <w:tr>
        <w:tc>
          <w:tcPr>
            <w:tcW w:type="dxa" w:w="567"/>
          </w:tcPr>
          <w:p>
            <w:r>
              <w:t>865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Иванова, 37</w:t>
            </w:r>
          </w:p>
        </w:tc>
      </w:tr>
      <w:tr>
        <w:tc>
          <w:tcPr>
            <w:tcW w:type="dxa" w:w="567"/>
          </w:tcPr>
          <w:p>
            <w:r>
              <w:t>866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Иванова, 4</w:t>
            </w:r>
          </w:p>
        </w:tc>
      </w:tr>
      <w:tr>
        <w:tc>
          <w:tcPr>
            <w:tcW w:type="dxa" w:w="567"/>
          </w:tcPr>
          <w:p>
            <w:r>
              <w:t>867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Ипподромская, 42</w:t>
            </w:r>
          </w:p>
        </w:tc>
      </w:tr>
      <w:tr>
        <w:tc>
          <w:tcPr>
            <w:tcW w:type="dxa" w:w="567"/>
          </w:tcPr>
          <w:p>
            <w:r>
              <w:t>868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Карла Маркса, 55</w:t>
            </w:r>
          </w:p>
        </w:tc>
      </w:tr>
      <w:tr>
        <w:tc>
          <w:tcPr>
            <w:tcW w:type="dxa" w:w="567"/>
          </w:tcPr>
          <w:p>
            <w:r>
              <w:t>869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Каунасская, 6</w:t>
            </w:r>
          </w:p>
        </w:tc>
      </w:tr>
      <w:tr>
        <w:tc>
          <w:tcPr>
            <w:tcW w:type="dxa" w:w="567"/>
          </w:tcPr>
          <w:p>
            <w:r>
              <w:t>870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Кирова, 319</w:t>
            </w:r>
          </w:p>
        </w:tc>
      </w:tr>
      <w:tr>
        <w:tc>
          <w:tcPr>
            <w:tcW w:type="dxa" w:w="567"/>
          </w:tcPr>
          <w:p>
            <w:r>
              <w:t>871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Ключ-Камышенское плато, 6/1</w:t>
            </w:r>
          </w:p>
        </w:tc>
      </w:tr>
      <w:tr>
        <w:tc>
          <w:tcPr>
            <w:tcW w:type="dxa" w:w="567"/>
          </w:tcPr>
          <w:p>
            <w:r>
              <w:t>872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Колхидская, 11</w:t>
            </w:r>
          </w:p>
        </w:tc>
      </w:tr>
      <w:tr>
        <w:tc>
          <w:tcPr>
            <w:tcW w:type="dxa" w:w="567"/>
          </w:tcPr>
          <w:p>
            <w:r>
              <w:t>873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Комсомольская, 31</w:t>
            </w:r>
          </w:p>
        </w:tc>
      </w:tr>
      <w:tr>
        <w:tc>
          <w:tcPr>
            <w:tcW w:type="dxa" w:w="567"/>
          </w:tcPr>
          <w:p>
            <w:r>
              <w:t>874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Комсомольская, 4</w:t>
            </w:r>
          </w:p>
        </w:tc>
      </w:tr>
      <w:tr>
        <w:tc>
          <w:tcPr>
            <w:tcW w:type="dxa" w:w="567"/>
          </w:tcPr>
          <w:p>
            <w:r>
              <w:t>875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Королева, 16</w:t>
            </w:r>
          </w:p>
        </w:tc>
      </w:tr>
      <w:tr>
        <w:tc>
          <w:tcPr>
            <w:tcW w:type="dxa" w:w="567"/>
          </w:tcPr>
          <w:p>
            <w:r>
              <w:t>876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Королева, 21/1</w:t>
            </w:r>
          </w:p>
        </w:tc>
      </w:tr>
      <w:tr>
        <w:tc>
          <w:tcPr>
            <w:tcW w:type="dxa" w:w="567"/>
          </w:tcPr>
          <w:p>
            <w:r>
              <w:t>877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Костычева, 40/2</w:t>
            </w:r>
          </w:p>
        </w:tc>
      </w:tr>
      <w:tr>
        <w:tc>
          <w:tcPr>
            <w:tcW w:type="dxa" w:w="567"/>
          </w:tcPr>
          <w:p>
            <w:r>
              <w:t>878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Котовского, 20</w:t>
            </w:r>
          </w:p>
        </w:tc>
      </w:tr>
      <w:tr>
        <w:tc>
          <w:tcPr>
            <w:tcW w:type="dxa" w:w="567"/>
          </w:tcPr>
          <w:p>
            <w:r>
              <w:t>879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Котовского, 40</w:t>
            </w:r>
          </w:p>
        </w:tc>
      </w:tr>
      <w:tr>
        <w:tc>
          <w:tcPr>
            <w:tcW w:type="dxa" w:w="567"/>
          </w:tcPr>
          <w:p>
            <w:r>
              <w:t>880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Кошурникова, 7/2</w:t>
            </w:r>
          </w:p>
        </w:tc>
      </w:tr>
      <w:tr>
        <w:tc>
          <w:tcPr>
            <w:tcW w:type="dxa" w:w="567"/>
          </w:tcPr>
          <w:p>
            <w:r>
              <w:t>881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Красноярская, 32</w:t>
            </w:r>
          </w:p>
        </w:tc>
      </w:tr>
      <w:tr>
        <w:tc>
          <w:tcPr>
            <w:tcW w:type="dxa" w:w="567"/>
          </w:tcPr>
          <w:p>
            <w:r>
              <w:t>882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Красный проспект, 70</w:t>
            </w:r>
          </w:p>
        </w:tc>
      </w:tr>
      <w:tr>
        <w:tc>
          <w:tcPr>
            <w:tcW w:type="dxa" w:w="567"/>
          </w:tcPr>
          <w:p>
            <w:r>
              <w:t>883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Кропоткина, 120/3</w:t>
            </w:r>
          </w:p>
        </w:tc>
      </w:tr>
      <w:tr>
        <w:tc>
          <w:tcPr>
            <w:tcW w:type="dxa" w:w="567"/>
          </w:tcPr>
          <w:p>
            <w:r>
              <w:t>884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Кропоткина, 132/3</w:t>
            </w:r>
          </w:p>
        </w:tc>
      </w:tr>
      <w:tr>
        <w:tc>
          <w:tcPr>
            <w:tcW w:type="dxa" w:w="567"/>
          </w:tcPr>
          <w:p>
            <w:r>
              <w:t>885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Кропоткина, 288</w:t>
            </w:r>
          </w:p>
        </w:tc>
      </w:tr>
      <w:tr>
        <w:tc>
          <w:tcPr>
            <w:tcW w:type="dxa" w:w="567"/>
          </w:tcPr>
          <w:p>
            <w:r>
              <w:t>886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Кубовая, 110</w:t>
            </w:r>
          </w:p>
        </w:tc>
      </w:tr>
      <w:tr>
        <w:tc>
          <w:tcPr>
            <w:tcW w:type="dxa" w:w="567"/>
          </w:tcPr>
          <w:p>
            <w:r>
              <w:t>887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Куприна, 8/1</w:t>
            </w:r>
          </w:p>
        </w:tc>
      </w:tr>
      <w:tr>
        <w:tc>
          <w:tcPr>
            <w:tcW w:type="dxa" w:w="567"/>
          </w:tcPr>
          <w:p>
            <w:r>
              <w:t>888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Лазурная, 2/2</w:t>
            </w:r>
          </w:p>
        </w:tc>
      </w:tr>
      <w:tr>
        <w:tc>
          <w:tcPr>
            <w:tcW w:type="dxa" w:w="567"/>
          </w:tcPr>
          <w:p>
            <w:r>
              <w:t>889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Лежена, 9/5</w:t>
            </w:r>
          </w:p>
        </w:tc>
      </w:tr>
      <w:tr>
        <w:tc>
          <w:tcPr>
            <w:tcW w:type="dxa" w:w="567"/>
          </w:tcPr>
          <w:p>
            <w:r>
              <w:t>890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Лейтенанта Амосова, 64</w:t>
            </w:r>
          </w:p>
        </w:tc>
      </w:tr>
      <w:tr>
        <w:tc>
          <w:tcPr>
            <w:tcW w:type="dxa" w:w="567"/>
          </w:tcPr>
          <w:p>
            <w:r>
              <w:t>891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Ленина, 81</w:t>
            </w:r>
          </w:p>
        </w:tc>
      </w:tr>
      <w:tr>
        <w:tc>
          <w:tcPr>
            <w:tcW w:type="dxa" w:w="567"/>
          </w:tcPr>
          <w:p>
            <w:r>
              <w:t>892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Линейная, 124</w:t>
            </w:r>
          </w:p>
        </w:tc>
      </w:tr>
      <w:tr>
        <w:tc>
          <w:tcPr>
            <w:tcW w:type="dxa" w:w="567"/>
          </w:tcPr>
          <w:p>
            <w:r>
              <w:t>893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Лобачевского, 54</w:t>
            </w:r>
          </w:p>
        </w:tc>
      </w:tr>
      <w:tr>
        <w:tc>
          <w:tcPr>
            <w:tcW w:type="dxa" w:w="567"/>
          </w:tcPr>
          <w:p>
            <w:r>
              <w:t>894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Макаренко, 25</w:t>
            </w:r>
          </w:p>
        </w:tc>
      </w:tr>
      <w:tr>
        <w:tc>
          <w:tcPr>
            <w:tcW w:type="dxa" w:w="567"/>
          </w:tcPr>
          <w:p>
            <w:r>
              <w:t>895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Менделеева, 13а</w:t>
            </w:r>
          </w:p>
        </w:tc>
      </w:tr>
      <w:tr>
        <w:tc>
          <w:tcPr>
            <w:tcW w:type="dxa" w:w="567"/>
          </w:tcPr>
          <w:p>
            <w:r>
              <w:t>896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Московская, 165, к.1</w:t>
            </w:r>
          </w:p>
        </w:tc>
      </w:tr>
      <w:tr>
        <w:tc>
          <w:tcPr>
            <w:tcW w:type="dxa" w:w="567"/>
          </w:tcPr>
          <w:p>
            <w:r>
              <w:t>897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Мясниковой, 27</w:t>
            </w:r>
          </w:p>
        </w:tc>
      </w:tr>
      <w:tr>
        <w:tc>
          <w:tcPr>
            <w:tcW w:type="dxa" w:w="567"/>
          </w:tcPr>
          <w:p>
            <w:r>
              <w:t>898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Народная, 48</w:t>
            </w:r>
          </w:p>
        </w:tc>
      </w:tr>
      <w:tr>
        <w:tc>
          <w:tcPr>
            <w:tcW w:type="dxa" w:w="567"/>
          </w:tcPr>
          <w:p>
            <w:r>
              <w:t>899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Нарымская, 19</w:t>
            </w:r>
          </w:p>
        </w:tc>
      </w:tr>
      <w:tr>
        <w:tc>
          <w:tcPr>
            <w:tcW w:type="dxa" w:w="567"/>
          </w:tcPr>
          <w:p>
            <w:r>
              <w:t>900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Нарымская, 25</w:t>
            </w:r>
          </w:p>
        </w:tc>
      </w:tr>
      <w:tr>
        <w:tc>
          <w:tcPr>
            <w:tcW w:type="dxa" w:w="567"/>
          </w:tcPr>
          <w:p>
            <w:r>
              <w:t>901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Наумова, 26</w:t>
            </w:r>
          </w:p>
        </w:tc>
      </w:tr>
      <w:tr>
        <w:tc>
          <w:tcPr>
            <w:tcW w:type="dxa" w:w="567"/>
          </w:tcPr>
          <w:p>
            <w:r>
              <w:t>902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Никитина, 13</w:t>
            </w:r>
          </w:p>
        </w:tc>
      </w:tr>
      <w:tr>
        <w:tc>
          <w:tcPr>
            <w:tcW w:type="dxa" w:w="567"/>
          </w:tcPr>
          <w:p>
            <w:r>
              <w:t>903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Никитина, 49/1</w:t>
            </w:r>
          </w:p>
        </w:tc>
      </w:tr>
      <w:tr>
        <w:tc>
          <w:tcPr>
            <w:tcW w:type="dxa" w:w="567"/>
          </w:tcPr>
          <w:p>
            <w:r>
              <w:t>904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Николая Сотникова, 10</w:t>
            </w:r>
          </w:p>
        </w:tc>
      </w:tr>
      <w:tr>
        <w:tc>
          <w:tcPr>
            <w:tcW w:type="dxa" w:w="567"/>
          </w:tcPr>
          <w:p>
            <w:r>
              <w:t>905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Новая, 24</w:t>
            </w:r>
          </w:p>
        </w:tc>
      </w:tr>
      <w:tr>
        <w:tc>
          <w:tcPr>
            <w:tcW w:type="dxa" w:w="567"/>
          </w:tcPr>
          <w:p>
            <w:r>
              <w:t>906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Новосибирская, 25а</w:t>
            </w:r>
          </w:p>
        </w:tc>
      </w:tr>
      <w:tr>
        <w:tc>
          <w:tcPr>
            <w:tcW w:type="dxa" w:w="567"/>
          </w:tcPr>
          <w:p>
            <w:r>
              <w:t>907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Новоуральская, 14</w:t>
            </w:r>
          </w:p>
        </w:tc>
      </w:tr>
      <w:tr>
        <w:tc>
          <w:tcPr>
            <w:tcW w:type="dxa" w:w="567"/>
          </w:tcPr>
          <w:p>
            <w:r>
              <w:t>908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Обогатительная, 9</w:t>
            </w:r>
          </w:p>
        </w:tc>
      </w:tr>
      <w:tr>
        <w:tc>
          <w:tcPr>
            <w:tcW w:type="dxa" w:w="567"/>
          </w:tcPr>
          <w:p>
            <w:r>
              <w:t>909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Объединения, 100/3</w:t>
            </w:r>
          </w:p>
        </w:tc>
      </w:tr>
      <w:tr>
        <w:tc>
          <w:tcPr>
            <w:tcW w:type="dxa" w:w="567"/>
          </w:tcPr>
          <w:p>
            <w:r>
              <w:t>910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Объединения, 27</w:t>
            </w:r>
          </w:p>
        </w:tc>
      </w:tr>
      <w:tr>
        <w:tc>
          <w:tcPr>
            <w:tcW w:type="dxa" w:w="567"/>
          </w:tcPr>
          <w:p>
            <w:r>
              <w:t>911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Одоевского, 1/12</w:t>
            </w:r>
          </w:p>
        </w:tc>
      </w:tr>
      <w:tr>
        <w:tc>
          <w:tcPr>
            <w:tcW w:type="dxa" w:w="567"/>
          </w:tcPr>
          <w:p>
            <w:r>
              <w:t>912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Одоевского, 1 стр. 8а</w:t>
            </w:r>
          </w:p>
        </w:tc>
      </w:tr>
      <w:tr>
        <w:tc>
          <w:tcPr>
            <w:tcW w:type="dxa" w:w="567"/>
          </w:tcPr>
          <w:p>
            <w:r>
              <w:t>913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Орджоникидзе, 35</w:t>
            </w:r>
          </w:p>
        </w:tc>
      </w:tr>
      <w:tr>
        <w:tc>
          <w:tcPr>
            <w:tcW w:type="dxa" w:w="567"/>
          </w:tcPr>
          <w:p>
            <w:r>
              <w:t>914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Пархоменко, 8</w:t>
            </w:r>
          </w:p>
        </w:tc>
      </w:tr>
      <w:tr>
        <w:tc>
          <w:tcPr>
            <w:tcW w:type="dxa" w:w="567"/>
          </w:tcPr>
          <w:p>
            <w:r>
              <w:t>915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Первомайская, 188</w:t>
            </w:r>
          </w:p>
        </w:tc>
      </w:tr>
      <w:tr>
        <w:tc>
          <w:tcPr>
            <w:tcW w:type="dxa" w:w="567"/>
          </w:tcPr>
          <w:p>
            <w:r>
              <w:t>916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Первомайская, 234</w:t>
            </w:r>
          </w:p>
        </w:tc>
      </w:tr>
      <w:tr>
        <w:tc>
          <w:tcPr>
            <w:tcW w:type="dxa" w:w="567"/>
          </w:tcPr>
          <w:p>
            <w:r>
              <w:t>917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Петухова, 14б</w:t>
            </w:r>
          </w:p>
        </w:tc>
      </w:tr>
      <w:tr>
        <w:tc>
          <w:tcPr>
            <w:tcW w:type="dxa" w:w="567"/>
          </w:tcPr>
          <w:p>
            <w:r>
              <w:t>918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Петухова, 38</w:t>
            </w:r>
          </w:p>
        </w:tc>
      </w:tr>
      <w:tr>
        <w:tc>
          <w:tcPr>
            <w:tcW w:type="dxa" w:w="567"/>
          </w:tcPr>
          <w:p>
            <w:r>
              <w:t>919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Петухова, 55/1</w:t>
            </w:r>
          </w:p>
        </w:tc>
      </w:tr>
      <w:tr>
        <w:tc>
          <w:tcPr>
            <w:tcW w:type="dxa" w:w="567"/>
          </w:tcPr>
          <w:p>
            <w:r>
              <w:t>920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Петухова, 76</w:t>
            </w:r>
          </w:p>
        </w:tc>
      </w:tr>
      <w:tr>
        <w:tc>
          <w:tcPr>
            <w:tcW w:type="dxa" w:w="567"/>
          </w:tcPr>
          <w:p>
            <w:r>
              <w:t>921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Печатников, 1</w:t>
            </w:r>
          </w:p>
        </w:tc>
      </w:tr>
      <w:tr>
        <w:tc>
          <w:tcPr>
            <w:tcW w:type="dxa" w:w="567"/>
          </w:tcPr>
          <w:p>
            <w:r>
              <w:t>922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Планетная, 30</w:t>
            </w:r>
          </w:p>
        </w:tc>
      </w:tr>
      <w:tr>
        <w:tc>
          <w:tcPr>
            <w:tcW w:type="dxa" w:w="567"/>
          </w:tcPr>
          <w:p>
            <w:r>
              <w:t>923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Планировочная, 16А</w:t>
            </w:r>
          </w:p>
        </w:tc>
      </w:tr>
      <w:tr>
        <w:tc>
          <w:tcPr>
            <w:tcW w:type="dxa" w:w="567"/>
          </w:tcPr>
          <w:p>
            <w:r>
              <w:t>924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Полтавская, 47б</w:t>
            </w:r>
          </w:p>
        </w:tc>
      </w:tr>
      <w:tr>
        <w:tc>
          <w:tcPr>
            <w:tcW w:type="dxa" w:w="567"/>
          </w:tcPr>
          <w:p>
            <w:r>
              <w:t>925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Пролетарская, 48/1</w:t>
            </w:r>
          </w:p>
        </w:tc>
      </w:tr>
      <w:tr>
        <w:tc>
          <w:tcPr>
            <w:tcW w:type="dxa" w:w="567"/>
          </w:tcPr>
          <w:p>
            <w:r>
              <w:t>926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Разъездная, 16</w:t>
            </w:r>
          </w:p>
        </w:tc>
      </w:tr>
      <w:tr>
        <w:tc>
          <w:tcPr>
            <w:tcW w:type="dxa" w:w="567"/>
          </w:tcPr>
          <w:p>
            <w:r>
              <w:t>927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Рассветная, 11</w:t>
            </w:r>
          </w:p>
        </w:tc>
      </w:tr>
      <w:tr>
        <w:tc>
          <w:tcPr>
            <w:tcW w:type="dxa" w:w="567"/>
          </w:tcPr>
          <w:p>
            <w:r>
              <w:t>928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Римского-Корсакова, 14</w:t>
            </w:r>
          </w:p>
        </w:tc>
      </w:tr>
      <w:tr>
        <w:tc>
          <w:tcPr>
            <w:tcW w:type="dxa" w:w="567"/>
          </w:tcPr>
          <w:p>
            <w:r>
              <w:t>929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Родники, 2</w:t>
            </w:r>
          </w:p>
        </w:tc>
      </w:tr>
      <w:tr>
        <w:tc>
          <w:tcPr>
            <w:tcW w:type="dxa" w:w="567"/>
          </w:tcPr>
          <w:p>
            <w:r>
              <w:t>930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Свечникова, 1</w:t>
            </w:r>
          </w:p>
        </w:tc>
      </w:tr>
      <w:tr>
        <w:tc>
          <w:tcPr>
            <w:tcW w:type="dxa" w:w="567"/>
          </w:tcPr>
          <w:p>
            <w:r>
              <w:t>931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Семьи Шамшиных, 37а</w:t>
            </w:r>
          </w:p>
        </w:tc>
      </w:tr>
      <w:tr>
        <w:tc>
          <w:tcPr>
            <w:tcW w:type="dxa" w:w="567"/>
          </w:tcPr>
          <w:p>
            <w:r>
              <w:t>932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Серебренниковская, 3</w:t>
            </w:r>
          </w:p>
        </w:tc>
      </w:tr>
      <w:tr>
        <w:tc>
          <w:tcPr>
            <w:tcW w:type="dxa" w:w="567"/>
          </w:tcPr>
          <w:p>
            <w:r>
              <w:t>933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Сержанта Коротаева, 5</w:t>
            </w:r>
          </w:p>
        </w:tc>
      </w:tr>
      <w:tr>
        <w:tc>
          <w:tcPr>
            <w:tcW w:type="dxa" w:w="567"/>
          </w:tcPr>
          <w:p>
            <w:r>
              <w:t>934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Сибиряков-Гвардейцев, 32</w:t>
            </w:r>
          </w:p>
        </w:tc>
      </w:tr>
      <w:tr>
        <w:tc>
          <w:tcPr>
            <w:tcW w:type="dxa" w:w="567"/>
          </w:tcPr>
          <w:p>
            <w:r>
              <w:t>935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Сибиряков-Гвардейцев, 62</w:t>
            </w:r>
          </w:p>
        </w:tc>
      </w:tr>
      <w:tr>
        <w:tc>
          <w:tcPr>
            <w:tcW w:type="dxa" w:w="567"/>
          </w:tcPr>
          <w:p>
            <w:r>
              <w:t>936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Советская, 15</w:t>
            </w:r>
          </w:p>
        </w:tc>
      </w:tr>
      <w:tr>
        <w:tc>
          <w:tcPr>
            <w:tcW w:type="dxa" w:w="567"/>
          </w:tcPr>
          <w:p>
            <w:r>
              <w:t>937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Советская, 58</w:t>
            </w:r>
          </w:p>
        </w:tc>
      </w:tr>
      <w:tr>
        <w:tc>
          <w:tcPr>
            <w:tcW w:type="dxa" w:w="567"/>
          </w:tcPr>
          <w:p>
            <w:r>
              <w:t>938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Солидарности, 14</w:t>
            </w:r>
          </w:p>
        </w:tc>
      </w:tr>
      <w:tr>
        <w:tc>
          <w:tcPr>
            <w:tcW w:type="dxa" w:w="567"/>
          </w:tcPr>
          <w:p>
            <w:r>
              <w:t>939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Софийская, 1б</w:t>
            </w:r>
          </w:p>
        </w:tc>
      </w:tr>
      <w:tr>
        <w:tc>
          <w:tcPr>
            <w:tcW w:type="dxa" w:w="567"/>
          </w:tcPr>
          <w:p>
            <w:r>
              <w:t>940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Станиславского, 12</w:t>
            </w:r>
          </w:p>
        </w:tc>
      </w:tr>
      <w:tr>
        <w:tc>
          <w:tcPr>
            <w:tcW w:type="dxa" w:w="567"/>
          </w:tcPr>
          <w:p>
            <w:r>
              <w:t>941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Станиславского, 40</w:t>
            </w:r>
          </w:p>
        </w:tc>
      </w:tr>
      <w:tr>
        <w:tc>
          <w:tcPr>
            <w:tcW w:type="dxa" w:w="567"/>
          </w:tcPr>
          <w:p>
            <w:r>
              <w:t>942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 xml:space="preserve">ул. Стартовая, 1 </w:t>
            </w:r>
          </w:p>
        </w:tc>
      </w:tr>
      <w:tr>
        <w:tc>
          <w:tcPr>
            <w:tcW w:type="dxa" w:w="567"/>
          </w:tcPr>
          <w:p>
            <w:r>
              <w:t>943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Сухарная, 101/1</w:t>
            </w:r>
          </w:p>
        </w:tc>
      </w:tr>
      <w:tr>
        <w:tc>
          <w:tcPr>
            <w:tcW w:type="dxa" w:w="567"/>
          </w:tcPr>
          <w:p>
            <w:r>
              <w:t>944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Татьяны Снежиной, 21/1</w:t>
            </w:r>
          </w:p>
        </w:tc>
      </w:tr>
      <w:tr>
        <w:tc>
          <w:tcPr>
            <w:tcW w:type="dxa" w:w="567"/>
          </w:tcPr>
          <w:p>
            <w:r>
              <w:t>945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Твардовского, 20</w:t>
            </w:r>
          </w:p>
        </w:tc>
      </w:tr>
      <w:tr>
        <w:tc>
          <w:tcPr>
            <w:tcW w:type="dxa" w:w="567"/>
          </w:tcPr>
          <w:p>
            <w:r>
              <w:t>946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Терешковой, 19а</w:t>
            </w:r>
          </w:p>
        </w:tc>
      </w:tr>
      <w:tr>
        <w:tc>
          <w:tcPr>
            <w:tcW w:type="dxa" w:w="567"/>
          </w:tcPr>
          <w:p>
            <w:r>
              <w:t>947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Тимирязева, 58/1</w:t>
            </w:r>
          </w:p>
        </w:tc>
      </w:tr>
      <w:tr>
        <w:tc>
          <w:tcPr>
            <w:tcW w:type="dxa" w:w="567"/>
          </w:tcPr>
          <w:p>
            <w:r>
              <w:t>948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Титова, 17</w:t>
            </w:r>
          </w:p>
        </w:tc>
      </w:tr>
      <w:tr>
        <w:tc>
          <w:tcPr>
            <w:tcW w:type="dxa" w:w="567"/>
          </w:tcPr>
          <w:p>
            <w:r>
              <w:t>949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Титова, 196</w:t>
            </w:r>
          </w:p>
        </w:tc>
      </w:tr>
      <w:tr>
        <w:tc>
          <w:tcPr>
            <w:tcW w:type="dxa" w:w="567"/>
          </w:tcPr>
          <w:p>
            <w:r>
              <w:t>950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Титова, 2</w:t>
            </w:r>
          </w:p>
        </w:tc>
      </w:tr>
      <w:tr>
        <w:tc>
          <w:tcPr>
            <w:tcW w:type="dxa" w:w="567"/>
          </w:tcPr>
          <w:p>
            <w:r>
              <w:t>951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Титова, 41/1</w:t>
            </w:r>
          </w:p>
        </w:tc>
      </w:tr>
      <w:tr>
        <w:tc>
          <w:tcPr>
            <w:tcW w:type="dxa" w:w="567"/>
          </w:tcPr>
          <w:p>
            <w:r>
              <w:t>952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ул.Толстого, д.5</w:t>
            </w:r>
          </w:p>
        </w:tc>
      </w:tr>
      <w:tr>
        <w:tc>
          <w:tcPr>
            <w:tcW w:type="dxa" w:w="567"/>
          </w:tcPr>
          <w:p>
            <w:r>
              <w:t>953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Троллейная, 130В</w:t>
            </w:r>
          </w:p>
        </w:tc>
      </w:tr>
      <w:tr>
        <w:tc>
          <w:tcPr>
            <w:tcW w:type="dxa" w:w="567"/>
          </w:tcPr>
          <w:p>
            <w:r>
              <w:t>954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Троллейная, 14</w:t>
            </w:r>
          </w:p>
        </w:tc>
      </w:tr>
      <w:tr>
        <w:tc>
          <w:tcPr>
            <w:tcW w:type="dxa" w:w="567"/>
          </w:tcPr>
          <w:p>
            <w:r>
              <w:t>955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Троллейная, 146</w:t>
            </w:r>
          </w:p>
        </w:tc>
      </w:tr>
      <w:tr>
        <w:tc>
          <w:tcPr>
            <w:tcW w:type="dxa" w:w="567"/>
          </w:tcPr>
          <w:p>
            <w:r>
              <w:t>956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Троллейная, 39</w:t>
            </w:r>
          </w:p>
        </w:tc>
      </w:tr>
      <w:tr>
        <w:tc>
          <w:tcPr>
            <w:tcW w:type="dxa" w:w="567"/>
          </w:tcPr>
          <w:p>
            <w:r>
              <w:t>957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Тюленина, 16 корп. 1</w:t>
            </w:r>
          </w:p>
        </w:tc>
      </w:tr>
      <w:tr>
        <w:tc>
          <w:tcPr>
            <w:tcW w:type="dxa" w:w="567"/>
          </w:tcPr>
          <w:p>
            <w:r>
              <w:t>958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Тюленина, 25/1</w:t>
            </w:r>
          </w:p>
        </w:tc>
      </w:tr>
      <w:tr>
        <w:tc>
          <w:tcPr>
            <w:tcW w:type="dxa" w:w="567"/>
          </w:tcPr>
          <w:p>
            <w:r>
              <w:t>959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Тюленина,  26</w:t>
            </w:r>
          </w:p>
        </w:tc>
      </w:tr>
      <w:tr>
        <w:tc>
          <w:tcPr>
            <w:tcW w:type="dxa" w:w="567"/>
          </w:tcPr>
          <w:p>
            <w:r>
              <w:t>960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Урицкого, 32</w:t>
            </w:r>
          </w:p>
        </w:tc>
      </w:tr>
      <w:tr>
        <w:tc>
          <w:tcPr>
            <w:tcW w:type="dxa" w:w="567"/>
          </w:tcPr>
          <w:p>
            <w:r>
              <w:t>961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Фадеева, 57</w:t>
            </w:r>
          </w:p>
        </w:tc>
      </w:tr>
      <w:tr>
        <w:tc>
          <w:tcPr>
            <w:tcW w:type="dxa" w:w="567"/>
          </w:tcPr>
          <w:p>
            <w:r>
              <w:t>962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Фрунзе, 20</w:t>
            </w:r>
          </w:p>
        </w:tc>
      </w:tr>
      <w:tr>
        <w:tc>
          <w:tcPr>
            <w:tcW w:type="dxa" w:w="567"/>
          </w:tcPr>
          <w:p>
            <w:r>
              <w:t>963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Фрунзе, 53</w:t>
            </w:r>
          </w:p>
        </w:tc>
      </w:tr>
      <w:tr>
        <w:tc>
          <w:tcPr>
            <w:tcW w:type="dxa" w:w="567"/>
          </w:tcPr>
          <w:p>
            <w:r>
              <w:t>964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Фрунзе, 63</w:t>
            </w:r>
          </w:p>
        </w:tc>
      </w:tr>
      <w:tr>
        <w:tc>
          <w:tcPr>
            <w:tcW w:type="dxa" w:w="567"/>
          </w:tcPr>
          <w:p>
            <w:r>
              <w:t>965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Чемская,  34</w:t>
            </w:r>
          </w:p>
        </w:tc>
      </w:tr>
      <w:tr>
        <w:tc>
          <w:tcPr>
            <w:tcW w:type="dxa" w:w="567"/>
          </w:tcPr>
          <w:p>
            <w:r>
              <w:t>966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Широкая, 33</w:t>
            </w:r>
          </w:p>
        </w:tc>
      </w:tr>
      <w:tr>
        <w:tc>
          <w:tcPr>
            <w:tcW w:type="dxa" w:w="567"/>
          </w:tcPr>
          <w:p>
            <w:r>
              <w:t>967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Шмидта, 10/2</w:t>
            </w:r>
          </w:p>
        </w:tc>
      </w:tr>
      <w:tr>
        <w:tc>
          <w:tcPr>
            <w:tcW w:type="dxa" w:w="567"/>
          </w:tcPr>
          <w:p>
            <w:r>
              <w:t>968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Экваторная, 2а</w:t>
            </w:r>
          </w:p>
        </w:tc>
      </w:tr>
      <w:tr>
        <w:tc>
          <w:tcPr>
            <w:tcW w:type="dxa" w:w="567"/>
          </w:tcPr>
          <w:p>
            <w:r>
              <w:t>969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Янтарная, 49</w:t>
            </w:r>
          </w:p>
        </w:tc>
      </w:tr>
      <w:tr>
        <w:tc>
          <w:tcPr>
            <w:tcW w:type="dxa" w:w="567"/>
          </w:tcPr>
          <w:p>
            <w:r>
              <w:t>970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Новосибирск</w:t>
            </w:r>
          </w:p>
        </w:tc>
        <w:tc>
          <w:tcPr>
            <w:tcW w:type="dxa" w:w="3402"/>
          </w:tcPr>
          <w:p>
            <w:r>
              <w:t>ул. Ясный берег, 8</w:t>
            </w:r>
          </w:p>
        </w:tc>
      </w:tr>
      <w:tr>
        <w:tc>
          <w:tcPr>
            <w:tcW w:type="dxa" w:w="567"/>
          </w:tcPr>
          <w:p>
            <w:r>
              <w:t>971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Обь</w:t>
            </w:r>
          </w:p>
        </w:tc>
        <w:tc>
          <w:tcPr>
            <w:tcW w:type="dxa" w:w="3402"/>
          </w:tcPr>
          <w:p>
            <w:r>
              <w:t>ЖКО Аэропорта, 25б</w:t>
            </w:r>
          </w:p>
        </w:tc>
      </w:tr>
      <w:tr>
        <w:tc>
          <w:tcPr>
            <w:tcW w:type="dxa" w:w="567"/>
          </w:tcPr>
          <w:p>
            <w:r>
              <w:t>972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Обь</w:t>
            </w:r>
          </w:p>
        </w:tc>
        <w:tc>
          <w:tcPr>
            <w:tcW w:type="dxa" w:w="3402"/>
          </w:tcPr>
          <w:p>
            <w:r>
              <w:t>ул. Вокзальная, 29</w:t>
            </w:r>
          </w:p>
        </w:tc>
      </w:tr>
      <w:tr>
        <w:tc>
          <w:tcPr>
            <w:tcW w:type="dxa" w:w="567"/>
          </w:tcPr>
          <w:p>
            <w:r>
              <w:t>973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Обь</w:t>
            </w:r>
          </w:p>
        </w:tc>
        <w:tc>
          <w:tcPr>
            <w:tcW w:type="dxa" w:w="3402"/>
          </w:tcPr>
          <w:p>
            <w:r>
              <w:t>ул. Ломоносова д.11/1</w:t>
            </w:r>
          </w:p>
        </w:tc>
      </w:tr>
      <w:tr>
        <w:tc>
          <w:tcPr>
            <w:tcW w:type="dxa" w:w="567"/>
          </w:tcPr>
          <w:p>
            <w:r>
              <w:t>974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Обь</w:t>
            </w:r>
          </w:p>
        </w:tc>
        <w:tc>
          <w:tcPr>
            <w:tcW w:type="dxa" w:w="3402"/>
          </w:tcPr>
          <w:p>
            <w:r>
              <w:t>ул. Октябрьская, 2/4</w:t>
            </w:r>
          </w:p>
        </w:tc>
      </w:tr>
      <w:tr>
        <w:tc>
          <w:tcPr>
            <w:tcW w:type="dxa" w:w="567"/>
          </w:tcPr>
          <w:p>
            <w:r>
              <w:t>975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Октябрьский (Новосибирская область)</w:t>
            </w:r>
          </w:p>
        </w:tc>
        <w:tc>
          <w:tcPr>
            <w:tcW w:type="dxa" w:w="3402"/>
          </w:tcPr>
          <w:p>
            <w:r>
              <w:t>ул. Локтинская, 3/2</w:t>
            </w:r>
          </w:p>
        </w:tc>
      </w:tr>
      <w:tr>
        <w:tc>
          <w:tcPr>
            <w:tcW w:type="dxa" w:w="567"/>
          </w:tcPr>
          <w:p>
            <w:r>
              <w:t>976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Ордынское</w:t>
            </w:r>
          </w:p>
        </w:tc>
        <w:tc>
          <w:tcPr>
            <w:tcW w:type="dxa" w:w="3402"/>
          </w:tcPr>
          <w:p>
            <w:r>
              <w:t>пр. Революции, 56</w:t>
            </w:r>
          </w:p>
        </w:tc>
      </w:tr>
      <w:tr>
        <w:tc>
          <w:tcPr>
            <w:tcW w:type="dxa" w:w="567"/>
          </w:tcPr>
          <w:p>
            <w:r>
              <w:t>977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Прокудское</w:t>
            </w:r>
          </w:p>
        </w:tc>
        <w:tc>
          <w:tcPr>
            <w:tcW w:type="dxa" w:w="3402"/>
          </w:tcPr>
          <w:p>
            <w:r>
              <w:t>ул. Есенина, 2а</w:t>
            </w:r>
          </w:p>
        </w:tc>
      </w:tr>
      <w:tr>
        <w:tc>
          <w:tcPr>
            <w:tcW w:type="dxa" w:w="567"/>
          </w:tcPr>
          <w:p>
            <w:r>
              <w:t>978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Сузун</w:t>
            </w:r>
          </w:p>
        </w:tc>
        <w:tc>
          <w:tcPr>
            <w:tcW w:type="dxa" w:w="3402"/>
          </w:tcPr>
          <w:p>
            <w:r>
              <w:t>ул. Ленина, 3</w:t>
            </w:r>
          </w:p>
        </w:tc>
      </w:tr>
      <w:tr>
        <w:tc>
          <w:tcPr>
            <w:tcW w:type="dxa" w:w="567"/>
          </w:tcPr>
          <w:p>
            <w:r>
              <w:t>979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Сузун</w:t>
            </w:r>
          </w:p>
        </w:tc>
        <w:tc>
          <w:tcPr>
            <w:tcW w:type="dxa" w:w="3402"/>
          </w:tcPr>
          <w:p>
            <w:r>
              <w:t>ул. Ленина, 52</w:t>
            </w:r>
          </w:p>
        </w:tc>
      </w:tr>
      <w:tr>
        <w:tc>
          <w:tcPr>
            <w:tcW w:type="dxa" w:w="567"/>
          </w:tcPr>
          <w:p>
            <w:r>
              <w:t>980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Татарск</w:t>
            </w:r>
          </w:p>
        </w:tc>
        <w:tc>
          <w:tcPr>
            <w:tcW w:type="dxa" w:w="3402"/>
          </w:tcPr>
          <w:p>
            <w:r>
              <w:t>ул. Ленина, 46</w:t>
            </w:r>
          </w:p>
        </w:tc>
      </w:tr>
      <w:tr>
        <w:tc>
          <w:tcPr>
            <w:tcW w:type="dxa" w:w="567"/>
          </w:tcPr>
          <w:p>
            <w:r>
              <w:t>981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Татарск</w:t>
            </w:r>
          </w:p>
        </w:tc>
        <w:tc>
          <w:tcPr>
            <w:tcW w:type="dxa" w:w="3402"/>
          </w:tcPr>
          <w:p>
            <w:r>
              <w:t>ул. Ленина, 88</w:t>
            </w:r>
          </w:p>
        </w:tc>
      </w:tr>
      <w:tr>
        <w:tc>
          <w:tcPr>
            <w:tcW w:type="dxa" w:w="567"/>
          </w:tcPr>
          <w:p>
            <w:r>
              <w:t>982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Тогучин</w:t>
            </w:r>
          </w:p>
        </w:tc>
        <w:tc>
          <w:tcPr>
            <w:tcW w:type="dxa" w:w="3402"/>
          </w:tcPr>
          <w:p>
            <w:r>
              <w:t>ул. Островского, 9а</w:t>
            </w:r>
          </w:p>
        </w:tc>
      </w:tr>
      <w:tr>
        <w:tc>
          <w:tcPr>
            <w:tcW w:type="dxa" w:w="567"/>
          </w:tcPr>
          <w:p>
            <w:r>
              <w:t>983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Черепаново</w:t>
            </w:r>
          </w:p>
        </w:tc>
        <w:tc>
          <w:tcPr>
            <w:tcW w:type="dxa" w:w="3402"/>
          </w:tcPr>
          <w:p>
            <w:r>
              <w:t>ул. Партизанская, 67 а/1</w:t>
            </w:r>
          </w:p>
        </w:tc>
      </w:tr>
      <w:tr>
        <w:tc>
          <w:tcPr>
            <w:tcW w:type="dxa" w:w="567"/>
          </w:tcPr>
          <w:p>
            <w:r>
              <w:t>984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Черепаново</w:t>
            </w:r>
          </w:p>
        </w:tc>
        <w:tc>
          <w:tcPr>
            <w:tcW w:type="dxa" w:w="3402"/>
          </w:tcPr>
          <w:p>
            <w:r>
              <w:t>ул. Р.Люксембург, 88а, стр. 1</w:t>
            </w:r>
          </w:p>
        </w:tc>
      </w:tr>
      <w:tr>
        <w:tc>
          <w:tcPr>
            <w:tcW w:type="dxa" w:w="567"/>
          </w:tcPr>
          <w:p>
            <w:r>
              <w:t>985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Черепаново</w:t>
            </w:r>
          </w:p>
        </w:tc>
        <w:tc>
          <w:tcPr>
            <w:tcW w:type="dxa" w:w="3402"/>
          </w:tcPr>
          <w:p>
            <w:r>
              <w:t>ул. Цыцаркина, 3</w:t>
            </w:r>
          </w:p>
        </w:tc>
      </w:tr>
      <w:tr>
        <w:tc>
          <w:tcPr>
            <w:tcW w:type="dxa" w:w="567"/>
          </w:tcPr>
          <w:p>
            <w:r>
              <w:t>986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Чик</w:t>
            </w:r>
          </w:p>
        </w:tc>
        <w:tc>
          <w:tcPr>
            <w:tcW w:type="dxa" w:w="3402"/>
          </w:tcPr>
          <w:p>
            <w:r>
              <w:t>ул. Комсомольская, 17</w:t>
            </w:r>
          </w:p>
        </w:tc>
      </w:tr>
      <w:tr>
        <w:tc>
          <w:tcPr>
            <w:tcW w:type="dxa" w:w="567"/>
          </w:tcPr>
          <w:p>
            <w:r>
              <w:t>987</w:t>
            </w:r>
          </w:p>
        </w:tc>
        <w:tc>
          <w:tcPr>
            <w:tcW w:type="dxa" w:w="2835"/>
          </w:tcPr>
          <w:p>
            <w:r>
              <w:t>Новосибирская область</w:t>
            </w:r>
          </w:p>
        </w:tc>
        <w:tc>
          <w:tcPr>
            <w:tcW w:type="dxa" w:w="2268"/>
          </w:tcPr>
          <w:p>
            <w:r>
              <w:t>Чулым</w:t>
            </w:r>
          </w:p>
        </w:tc>
        <w:tc>
          <w:tcPr>
            <w:tcW w:type="dxa" w:w="3402"/>
          </w:tcPr>
          <w:p>
            <w:r>
              <w:t>ул. Кооперативная, 26</w:t>
            </w:r>
          </w:p>
        </w:tc>
      </w:tr>
      <w:tr>
        <w:tc>
          <w:tcPr>
            <w:tcW w:type="dxa" w:w="567"/>
          </w:tcPr>
          <w:p>
            <w:r>
              <w:t>988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Дружино</w:t>
            </w:r>
          </w:p>
        </w:tc>
        <w:tc>
          <w:tcPr>
            <w:tcW w:type="dxa" w:w="3402"/>
          </w:tcPr>
          <w:p>
            <w:r>
              <w:t>ул. Омская,  1А</w:t>
            </w:r>
          </w:p>
        </w:tc>
      </w:tr>
      <w:tr>
        <w:tc>
          <w:tcPr>
            <w:tcW w:type="dxa" w:w="567"/>
          </w:tcPr>
          <w:p>
            <w:r>
              <w:t>989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Калачинск</w:t>
            </w:r>
          </w:p>
        </w:tc>
        <w:tc>
          <w:tcPr>
            <w:tcW w:type="dxa" w:w="3402"/>
          </w:tcPr>
          <w:p>
            <w:r>
              <w:t>ул. Заводская, 20Б</w:t>
            </w:r>
          </w:p>
        </w:tc>
      </w:tr>
      <w:tr>
        <w:tc>
          <w:tcPr>
            <w:tcW w:type="dxa" w:w="567"/>
          </w:tcPr>
          <w:p>
            <w:r>
              <w:t>990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Калачинск</w:t>
            </w:r>
          </w:p>
        </w:tc>
        <w:tc>
          <w:tcPr>
            <w:tcW w:type="dxa" w:w="3402"/>
          </w:tcPr>
          <w:p>
            <w:r>
              <w:t>ул. Петра Ильичева, 32</w:t>
            </w:r>
          </w:p>
        </w:tc>
      </w:tr>
      <w:tr>
        <w:tc>
          <w:tcPr>
            <w:tcW w:type="dxa" w:w="567"/>
          </w:tcPr>
          <w:p>
            <w:r>
              <w:t>991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Кормиловка</w:t>
            </w:r>
          </w:p>
        </w:tc>
        <w:tc>
          <w:tcPr>
            <w:tcW w:type="dxa" w:w="3402"/>
          </w:tcPr>
          <w:p>
            <w:r>
              <w:t>ул. Кирова, 57Б</w:t>
            </w:r>
          </w:p>
        </w:tc>
      </w:tr>
      <w:tr>
        <w:tc>
          <w:tcPr>
            <w:tcW w:type="dxa" w:w="567"/>
          </w:tcPr>
          <w:p>
            <w:r>
              <w:t>992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б. Заречный, 2/1</w:t>
            </w:r>
          </w:p>
        </w:tc>
      </w:tr>
      <w:tr>
        <w:tc>
          <w:tcPr>
            <w:tcW w:type="dxa" w:w="567"/>
          </w:tcPr>
          <w:p>
            <w:r>
              <w:t>993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б-р Архитекторов, 6</w:t>
            </w:r>
          </w:p>
        </w:tc>
      </w:tr>
      <w:tr>
        <w:tc>
          <w:tcPr>
            <w:tcW w:type="dxa" w:w="567"/>
          </w:tcPr>
          <w:p>
            <w:r>
              <w:t>994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бульвар Зеленый, 8</w:t>
            </w:r>
          </w:p>
        </w:tc>
      </w:tr>
      <w:tr>
        <w:tc>
          <w:tcPr>
            <w:tcW w:type="dxa" w:w="567"/>
          </w:tcPr>
          <w:p>
            <w:r>
              <w:t>995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Волочаевская, 13Е</w:t>
            </w:r>
          </w:p>
        </w:tc>
      </w:tr>
      <w:tr>
        <w:tc>
          <w:tcPr>
            <w:tcW w:type="dxa" w:w="567"/>
          </w:tcPr>
          <w:p>
            <w:r>
              <w:t>996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г-к 17-й Военный, 370</w:t>
            </w:r>
          </w:p>
        </w:tc>
      </w:tr>
      <w:tr>
        <w:tc>
          <w:tcPr>
            <w:tcW w:type="dxa" w:w="567"/>
          </w:tcPr>
          <w:p>
            <w:r>
              <w:t>997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п. Биофабрика, 20</w:t>
            </w:r>
          </w:p>
        </w:tc>
      </w:tr>
      <w:tr>
        <w:tc>
          <w:tcPr>
            <w:tcW w:type="dxa" w:w="567"/>
          </w:tcPr>
          <w:p>
            <w:r>
              <w:t>998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Карла Маркса, 22А</w:t>
            </w:r>
          </w:p>
        </w:tc>
      </w:tr>
      <w:tr>
        <w:tc>
          <w:tcPr>
            <w:tcW w:type="dxa" w:w="567"/>
          </w:tcPr>
          <w:p>
            <w:r>
              <w:t>999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Карла Маркса, 29А</w:t>
            </w:r>
          </w:p>
        </w:tc>
      </w:tr>
      <w:tr>
        <w:tc>
          <w:tcPr>
            <w:tcW w:type="dxa" w:w="567"/>
          </w:tcPr>
          <w:p>
            <w:r>
              <w:t>1000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Карла Маркса, 33</w:t>
            </w:r>
          </w:p>
        </w:tc>
      </w:tr>
      <w:tr>
        <w:tc>
          <w:tcPr>
            <w:tcW w:type="dxa" w:w="567"/>
          </w:tcPr>
          <w:p>
            <w:r>
              <w:t>1001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Карла Маркса, 38а</w:t>
            </w:r>
          </w:p>
        </w:tc>
      </w:tr>
      <w:tr>
        <w:tc>
          <w:tcPr>
            <w:tcW w:type="dxa" w:w="567"/>
          </w:tcPr>
          <w:p>
            <w:r>
              <w:t>1002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Карла Маркса, 4</w:t>
            </w:r>
          </w:p>
        </w:tc>
      </w:tr>
      <w:tr>
        <w:tc>
          <w:tcPr>
            <w:tcW w:type="dxa" w:w="567"/>
          </w:tcPr>
          <w:p>
            <w:r>
              <w:t>1003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Комарова, 17, корпус 3</w:t>
            </w:r>
          </w:p>
        </w:tc>
      </w:tr>
      <w:tr>
        <w:tc>
          <w:tcPr>
            <w:tcW w:type="dxa" w:w="567"/>
          </w:tcPr>
          <w:p>
            <w:r>
              <w:t>1004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Королева, 12</w:t>
            </w:r>
          </w:p>
        </w:tc>
      </w:tr>
      <w:tr>
        <w:tc>
          <w:tcPr>
            <w:tcW w:type="dxa" w:w="567"/>
          </w:tcPr>
          <w:p>
            <w:r>
              <w:t>1005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Космический, 18А, к. 1</w:t>
            </w:r>
          </w:p>
        </w:tc>
      </w:tr>
      <w:tr>
        <w:tc>
          <w:tcPr>
            <w:tcW w:type="dxa" w:w="567"/>
          </w:tcPr>
          <w:p>
            <w:r>
              <w:t>1006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Культуры, 2</w:t>
            </w:r>
          </w:p>
        </w:tc>
      </w:tr>
      <w:tr>
        <w:tc>
          <w:tcPr>
            <w:tcW w:type="dxa" w:w="567"/>
          </w:tcPr>
          <w:p>
            <w:r>
              <w:t>1007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Менделеева, 26</w:t>
            </w:r>
          </w:p>
        </w:tc>
      </w:tr>
      <w:tr>
        <w:tc>
          <w:tcPr>
            <w:tcW w:type="dxa" w:w="567"/>
          </w:tcPr>
          <w:p>
            <w:r>
              <w:t>1008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Менделеева, 32Б</w:t>
            </w:r>
          </w:p>
        </w:tc>
      </w:tr>
      <w:tr>
        <w:tc>
          <w:tcPr>
            <w:tcW w:type="dxa" w:w="567"/>
          </w:tcPr>
          <w:p>
            <w:r>
              <w:t>1009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Мира, 163</w:t>
            </w:r>
          </w:p>
        </w:tc>
      </w:tr>
      <w:tr>
        <w:tc>
          <w:tcPr>
            <w:tcW w:type="dxa" w:w="567"/>
          </w:tcPr>
          <w:p>
            <w:r>
              <w:t>1010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Мира, 169</w:t>
            </w:r>
          </w:p>
        </w:tc>
      </w:tr>
      <w:tr>
        <w:tc>
          <w:tcPr>
            <w:tcW w:type="dxa" w:w="567"/>
          </w:tcPr>
          <w:p>
            <w:r>
              <w:t>1011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Мира, 19</w:t>
            </w:r>
          </w:p>
        </w:tc>
      </w:tr>
      <w:tr>
        <w:tc>
          <w:tcPr>
            <w:tcW w:type="dxa" w:w="567"/>
          </w:tcPr>
          <w:p>
            <w:r>
              <w:t>1012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Мира, 34</w:t>
            </w:r>
          </w:p>
        </w:tc>
      </w:tr>
      <w:tr>
        <w:tc>
          <w:tcPr>
            <w:tcW w:type="dxa" w:w="567"/>
          </w:tcPr>
          <w:p>
            <w:r>
              <w:t>1013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Мира, 43</w:t>
            </w:r>
          </w:p>
        </w:tc>
      </w:tr>
      <w:tr>
        <w:tc>
          <w:tcPr>
            <w:tcW w:type="dxa" w:w="567"/>
          </w:tcPr>
          <w:p>
            <w:r>
              <w:t>1014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Мира, 57</w:t>
            </w:r>
          </w:p>
        </w:tc>
      </w:tr>
      <w:tr>
        <w:tc>
          <w:tcPr>
            <w:tcW w:type="dxa" w:w="567"/>
          </w:tcPr>
          <w:p>
            <w:r>
              <w:t>1015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Мира, 69</w:t>
            </w:r>
          </w:p>
        </w:tc>
      </w:tr>
      <w:tr>
        <w:tc>
          <w:tcPr>
            <w:tcW w:type="dxa" w:w="567"/>
          </w:tcPr>
          <w:p>
            <w:r>
              <w:t>1016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пр. Мира, 96</w:t>
            </w:r>
          </w:p>
        </w:tc>
      </w:tr>
      <w:tr>
        <w:tc>
          <w:tcPr>
            <w:tcW w:type="dxa" w:w="567"/>
          </w:tcPr>
          <w:p>
            <w:r>
              <w:t>1017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проезд Лесной, 9</w:t>
            </w:r>
          </w:p>
        </w:tc>
      </w:tr>
      <w:tr>
        <w:tc>
          <w:tcPr>
            <w:tcW w:type="dxa" w:w="567"/>
          </w:tcPr>
          <w:p>
            <w:r>
              <w:t>1018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п. Ростовка, 21</w:t>
            </w:r>
          </w:p>
        </w:tc>
      </w:tr>
      <w:tr>
        <w:tc>
          <w:tcPr>
            <w:tcW w:type="dxa" w:w="567"/>
          </w:tcPr>
          <w:p>
            <w:r>
              <w:t>1019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10 лет Октября, 113</w:t>
            </w:r>
          </w:p>
        </w:tc>
      </w:tr>
      <w:tr>
        <w:tc>
          <w:tcPr>
            <w:tcW w:type="dxa" w:w="567"/>
          </w:tcPr>
          <w:p>
            <w:r>
              <w:t>1020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10 лет Октября, 166</w:t>
            </w:r>
          </w:p>
        </w:tc>
      </w:tr>
      <w:tr>
        <w:tc>
          <w:tcPr>
            <w:tcW w:type="dxa" w:w="567"/>
          </w:tcPr>
          <w:p>
            <w:r>
              <w:t>1021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10-я Чередовая, 26/1</w:t>
            </w:r>
          </w:p>
        </w:tc>
      </w:tr>
      <w:tr>
        <w:tc>
          <w:tcPr>
            <w:tcW w:type="dxa" w:w="567"/>
          </w:tcPr>
          <w:p>
            <w:r>
              <w:t>1022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12 Декабря, 108</w:t>
            </w:r>
          </w:p>
        </w:tc>
      </w:tr>
      <w:tr>
        <w:tc>
          <w:tcPr>
            <w:tcW w:type="dxa" w:w="567"/>
          </w:tcPr>
          <w:p>
            <w:r>
              <w:t>1023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1-й Красной Звезды, 27</w:t>
            </w:r>
          </w:p>
        </w:tc>
      </w:tr>
      <w:tr>
        <w:tc>
          <w:tcPr>
            <w:tcW w:type="dxa" w:w="567"/>
          </w:tcPr>
          <w:p>
            <w:r>
              <w:t>1024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1-я Барнаульская, 160</w:t>
            </w:r>
          </w:p>
        </w:tc>
      </w:tr>
      <w:tr>
        <w:tc>
          <w:tcPr>
            <w:tcW w:type="dxa" w:w="567"/>
          </w:tcPr>
          <w:p>
            <w:r>
              <w:t>1025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1-я Поселковая, 11</w:t>
            </w:r>
          </w:p>
        </w:tc>
      </w:tr>
      <w:tr>
        <w:tc>
          <w:tcPr>
            <w:tcW w:type="dxa" w:w="567"/>
          </w:tcPr>
          <w:p>
            <w:r>
              <w:t>1026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1-я Пригородная, 14, корпус 4</w:t>
            </w:r>
          </w:p>
        </w:tc>
      </w:tr>
      <w:tr>
        <w:tc>
          <w:tcPr>
            <w:tcW w:type="dxa" w:w="567"/>
          </w:tcPr>
          <w:p>
            <w:r>
              <w:t>1027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1-я Транспортная, 7</w:t>
            </w:r>
          </w:p>
        </w:tc>
      </w:tr>
      <w:tr>
        <w:tc>
          <w:tcPr>
            <w:tcW w:type="dxa" w:w="567"/>
          </w:tcPr>
          <w:p>
            <w:r>
              <w:t>1028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21-я Амурская, 32</w:t>
            </w:r>
          </w:p>
        </w:tc>
      </w:tr>
      <w:tr>
        <w:tc>
          <w:tcPr>
            <w:tcW w:type="dxa" w:w="567"/>
          </w:tcPr>
          <w:p>
            <w:r>
              <w:t>1029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21-я Амурская, 6А стр.1</w:t>
            </w:r>
          </w:p>
        </w:tc>
      </w:tr>
      <w:tr>
        <w:tc>
          <w:tcPr>
            <w:tcW w:type="dxa" w:w="567"/>
          </w:tcPr>
          <w:p>
            <w:r>
              <w:t>1030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22 Партсъезда, 94</w:t>
            </w:r>
          </w:p>
        </w:tc>
      </w:tr>
      <w:tr>
        <w:tc>
          <w:tcPr>
            <w:tcW w:type="dxa" w:w="567"/>
          </w:tcPr>
          <w:p>
            <w:r>
              <w:t>1031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22-я Линия, 77</w:t>
            </w:r>
          </w:p>
        </w:tc>
      </w:tr>
      <w:tr>
        <w:tc>
          <w:tcPr>
            <w:tcW w:type="dxa" w:w="567"/>
          </w:tcPr>
          <w:p>
            <w:r>
              <w:t>1032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27-я Северная, 123</w:t>
            </w:r>
          </w:p>
        </w:tc>
      </w:tr>
      <w:tr>
        <w:tc>
          <w:tcPr>
            <w:tcW w:type="dxa" w:w="567"/>
          </w:tcPr>
          <w:p>
            <w:r>
              <w:t>1033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2-я Дачная, 4</w:t>
            </w:r>
          </w:p>
        </w:tc>
      </w:tr>
      <w:tr>
        <w:tc>
          <w:tcPr>
            <w:tcW w:type="dxa" w:w="567"/>
          </w:tcPr>
          <w:p>
            <w:r>
              <w:t>1034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2-я Солнечная, 28</w:t>
            </w:r>
          </w:p>
        </w:tc>
      </w:tr>
      <w:tr>
        <w:tc>
          <w:tcPr>
            <w:tcW w:type="dxa" w:w="567"/>
          </w:tcPr>
          <w:p>
            <w:r>
              <w:t>1035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2-я Солнечная, 42/4</w:t>
            </w:r>
          </w:p>
        </w:tc>
      </w:tr>
      <w:tr>
        <w:tc>
          <w:tcPr>
            <w:tcW w:type="dxa" w:w="567"/>
          </w:tcPr>
          <w:p>
            <w:r>
              <w:t>1036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33-я Северная, 143а</w:t>
            </w:r>
          </w:p>
        </w:tc>
      </w:tr>
      <w:tr>
        <w:tc>
          <w:tcPr>
            <w:tcW w:type="dxa" w:w="567"/>
          </w:tcPr>
          <w:p>
            <w:r>
              <w:t>1037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33-я Северная, 46</w:t>
            </w:r>
          </w:p>
        </w:tc>
      </w:tr>
      <w:tr>
        <w:tc>
          <w:tcPr>
            <w:tcW w:type="dxa" w:w="567"/>
          </w:tcPr>
          <w:p>
            <w:r>
              <w:t>1038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3-я Железнодорожная, 22А</w:t>
            </w:r>
          </w:p>
        </w:tc>
      </w:tr>
      <w:tr>
        <w:tc>
          <w:tcPr>
            <w:tcW w:type="dxa" w:w="567"/>
          </w:tcPr>
          <w:p>
            <w:r>
              <w:t>1039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3-я Транспортная, 4</w:t>
            </w:r>
          </w:p>
        </w:tc>
      </w:tr>
      <w:tr>
        <w:tc>
          <w:tcPr>
            <w:tcW w:type="dxa" w:w="567"/>
          </w:tcPr>
          <w:p>
            <w:r>
              <w:t>1040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4-я Транспортная, 52</w:t>
            </w:r>
          </w:p>
        </w:tc>
      </w:tr>
      <w:tr>
        <w:tc>
          <w:tcPr>
            <w:tcW w:type="dxa" w:w="567"/>
          </w:tcPr>
          <w:p>
            <w:r>
              <w:t>1041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4-я Челюскинцев, 95</w:t>
            </w:r>
          </w:p>
        </w:tc>
      </w:tr>
      <w:tr>
        <w:tc>
          <w:tcPr>
            <w:tcW w:type="dxa" w:w="567"/>
          </w:tcPr>
          <w:p>
            <w:r>
              <w:t>1042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50 лет Профсоюзов</w:t>
            </w:r>
          </w:p>
        </w:tc>
      </w:tr>
      <w:tr>
        <w:tc>
          <w:tcPr>
            <w:tcW w:type="dxa" w:w="567"/>
          </w:tcPr>
          <w:p>
            <w:r>
              <w:t>1043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5 Армии, 10, корп. 2</w:t>
            </w:r>
          </w:p>
        </w:tc>
      </w:tr>
      <w:tr>
        <w:tc>
          <w:tcPr>
            <w:tcW w:type="dxa" w:w="567"/>
          </w:tcPr>
          <w:p>
            <w:r>
              <w:t>1044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5-я Кордная, 11</w:t>
            </w:r>
          </w:p>
        </w:tc>
      </w:tr>
      <w:tr>
        <w:tc>
          <w:tcPr>
            <w:tcW w:type="dxa" w:w="567"/>
          </w:tcPr>
          <w:p>
            <w:r>
              <w:t>1045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5-я Кордная 51</w:t>
            </w:r>
          </w:p>
        </w:tc>
      </w:tr>
      <w:tr>
        <w:tc>
          <w:tcPr>
            <w:tcW w:type="dxa" w:w="567"/>
          </w:tcPr>
          <w:p>
            <w:r>
              <w:t>1046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5-я Линия, 231,</w:t>
            </w:r>
          </w:p>
        </w:tc>
      </w:tr>
      <w:tr>
        <w:tc>
          <w:tcPr>
            <w:tcW w:type="dxa" w:w="567"/>
          </w:tcPr>
          <w:p>
            <w:r>
              <w:t>1047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5-я Марьяновская, 84</w:t>
            </w:r>
          </w:p>
        </w:tc>
      </w:tr>
      <w:tr>
        <w:tc>
          <w:tcPr>
            <w:tcW w:type="dxa" w:w="567"/>
          </w:tcPr>
          <w:p>
            <w:r>
              <w:t>1048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5-я Северная, 201</w:t>
            </w:r>
          </w:p>
        </w:tc>
      </w:tr>
      <w:tr>
        <w:tc>
          <w:tcPr>
            <w:tcW w:type="dxa" w:w="567"/>
          </w:tcPr>
          <w:p>
            <w:r>
              <w:t>1049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6-я Станционная, 149</w:t>
            </w:r>
          </w:p>
        </w:tc>
      </w:tr>
      <w:tr>
        <w:tc>
          <w:tcPr>
            <w:tcW w:type="dxa" w:w="567"/>
          </w:tcPr>
          <w:p>
            <w:r>
              <w:t>1050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6-я Шинная, 18</w:t>
            </w:r>
          </w:p>
        </w:tc>
      </w:tr>
      <w:tr>
        <w:tc>
          <w:tcPr>
            <w:tcW w:type="dxa" w:w="567"/>
          </w:tcPr>
          <w:p>
            <w:r>
              <w:t>1051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70 лет Октября, 10, корпус 3</w:t>
            </w:r>
          </w:p>
        </w:tc>
      </w:tr>
      <w:tr>
        <w:tc>
          <w:tcPr>
            <w:tcW w:type="dxa" w:w="567"/>
          </w:tcPr>
          <w:p>
            <w:r>
              <w:t>1052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70 лет Октября, 25-1</w:t>
            </w:r>
          </w:p>
        </w:tc>
      </w:tr>
      <w:tr>
        <w:tc>
          <w:tcPr>
            <w:tcW w:type="dxa" w:w="567"/>
          </w:tcPr>
          <w:p>
            <w:r>
              <w:t>1053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70 лет Октября, 3</w:t>
            </w:r>
          </w:p>
        </w:tc>
      </w:tr>
      <w:tr>
        <w:tc>
          <w:tcPr>
            <w:tcW w:type="dxa" w:w="567"/>
          </w:tcPr>
          <w:p>
            <w:r>
              <w:t>1054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Авиагородок, 9</w:t>
            </w:r>
          </w:p>
        </w:tc>
      </w:tr>
      <w:tr>
        <w:tc>
          <w:tcPr>
            <w:tcW w:type="dxa" w:w="567"/>
          </w:tcPr>
          <w:p>
            <w:r>
              <w:t>1055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Бархатовой, 4В</w:t>
            </w:r>
          </w:p>
        </w:tc>
      </w:tr>
      <w:tr>
        <w:tc>
          <w:tcPr>
            <w:tcW w:type="dxa" w:w="567"/>
          </w:tcPr>
          <w:p>
            <w:r>
              <w:t>1056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Блусевич, 22</w:t>
            </w:r>
          </w:p>
        </w:tc>
      </w:tr>
      <w:tr>
        <w:tc>
          <w:tcPr>
            <w:tcW w:type="dxa" w:w="567"/>
          </w:tcPr>
          <w:p>
            <w:r>
              <w:t>1057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Блюхера, 26</w:t>
            </w:r>
          </w:p>
        </w:tc>
      </w:tr>
      <w:tr>
        <w:tc>
          <w:tcPr>
            <w:tcW w:type="dxa" w:w="567"/>
          </w:tcPr>
          <w:p>
            <w:r>
              <w:t>1058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Богдана Хмельницкого, 160</w:t>
            </w:r>
          </w:p>
        </w:tc>
      </w:tr>
      <w:tr>
        <w:tc>
          <w:tcPr>
            <w:tcW w:type="dxa" w:w="567"/>
          </w:tcPr>
          <w:p>
            <w:r>
              <w:t>1059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Богдана Хмельницкого, 38, корпус 1</w:t>
            </w:r>
          </w:p>
        </w:tc>
      </w:tr>
      <w:tr>
        <w:tc>
          <w:tcPr>
            <w:tcW w:type="dxa" w:w="567"/>
          </w:tcPr>
          <w:p>
            <w:r>
              <w:t>1060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В. А. Силина, 6</w:t>
            </w:r>
          </w:p>
        </w:tc>
      </w:tr>
      <w:tr>
        <w:tc>
          <w:tcPr>
            <w:tcW w:type="dxa" w:w="567"/>
          </w:tcPr>
          <w:p>
            <w:r>
              <w:t>1061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Ватутина, 13А</w:t>
            </w:r>
          </w:p>
        </w:tc>
      </w:tr>
      <w:tr>
        <w:tc>
          <w:tcPr>
            <w:tcW w:type="dxa" w:w="567"/>
          </w:tcPr>
          <w:p>
            <w:r>
              <w:t>1062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Ватутина, 5</w:t>
            </w:r>
          </w:p>
        </w:tc>
      </w:tr>
      <w:tr>
        <w:tc>
          <w:tcPr>
            <w:tcW w:type="dxa" w:w="567"/>
          </w:tcPr>
          <w:p>
            <w:r>
              <w:t>1063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Вокзальная, 27/1</w:t>
            </w:r>
          </w:p>
        </w:tc>
      </w:tr>
      <w:tr>
        <w:tc>
          <w:tcPr>
            <w:tcW w:type="dxa" w:w="567"/>
          </w:tcPr>
          <w:p>
            <w:r>
              <w:t>1064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Гашека, 8</w:t>
            </w:r>
          </w:p>
        </w:tc>
      </w:tr>
      <w:tr>
        <w:tc>
          <w:tcPr>
            <w:tcW w:type="dxa" w:w="567"/>
          </w:tcPr>
          <w:p>
            <w:r>
              <w:t>1065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ул.Герцена, 206</w:t>
            </w:r>
          </w:p>
        </w:tc>
      </w:tr>
      <w:tr>
        <w:tc>
          <w:tcPr>
            <w:tcW w:type="dxa" w:w="567"/>
          </w:tcPr>
          <w:p>
            <w:r>
              <w:t>1066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Герцена, 42</w:t>
            </w:r>
          </w:p>
        </w:tc>
      </w:tr>
      <w:tr>
        <w:tc>
          <w:tcPr>
            <w:tcW w:type="dxa" w:w="567"/>
          </w:tcPr>
          <w:p>
            <w:r>
              <w:t>1067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Герцена, 99</w:t>
            </w:r>
          </w:p>
        </w:tc>
      </w:tr>
      <w:tr>
        <w:tc>
          <w:tcPr>
            <w:tcW w:type="dxa" w:w="567"/>
          </w:tcPr>
          <w:p>
            <w:r>
              <w:t>1068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Глинки, 3Б</w:t>
            </w:r>
          </w:p>
        </w:tc>
      </w:tr>
      <w:tr>
        <w:tc>
          <w:tcPr>
            <w:tcW w:type="dxa" w:w="567"/>
          </w:tcPr>
          <w:p>
            <w:r>
              <w:t>1069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Госплемстанция, 2Б</w:t>
            </w:r>
          </w:p>
        </w:tc>
      </w:tr>
      <w:tr>
        <w:tc>
          <w:tcPr>
            <w:tcW w:type="dxa" w:w="567"/>
          </w:tcPr>
          <w:p>
            <w:r>
              <w:t>1070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Гусарова, 26</w:t>
            </w:r>
          </w:p>
        </w:tc>
      </w:tr>
      <w:tr>
        <w:tc>
          <w:tcPr>
            <w:tcW w:type="dxa" w:w="567"/>
          </w:tcPr>
          <w:p>
            <w:r>
              <w:t>1071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Декабристов, 32</w:t>
            </w:r>
          </w:p>
        </w:tc>
      </w:tr>
      <w:tr>
        <w:tc>
          <w:tcPr>
            <w:tcW w:type="dxa" w:w="567"/>
          </w:tcPr>
          <w:p>
            <w:r>
              <w:t>1072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Декабристов, 98</w:t>
            </w:r>
          </w:p>
        </w:tc>
      </w:tr>
      <w:tr>
        <w:tc>
          <w:tcPr>
            <w:tcW w:type="dxa" w:w="567"/>
          </w:tcPr>
          <w:p>
            <w:r>
              <w:t>1073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Дианова, 18/3</w:t>
            </w:r>
          </w:p>
        </w:tc>
      </w:tr>
      <w:tr>
        <w:tc>
          <w:tcPr>
            <w:tcW w:type="dxa" w:w="567"/>
          </w:tcPr>
          <w:p>
            <w:r>
              <w:t>1074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Дианова, 24, копр.2</w:t>
            </w:r>
          </w:p>
        </w:tc>
      </w:tr>
      <w:tr>
        <w:tc>
          <w:tcPr>
            <w:tcW w:type="dxa" w:w="567"/>
          </w:tcPr>
          <w:p>
            <w:r>
              <w:t>1075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Дианова, 5, корп. 1</w:t>
            </w:r>
          </w:p>
        </w:tc>
      </w:tr>
      <w:tr>
        <w:tc>
          <w:tcPr>
            <w:tcW w:type="dxa" w:w="567"/>
          </w:tcPr>
          <w:p>
            <w:r>
              <w:t>1076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Ермолаева, 3Б</w:t>
            </w:r>
          </w:p>
        </w:tc>
      </w:tr>
      <w:tr>
        <w:tc>
          <w:tcPr>
            <w:tcW w:type="dxa" w:w="567"/>
          </w:tcPr>
          <w:p>
            <w:r>
              <w:t>1077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Жуковского, 32</w:t>
            </w:r>
          </w:p>
        </w:tc>
      </w:tr>
      <w:tr>
        <w:tc>
          <w:tcPr>
            <w:tcW w:type="dxa" w:w="567"/>
          </w:tcPr>
          <w:p>
            <w:r>
              <w:t>1078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Завертяева, 7 корп.7</w:t>
            </w:r>
          </w:p>
        </w:tc>
      </w:tr>
      <w:tr>
        <w:tc>
          <w:tcPr>
            <w:tcW w:type="dxa" w:w="567"/>
          </w:tcPr>
          <w:p>
            <w:r>
              <w:t>1079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Заозерная, 26</w:t>
            </w:r>
          </w:p>
        </w:tc>
      </w:tr>
      <w:tr>
        <w:tc>
          <w:tcPr>
            <w:tcW w:type="dxa" w:w="567"/>
          </w:tcPr>
          <w:p>
            <w:r>
              <w:t>1080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Звездная, 10</w:t>
            </w:r>
          </w:p>
        </w:tc>
      </w:tr>
      <w:tr>
        <w:tc>
          <w:tcPr>
            <w:tcW w:type="dxa" w:w="567"/>
          </w:tcPr>
          <w:p>
            <w:r>
              <w:t>1081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Звездная, 2Б</w:t>
            </w:r>
          </w:p>
        </w:tc>
      </w:tr>
      <w:tr>
        <w:tc>
          <w:tcPr>
            <w:tcW w:type="dxa" w:w="567"/>
          </w:tcPr>
          <w:p>
            <w:r>
              <w:t>1082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И.Мишина, 2</w:t>
            </w:r>
          </w:p>
        </w:tc>
      </w:tr>
      <w:tr>
        <w:tc>
          <w:tcPr>
            <w:tcW w:type="dxa" w:w="567"/>
          </w:tcPr>
          <w:p>
            <w:r>
              <w:t>1083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Карпинского, 28</w:t>
            </w:r>
          </w:p>
        </w:tc>
      </w:tr>
      <w:tr>
        <w:tc>
          <w:tcPr>
            <w:tcW w:type="dxa" w:w="567"/>
          </w:tcPr>
          <w:p>
            <w:r>
              <w:t>1084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Конева, 14, к. 3</w:t>
            </w:r>
          </w:p>
        </w:tc>
      </w:tr>
      <w:tr>
        <w:tc>
          <w:tcPr>
            <w:tcW w:type="dxa" w:w="567"/>
          </w:tcPr>
          <w:p>
            <w:r>
              <w:t>1085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Котельникова, 12</w:t>
            </w:r>
          </w:p>
        </w:tc>
      </w:tr>
      <w:tr>
        <w:tc>
          <w:tcPr>
            <w:tcW w:type="dxa" w:w="567"/>
          </w:tcPr>
          <w:p>
            <w:r>
              <w:t>1086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Котовского, 5</w:t>
            </w:r>
          </w:p>
        </w:tc>
      </w:tr>
      <w:tr>
        <w:tc>
          <w:tcPr>
            <w:tcW w:type="dxa" w:w="567"/>
          </w:tcPr>
          <w:p>
            <w:r>
              <w:t>1087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Красный Путь, 105Б</w:t>
            </w:r>
          </w:p>
        </w:tc>
      </w:tr>
      <w:tr>
        <w:tc>
          <w:tcPr>
            <w:tcW w:type="dxa" w:w="567"/>
          </w:tcPr>
          <w:p>
            <w:r>
              <w:t>1088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Красный Путь, 139А</w:t>
            </w:r>
          </w:p>
        </w:tc>
      </w:tr>
      <w:tr>
        <w:tc>
          <w:tcPr>
            <w:tcW w:type="dxa" w:w="567"/>
          </w:tcPr>
          <w:p>
            <w:r>
              <w:t>1089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Красный Путь, 30</w:t>
            </w:r>
          </w:p>
        </w:tc>
      </w:tr>
      <w:tr>
        <w:tc>
          <w:tcPr>
            <w:tcW w:type="dxa" w:w="567"/>
          </w:tcPr>
          <w:p>
            <w:r>
              <w:t>1090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Красный Путь, 79</w:t>
            </w:r>
          </w:p>
        </w:tc>
      </w:tr>
      <w:tr>
        <w:tc>
          <w:tcPr>
            <w:tcW w:type="dxa" w:w="567"/>
          </w:tcPr>
          <w:p>
            <w:r>
              <w:t>1091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Крупской, 6/2</w:t>
            </w:r>
          </w:p>
        </w:tc>
      </w:tr>
      <w:tr>
        <w:tc>
          <w:tcPr>
            <w:tcW w:type="dxa" w:w="567"/>
          </w:tcPr>
          <w:p>
            <w:r>
              <w:t>1092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Крупской, 7</w:t>
            </w:r>
          </w:p>
        </w:tc>
      </w:tr>
      <w:tr>
        <w:tc>
          <w:tcPr>
            <w:tcW w:type="dxa" w:w="567"/>
          </w:tcPr>
          <w:p>
            <w:r>
              <w:t>1093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Куйбышева, 140А</w:t>
            </w:r>
          </w:p>
        </w:tc>
      </w:tr>
      <w:tr>
        <w:tc>
          <w:tcPr>
            <w:tcW w:type="dxa" w:w="567"/>
          </w:tcPr>
          <w:p>
            <w:r>
              <w:t>1094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Куйбышева, 29 ст2</w:t>
            </w:r>
          </w:p>
        </w:tc>
      </w:tr>
      <w:tr>
        <w:tc>
          <w:tcPr>
            <w:tcW w:type="dxa" w:w="567"/>
          </w:tcPr>
          <w:p>
            <w:r>
              <w:t>1095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Куломзинская, 70</w:t>
            </w:r>
          </w:p>
        </w:tc>
      </w:tr>
      <w:tr>
        <w:tc>
          <w:tcPr>
            <w:tcW w:type="dxa" w:w="567"/>
          </w:tcPr>
          <w:p>
            <w:r>
              <w:t>1096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Кучерявенко, 1</w:t>
            </w:r>
          </w:p>
        </w:tc>
      </w:tr>
      <w:tr>
        <w:tc>
          <w:tcPr>
            <w:tcW w:type="dxa" w:w="567"/>
          </w:tcPr>
          <w:p>
            <w:r>
              <w:t>1097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Лермонтова, 136</w:t>
            </w:r>
          </w:p>
        </w:tc>
      </w:tr>
      <w:tr>
        <w:tc>
          <w:tcPr>
            <w:tcW w:type="dxa" w:w="567"/>
          </w:tcPr>
          <w:p>
            <w:r>
              <w:t>1098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Лукашевича, 15Г</w:t>
            </w:r>
          </w:p>
        </w:tc>
      </w:tr>
      <w:tr>
        <w:tc>
          <w:tcPr>
            <w:tcW w:type="dxa" w:w="567"/>
          </w:tcPr>
          <w:p>
            <w:r>
              <w:t>1099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Лукашевича, 8/3</w:t>
            </w:r>
          </w:p>
        </w:tc>
      </w:tr>
      <w:tr>
        <w:tc>
          <w:tcPr>
            <w:tcW w:type="dxa" w:w="567"/>
          </w:tcPr>
          <w:p>
            <w:r>
              <w:t>1100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Магистральная, 67</w:t>
            </w:r>
          </w:p>
        </w:tc>
      </w:tr>
      <w:tr>
        <w:tc>
          <w:tcPr>
            <w:tcW w:type="dxa" w:w="567"/>
          </w:tcPr>
          <w:p>
            <w:r>
              <w:t>1101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Маркса, 85</w:t>
            </w:r>
          </w:p>
        </w:tc>
      </w:tr>
      <w:tr>
        <w:tc>
          <w:tcPr>
            <w:tcW w:type="dxa" w:w="567"/>
          </w:tcPr>
          <w:p>
            <w:r>
              <w:t>1102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Масленникова, 181</w:t>
            </w:r>
          </w:p>
        </w:tc>
      </w:tr>
      <w:tr>
        <w:tc>
          <w:tcPr>
            <w:tcW w:type="dxa" w:w="567"/>
          </w:tcPr>
          <w:p>
            <w:r>
              <w:t>1103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Маяковского, 48</w:t>
            </w:r>
          </w:p>
        </w:tc>
      </w:tr>
      <w:tr>
        <w:tc>
          <w:tcPr>
            <w:tcW w:type="dxa" w:w="567"/>
          </w:tcPr>
          <w:p>
            <w:r>
              <w:t>1104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Мельничная, 89Б</w:t>
            </w:r>
          </w:p>
        </w:tc>
      </w:tr>
      <w:tr>
        <w:tc>
          <w:tcPr>
            <w:tcW w:type="dxa" w:w="567"/>
          </w:tcPr>
          <w:p>
            <w:r>
              <w:t>1105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Молодогвардейская, 3</w:t>
            </w:r>
          </w:p>
        </w:tc>
      </w:tr>
      <w:tr>
        <w:tc>
          <w:tcPr>
            <w:tcW w:type="dxa" w:w="567"/>
          </w:tcPr>
          <w:p>
            <w:r>
              <w:t>1106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Моторная, 5</w:t>
            </w:r>
          </w:p>
        </w:tc>
      </w:tr>
      <w:tr>
        <w:tc>
          <w:tcPr>
            <w:tcW w:type="dxa" w:w="567"/>
          </w:tcPr>
          <w:p>
            <w:r>
              <w:t>1107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Нахимова, 9</w:t>
            </w:r>
          </w:p>
        </w:tc>
      </w:tr>
      <w:tr>
        <w:tc>
          <w:tcPr>
            <w:tcW w:type="dxa" w:w="567"/>
          </w:tcPr>
          <w:p>
            <w:r>
              <w:t>1108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Нефтезаводская, 34 корп.1</w:t>
            </w:r>
          </w:p>
        </w:tc>
      </w:tr>
      <w:tr>
        <w:tc>
          <w:tcPr>
            <w:tcW w:type="dxa" w:w="567"/>
          </w:tcPr>
          <w:p>
            <w:r>
              <w:t>1109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Нефтезаводская, 37</w:t>
            </w:r>
          </w:p>
        </w:tc>
      </w:tr>
      <w:tr>
        <w:tc>
          <w:tcPr>
            <w:tcW w:type="dxa" w:w="567"/>
          </w:tcPr>
          <w:p>
            <w:r>
              <w:t>1110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Н.М.Ядринцева, 24</w:t>
            </w:r>
          </w:p>
        </w:tc>
      </w:tr>
      <w:tr>
        <w:tc>
          <w:tcPr>
            <w:tcW w:type="dxa" w:w="567"/>
          </w:tcPr>
          <w:p>
            <w:r>
              <w:t>1111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Омская, 158</w:t>
            </w:r>
          </w:p>
        </w:tc>
      </w:tr>
      <w:tr>
        <w:tc>
          <w:tcPr>
            <w:tcW w:type="dxa" w:w="567"/>
          </w:tcPr>
          <w:p>
            <w:r>
              <w:t>1112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Перелета, 28</w:t>
            </w:r>
          </w:p>
        </w:tc>
      </w:tr>
      <w:tr>
        <w:tc>
          <w:tcPr>
            <w:tcW w:type="dxa" w:w="567"/>
          </w:tcPr>
          <w:p>
            <w:r>
              <w:t>1113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Перелета, 6</w:t>
            </w:r>
          </w:p>
        </w:tc>
      </w:tr>
      <w:tr>
        <w:tc>
          <w:tcPr>
            <w:tcW w:type="dxa" w:w="567"/>
          </w:tcPr>
          <w:p>
            <w:r>
              <w:t>1114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Петра Осминина, 12б</w:t>
            </w:r>
          </w:p>
        </w:tc>
      </w:tr>
      <w:tr>
        <w:tc>
          <w:tcPr>
            <w:tcW w:type="dxa" w:w="567"/>
          </w:tcPr>
          <w:p>
            <w:r>
              <w:t>1115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Путилова, 3</w:t>
            </w:r>
          </w:p>
        </w:tc>
      </w:tr>
      <w:tr>
        <w:tc>
          <w:tcPr>
            <w:tcW w:type="dxa" w:w="567"/>
          </w:tcPr>
          <w:p>
            <w:r>
              <w:t>1116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Рождественского, 6</w:t>
            </w:r>
          </w:p>
        </w:tc>
      </w:tr>
      <w:tr>
        <w:tc>
          <w:tcPr>
            <w:tcW w:type="dxa" w:w="567"/>
          </w:tcPr>
          <w:p>
            <w:r>
              <w:t>1117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Романенко, 10А-1</w:t>
            </w:r>
          </w:p>
        </w:tc>
      </w:tr>
      <w:tr>
        <w:tc>
          <w:tcPr>
            <w:tcW w:type="dxa" w:w="567"/>
          </w:tcPr>
          <w:p>
            <w:r>
              <w:t>1118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Саянская, 1А</w:t>
            </w:r>
          </w:p>
        </w:tc>
      </w:tr>
      <w:tr>
        <w:tc>
          <w:tcPr>
            <w:tcW w:type="dxa" w:w="567"/>
          </w:tcPr>
          <w:p>
            <w:r>
              <w:t>1119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Серова, 22</w:t>
            </w:r>
          </w:p>
        </w:tc>
      </w:tr>
      <w:tr>
        <w:tc>
          <w:tcPr>
            <w:tcW w:type="dxa" w:w="567"/>
          </w:tcPr>
          <w:p>
            <w:r>
              <w:t>1120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Сулеймана Стальского, 6</w:t>
            </w:r>
          </w:p>
        </w:tc>
      </w:tr>
      <w:tr>
        <w:tc>
          <w:tcPr>
            <w:tcW w:type="dxa" w:w="567"/>
          </w:tcPr>
          <w:p>
            <w:r>
              <w:t>1121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Туполева, 3б</w:t>
            </w:r>
          </w:p>
        </w:tc>
      </w:tr>
      <w:tr>
        <w:tc>
          <w:tcPr>
            <w:tcW w:type="dxa" w:w="567"/>
          </w:tcPr>
          <w:p>
            <w:r>
              <w:t>1122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Харьковская, 17</w:t>
            </w:r>
          </w:p>
        </w:tc>
      </w:tr>
      <w:tr>
        <w:tc>
          <w:tcPr>
            <w:tcW w:type="dxa" w:w="567"/>
          </w:tcPr>
          <w:p>
            <w:r>
              <w:t>1123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Химиков, 32</w:t>
            </w:r>
          </w:p>
        </w:tc>
      </w:tr>
      <w:tr>
        <w:tc>
          <w:tcPr>
            <w:tcW w:type="dxa" w:w="567"/>
          </w:tcPr>
          <w:p>
            <w:r>
              <w:t>1124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Химиков, 49</w:t>
            </w:r>
          </w:p>
        </w:tc>
      </w:tr>
      <w:tr>
        <w:tc>
          <w:tcPr>
            <w:tcW w:type="dxa" w:w="567"/>
          </w:tcPr>
          <w:p>
            <w:r>
              <w:t>1125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Химиков, 63, корп. 1</w:t>
            </w:r>
          </w:p>
        </w:tc>
      </w:tr>
      <w:tr>
        <w:tc>
          <w:tcPr>
            <w:tcW w:type="dxa" w:w="567"/>
          </w:tcPr>
          <w:p>
            <w:r>
              <w:t>1126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Химиков, 6, к.3</w:t>
            </w:r>
          </w:p>
        </w:tc>
      </w:tr>
      <w:tr>
        <w:tc>
          <w:tcPr>
            <w:tcW w:type="dxa" w:w="567"/>
          </w:tcPr>
          <w:p>
            <w:r>
              <w:t>1127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Омск</w:t>
            </w:r>
          </w:p>
        </w:tc>
        <w:tc>
          <w:tcPr>
            <w:tcW w:type="dxa" w:w="3402"/>
          </w:tcPr>
          <w:p>
            <w:r>
              <w:t>ул. Шакурова, 8/2</w:t>
            </w:r>
          </w:p>
        </w:tc>
      </w:tr>
      <w:tr>
        <w:tc>
          <w:tcPr>
            <w:tcW w:type="dxa" w:w="567"/>
          </w:tcPr>
          <w:p>
            <w:r>
              <w:t>1128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Троицкое</w:t>
            </w:r>
          </w:p>
        </w:tc>
        <w:tc>
          <w:tcPr>
            <w:tcW w:type="dxa" w:w="3402"/>
          </w:tcPr>
          <w:p>
            <w:r>
              <w:t>бульвар Школьный, 1</w:t>
            </w:r>
          </w:p>
        </w:tc>
      </w:tr>
      <w:tr>
        <w:tc>
          <w:tcPr>
            <w:tcW w:type="dxa" w:w="567"/>
          </w:tcPr>
          <w:p>
            <w:r>
              <w:t>1129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Троицкое</w:t>
            </w:r>
          </w:p>
        </w:tc>
        <w:tc>
          <w:tcPr>
            <w:tcW w:type="dxa" w:w="3402"/>
          </w:tcPr>
          <w:p>
            <w:r>
              <w:t>пр. Яснополянский, 5А</w:t>
            </w:r>
          </w:p>
        </w:tc>
      </w:tr>
      <w:tr>
        <w:tc>
          <w:tcPr>
            <w:tcW w:type="dxa" w:w="567"/>
          </w:tcPr>
          <w:p>
            <w:r>
              <w:t>1130</w:t>
            </w:r>
          </w:p>
        </w:tc>
        <w:tc>
          <w:tcPr>
            <w:tcW w:type="dxa" w:w="2835"/>
          </w:tcPr>
          <w:p>
            <w:r>
              <w:t>Омская область</w:t>
            </w:r>
          </w:p>
        </w:tc>
        <w:tc>
          <w:tcPr>
            <w:tcW w:type="dxa" w:w="2268"/>
          </w:tcPr>
          <w:p>
            <w:r>
              <w:t>Троицкое</w:t>
            </w:r>
          </w:p>
        </w:tc>
        <w:tc>
          <w:tcPr>
            <w:tcW w:type="dxa" w:w="3402"/>
          </w:tcPr>
          <w:p>
            <w:r>
              <w:t>ул. Омская, 2Д</w:t>
            </w:r>
          </w:p>
        </w:tc>
      </w:tr>
      <w:tr>
        <w:tc>
          <w:tcPr>
            <w:tcW w:type="dxa" w:w="567"/>
          </w:tcPr>
          <w:p>
            <w:r>
              <w:t>1131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Кондратово</w:t>
            </w:r>
          </w:p>
        </w:tc>
        <w:tc>
          <w:tcPr>
            <w:tcW w:type="dxa" w:w="3402"/>
          </w:tcPr>
          <w:p>
            <w:r>
              <w:t>ул. Водопроводная, 1</w:t>
            </w:r>
          </w:p>
        </w:tc>
      </w:tr>
      <w:tr>
        <w:tc>
          <w:tcPr>
            <w:tcW w:type="dxa" w:w="567"/>
          </w:tcPr>
          <w:p>
            <w:r>
              <w:t>1132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пр. Комсомольский, 36</w:t>
            </w:r>
          </w:p>
        </w:tc>
      </w:tr>
      <w:tr>
        <w:tc>
          <w:tcPr>
            <w:tcW w:type="dxa" w:w="567"/>
          </w:tcPr>
          <w:p>
            <w:r>
              <w:t>1133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Генерала Панфилова, 19</w:t>
            </w:r>
          </w:p>
        </w:tc>
      </w:tr>
      <w:tr>
        <w:tc>
          <w:tcPr>
            <w:tcW w:type="dxa" w:w="567"/>
          </w:tcPr>
          <w:p>
            <w:r>
              <w:t>1134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Гусарова, 20</w:t>
            </w:r>
          </w:p>
        </w:tc>
      </w:tr>
      <w:tr>
        <w:tc>
          <w:tcPr>
            <w:tcW w:type="dxa" w:w="567"/>
          </w:tcPr>
          <w:p>
            <w:r>
              <w:t>1135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Докучаева, 24</w:t>
            </w:r>
          </w:p>
        </w:tc>
      </w:tr>
      <w:tr>
        <w:tc>
          <w:tcPr>
            <w:tcW w:type="dxa" w:w="567"/>
          </w:tcPr>
          <w:p>
            <w:r>
              <w:t>1136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Домостроительная, 33б, стр. 2</w:t>
            </w:r>
          </w:p>
        </w:tc>
      </w:tr>
      <w:tr>
        <w:tc>
          <w:tcPr>
            <w:tcW w:type="dxa" w:w="567"/>
          </w:tcPr>
          <w:p>
            <w:r>
              <w:t>1137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Калинина, 60а</w:t>
            </w:r>
          </w:p>
        </w:tc>
      </w:tr>
      <w:tr>
        <w:tc>
          <w:tcPr>
            <w:tcW w:type="dxa" w:w="567"/>
          </w:tcPr>
          <w:p>
            <w:r>
              <w:t>1138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Карпинского, 107</w:t>
            </w:r>
          </w:p>
        </w:tc>
      </w:tr>
      <w:tr>
        <w:tc>
          <w:tcPr>
            <w:tcW w:type="dxa" w:w="567"/>
          </w:tcPr>
          <w:p>
            <w:r>
              <w:t>1139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Крупской, 31</w:t>
            </w:r>
          </w:p>
        </w:tc>
      </w:tr>
      <w:tr>
        <w:tc>
          <w:tcPr>
            <w:tcW w:type="dxa" w:w="567"/>
          </w:tcPr>
          <w:p>
            <w:r>
              <w:t>1140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Куйбышева, 147</w:t>
            </w:r>
          </w:p>
        </w:tc>
      </w:tr>
      <w:tr>
        <w:tc>
          <w:tcPr>
            <w:tcW w:type="dxa" w:w="567"/>
          </w:tcPr>
          <w:p>
            <w:r>
              <w:t>1141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Куйбышева, 47</w:t>
            </w:r>
          </w:p>
        </w:tc>
      </w:tr>
      <w:tr>
        <w:tc>
          <w:tcPr>
            <w:tcW w:type="dxa" w:w="567"/>
          </w:tcPr>
          <w:p>
            <w:r>
              <w:t>1142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Милиционера Власова, 8</w:t>
            </w:r>
          </w:p>
        </w:tc>
      </w:tr>
      <w:tr>
        <w:tc>
          <w:tcPr>
            <w:tcW w:type="dxa" w:w="567"/>
          </w:tcPr>
          <w:p>
            <w:r>
              <w:t>1143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Мира, 9</w:t>
            </w:r>
          </w:p>
        </w:tc>
      </w:tr>
      <w:tr>
        <w:tc>
          <w:tcPr>
            <w:tcW w:type="dxa" w:w="567"/>
          </w:tcPr>
          <w:p>
            <w:r>
              <w:t>1144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Молодогвардейская, 37</w:t>
            </w:r>
          </w:p>
        </w:tc>
      </w:tr>
      <w:tr>
        <w:tc>
          <w:tcPr>
            <w:tcW w:type="dxa" w:w="567"/>
          </w:tcPr>
          <w:p>
            <w:r>
              <w:t>1145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Пермская, 161</w:t>
            </w:r>
          </w:p>
        </w:tc>
      </w:tr>
      <w:tr>
        <w:tc>
          <w:tcPr>
            <w:tcW w:type="dxa" w:w="567"/>
          </w:tcPr>
          <w:p>
            <w:r>
              <w:t>1146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Пермская, 2</w:t>
            </w:r>
          </w:p>
        </w:tc>
      </w:tr>
      <w:tr>
        <w:tc>
          <w:tcPr>
            <w:tcW w:type="dxa" w:w="567"/>
          </w:tcPr>
          <w:p>
            <w:r>
              <w:t>1147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Писарева, 4</w:t>
            </w:r>
          </w:p>
        </w:tc>
      </w:tr>
      <w:tr>
        <w:tc>
          <w:tcPr>
            <w:tcW w:type="dxa" w:w="567"/>
          </w:tcPr>
          <w:p>
            <w:r>
              <w:t>1148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Серебристая, 18</w:t>
            </w:r>
          </w:p>
        </w:tc>
      </w:tr>
      <w:tr>
        <w:tc>
          <w:tcPr>
            <w:tcW w:type="dxa" w:w="567"/>
          </w:tcPr>
          <w:p>
            <w:r>
              <w:t>1149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Солдатова, 31а</w:t>
            </w:r>
          </w:p>
        </w:tc>
      </w:tr>
      <w:tr>
        <w:tc>
          <w:tcPr>
            <w:tcW w:type="dxa" w:w="567"/>
          </w:tcPr>
          <w:p>
            <w:r>
              <w:t>1150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Хабаровская, 56</w:t>
            </w:r>
          </w:p>
        </w:tc>
      </w:tr>
      <w:tr>
        <w:tc>
          <w:tcPr>
            <w:tcW w:type="dxa" w:w="567"/>
          </w:tcPr>
          <w:p>
            <w:r>
              <w:t>1151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Пермь</w:t>
            </w:r>
          </w:p>
        </w:tc>
        <w:tc>
          <w:tcPr>
            <w:tcW w:type="dxa" w:w="3402"/>
          </w:tcPr>
          <w:p>
            <w:r>
              <w:t>ул. Ямпольская, 11</w:t>
            </w:r>
          </w:p>
        </w:tc>
      </w:tr>
      <w:tr>
        <w:tc>
          <w:tcPr>
            <w:tcW w:type="dxa" w:w="567"/>
          </w:tcPr>
          <w:p>
            <w:r>
              <w:t>1152</w:t>
            </w:r>
          </w:p>
        </w:tc>
        <w:tc>
          <w:tcPr>
            <w:tcW w:type="dxa" w:w="2835"/>
          </w:tcPr>
          <w:p>
            <w:r>
              <w:t>Пермский край</w:t>
            </w:r>
          </w:p>
        </w:tc>
        <w:tc>
          <w:tcPr>
            <w:tcW w:type="dxa" w:w="2268"/>
          </w:tcPr>
          <w:p>
            <w:r>
              <w:t>Фролы</w:t>
            </w:r>
          </w:p>
        </w:tc>
        <w:tc>
          <w:tcPr>
            <w:tcW w:type="dxa" w:w="3402"/>
          </w:tcPr>
          <w:p>
            <w:r>
              <w:t>ул. Светлая, 1/1</w:t>
            </w:r>
          </w:p>
        </w:tc>
      </w:tr>
      <w:tr>
        <w:tc>
          <w:tcPr>
            <w:tcW w:type="dxa" w:w="567"/>
          </w:tcPr>
          <w:p>
            <w:r>
              <w:t>1153</w:t>
            </w:r>
          </w:p>
        </w:tc>
        <w:tc>
          <w:tcPr>
            <w:tcW w:type="dxa" w:w="2835"/>
          </w:tcPr>
          <w:p>
            <w:r>
              <w:t>Республика Мордовия</w:t>
            </w:r>
          </w:p>
        </w:tc>
        <w:tc>
          <w:tcPr>
            <w:tcW w:type="dxa" w:w="2268"/>
          </w:tcPr>
          <w:p>
            <w:r>
              <w:t>Саранск</w:t>
            </w:r>
          </w:p>
        </w:tc>
        <w:tc>
          <w:tcPr>
            <w:tcW w:type="dxa" w:w="3402"/>
          </w:tcPr>
          <w:p>
            <w:r>
              <w:t>пр. 70 лет Октября, 196</w:t>
            </w:r>
          </w:p>
        </w:tc>
      </w:tr>
      <w:tr>
        <w:tc>
          <w:tcPr>
            <w:tcW w:type="dxa" w:w="567"/>
          </w:tcPr>
          <w:p>
            <w:r>
              <w:t>1154</w:t>
            </w:r>
          </w:p>
        </w:tc>
        <w:tc>
          <w:tcPr>
            <w:tcW w:type="dxa" w:w="2835"/>
          </w:tcPr>
          <w:p>
            <w:r>
              <w:t>Республика Мордовия</w:t>
            </w:r>
          </w:p>
        </w:tc>
        <w:tc>
          <w:tcPr>
            <w:tcW w:type="dxa" w:w="2268"/>
          </w:tcPr>
          <w:p>
            <w:r>
              <w:t>Саранск</w:t>
            </w:r>
          </w:p>
        </w:tc>
        <w:tc>
          <w:tcPr>
            <w:tcW w:type="dxa" w:w="3402"/>
          </w:tcPr>
          <w:p>
            <w:r>
              <w:t>ул. Степана Разина, 33</w:t>
            </w:r>
          </w:p>
        </w:tc>
      </w:tr>
      <w:tr>
        <w:tc>
          <w:tcPr>
            <w:tcW w:type="dxa" w:w="567"/>
          </w:tcPr>
          <w:p>
            <w:r>
              <w:t>1155</w:t>
            </w:r>
          </w:p>
        </w:tc>
        <w:tc>
          <w:tcPr>
            <w:tcW w:type="dxa" w:w="2835"/>
          </w:tcPr>
          <w:p>
            <w:r>
              <w:t>Республика Мордовия</w:t>
            </w:r>
          </w:p>
        </w:tc>
        <w:tc>
          <w:tcPr>
            <w:tcW w:type="dxa" w:w="2268"/>
          </w:tcPr>
          <w:p>
            <w:r>
              <w:t>Саранск</w:t>
            </w:r>
          </w:p>
        </w:tc>
        <w:tc>
          <w:tcPr>
            <w:tcW w:type="dxa" w:w="3402"/>
          </w:tcPr>
          <w:p>
            <w:r>
              <w:t>ул. Чкалова, 2А</w:t>
            </w:r>
          </w:p>
        </w:tc>
      </w:tr>
      <w:tr>
        <w:tc>
          <w:tcPr>
            <w:tcW w:type="dxa" w:w="567"/>
          </w:tcPr>
          <w:p>
            <w:r>
              <w:t>1156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Ряжск</w:t>
            </w:r>
          </w:p>
        </w:tc>
        <w:tc>
          <w:tcPr>
            <w:tcW w:type="dxa" w:w="3402"/>
          </w:tcPr>
          <w:p>
            <w:r>
              <w:t>ул. Лермонтова, 11</w:t>
            </w:r>
          </w:p>
        </w:tc>
      </w:tr>
      <w:tr>
        <w:tc>
          <w:tcPr>
            <w:tcW w:type="dxa" w:w="567"/>
          </w:tcPr>
          <w:p>
            <w:r>
              <w:t>1157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б-р Народный, 9, к.1</w:t>
            </w:r>
          </w:p>
        </w:tc>
      </w:tr>
      <w:tr>
        <w:tc>
          <w:tcPr>
            <w:tcW w:type="dxa" w:w="567"/>
          </w:tcPr>
          <w:p>
            <w:r>
              <w:t>1158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пр. Славянский, 6</w:t>
            </w:r>
          </w:p>
        </w:tc>
      </w:tr>
      <w:tr>
        <w:tc>
          <w:tcPr>
            <w:tcW w:type="dxa" w:w="567"/>
          </w:tcPr>
          <w:p>
            <w:r>
              <w:t>1159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2-е Бутырки, 5</w:t>
            </w:r>
          </w:p>
        </w:tc>
      </w:tr>
      <w:tr>
        <w:tc>
          <w:tcPr>
            <w:tcW w:type="dxa" w:w="567"/>
          </w:tcPr>
          <w:p>
            <w:r>
              <w:t>1160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Высоковольтная, 5, кор.1</w:t>
            </w:r>
          </w:p>
        </w:tc>
      </w:tr>
      <w:tr>
        <w:tc>
          <w:tcPr>
            <w:tcW w:type="dxa" w:w="567"/>
          </w:tcPr>
          <w:p>
            <w:r>
              <w:t>1161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Гагарина, 25</w:t>
            </w:r>
          </w:p>
        </w:tc>
      </w:tr>
      <w:tr>
        <w:tc>
          <w:tcPr>
            <w:tcW w:type="dxa" w:w="567"/>
          </w:tcPr>
          <w:p>
            <w:r>
              <w:t>1162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Гоголя, 39</w:t>
            </w:r>
          </w:p>
        </w:tc>
      </w:tr>
      <w:tr>
        <w:tc>
          <w:tcPr>
            <w:tcW w:type="dxa" w:w="567"/>
          </w:tcPr>
          <w:p>
            <w:r>
              <w:t>1163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Есенина, 13</w:t>
            </w:r>
          </w:p>
        </w:tc>
      </w:tr>
      <w:tr>
        <w:tc>
          <w:tcPr>
            <w:tcW w:type="dxa" w:w="567"/>
          </w:tcPr>
          <w:p>
            <w:r>
              <w:t>1164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Есенина, 64</w:t>
            </w:r>
          </w:p>
        </w:tc>
      </w:tr>
      <w:tr>
        <w:tc>
          <w:tcPr>
            <w:tcW w:type="dxa" w:w="567"/>
          </w:tcPr>
          <w:p>
            <w:r>
              <w:t>1165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Зубковой, 2</w:t>
            </w:r>
          </w:p>
        </w:tc>
      </w:tr>
      <w:tr>
        <w:tc>
          <w:tcPr>
            <w:tcW w:type="dxa" w:w="567"/>
          </w:tcPr>
          <w:p>
            <w:r>
              <w:t>1166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Зубковой, 21Ж</w:t>
            </w:r>
          </w:p>
        </w:tc>
      </w:tr>
      <w:tr>
        <w:tc>
          <w:tcPr>
            <w:tcW w:type="dxa" w:w="567"/>
          </w:tcPr>
          <w:p>
            <w:r>
              <w:t>1167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Керамзавода, 31</w:t>
            </w:r>
          </w:p>
        </w:tc>
      </w:tr>
      <w:tr>
        <w:tc>
          <w:tcPr>
            <w:tcW w:type="dxa" w:w="567"/>
          </w:tcPr>
          <w:p>
            <w:r>
              <w:t>1168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Комбайновая, 1/5</w:t>
            </w:r>
          </w:p>
        </w:tc>
      </w:tr>
      <w:tr>
        <w:tc>
          <w:tcPr>
            <w:tcW w:type="dxa" w:w="567"/>
          </w:tcPr>
          <w:p>
            <w:r>
              <w:t>1169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Костычева, 2</w:t>
            </w:r>
          </w:p>
        </w:tc>
      </w:tr>
      <w:tr>
        <w:tc>
          <w:tcPr>
            <w:tcW w:type="dxa" w:w="567"/>
          </w:tcPr>
          <w:p>
            <w:r>
              <w:t>1170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Новаторов, 5 корп 1</w:t>
            </w:r>
          </w:p>
        </w:tc>
      </w:tr>
      <w:tr>
        <w:tc>
          <w:tcPr>
            <w:tcW w:type="dxa" w:w="567"/>
          </w:tcPr>
          <w:p>
            <w:r>
              <w:t>1171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Новоселов, 26Б</w:t>
            </w:r>
          </w:p>
        </w:tc>
      </w:tr>
      <w:tr>
        <w:tc>
          <w:tcPr>
            <w:tcW w:type="dxa" w:w="567"/>
          </w:tcPr>
          <w:p>
            <w:r>
              <w:t>1172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Новоселов, 7</w:t>
            </w:r>
          </w:p>
        </w:tc>
      </w:tr>
      <w:tr>
        <w:tc>
          <w:tcPr>
            <w:tcW w:type="dxa" w:w="567"/>
          </w:tcPr>
          <w:p>
            <w:r>
              <w:t>1173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Октябрьская, 45</w:t>
            </w:r>
          </w:p>
        </w:tc>
      </w:tr>
      <w:tr>
        <w:tc>
          <w:tcPr>
            <w:tcW w:type="dxa" w:w="567"/>
          </w:tcPr>
          <w:p>
            <w:r>
              <w:t>1174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Советской Армии, 4</w:t>
            </w:r>
          </w:p>
        </w:tc>
      </w:tr>
      <w:tr>
        <w:tc>
          <w:tcPr>
            <w:tcW w:type="dxa" w:w="567"/>
          </w:tcPr>
          <w:p>
            <w:r>
              <w:t>1175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Станкозаводская, 22/10</w:t>
            </w:r>
          </w:p>
        </w:tc>
      </w:tr>
      <w:tr>
        <w:tc>
          <w:tcPr>
            <w:tcW w:type="dxa" w:w="567"/>
          </w:tcPr>
          <w:p>
            <w:r>
              <w:t>1176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Тимакова, 2</w:t>
            </w:r>
          </w:p>
        </w:tc>
      </w:tr>
      <w:tr>
        <w:tc>
          <w:tcPr>
            <w:tcW w:type="dxa" w:w="567"/>
          </w:tcPr>
          <w:p>
            <w:r>
              <w:t>1177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Циолковского, 16</w:t>
            </w:r>
          </w:p>
        </w:tc>
      </w:tr>
      <w:tr>
        <w:tc>
          <w:tcPr>
            <w:tcW w:type="dxa" w:w="567"/>
          </w:tcPr>
          <w:p>
            <w:r>
              <w:t>1178</w:t>
            </w:r>
          </w:p>
        </w:tc>
        <w:tc>
          <w:tcPr>
            <w:tcW w:type="dxa" w:w="2835"/>
          </w:tcPr>
          <w:p>
            <w:r>
              <w:t>Рязанская область</w:t>
            </w:r>
          </w:p>
        </w:tc>
        <w:tc>
          <w:tcPr>
            <w:tcW w:type="dxa" w:w="2268"/>
          </w:tcPr>
          <w:p>
            <w:r>
              <w:t>Рязань</w:t>
            </w:r>
          </w:p>
        </w:tc>
        <w:tc>
          <w:tcPr>
            <w:tcW w:type="dxa" w:w="3402"/>
          </w:tcPr>
          <w:p>
            <w:r>
              <w:t>ул. Шевченко, 82</w:t>
            </w:r>
          </w:p>
        </w:tc>
      </w:tr>
      <w:tr>
        <w:tc>
          <w:tcPr>
            <w:tcW w:type="dxa" w:w="567"/>
          </w:tcPr>
          <w:p>
            <w:r>
              <w:t>1179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Березовский (Свердловская область)</w:t>
            </w:r>
          </w:p>
        </w:tc>
        <w:tc>
          <w:tcPr>
            <w:tcW w:type="dxa" w:w="3402"/>
          </w:tcPr>
          <w:p>
            <w:r>
              <w:t>ул. Восточная, 8, корп. 1</w:t>
            </w:r>
          </w:p>
        </w:tc>
      </w:tr>
      <w:tr>
        <w:tc>
          <w:tcPr>
            <w:tcW w:type="dxa" w:w="567"/>
          </w:tcPr>
          <w:p>
            <w:r>
              <w:t>1180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Березовский (Свердловская область)</w:t>
            </w:r>
          </w:p>
        </w:tc>
        <w:tc>
          <w:tcPr>
            <w:tcW w:type="dxa" w:w="3402"/>
          </w:tcPr>
          <w:p>
            <w:r>
              <w:t>ул. Гагарина, 20, корп. 1</w:t>
            </w:r>
          </w:p>
        </w:tc>
      </w:tr>
      <w:tr>
        <w:tc>
          <w:tcPr>
            <w:tcW w:type="dxa" w:w="567"/>
          </w:tcPr>
          <w:p>
            <w:r>
              <w:t>1181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Екатеринбург</w:t>
            </w:r>
          </w:p>
        </w:tc>
        <w:tc>
          <w:tcPr>
            <w:tcW w:type="dxa" w:w="3402"/>
          </w:tcPr>
          <w:p>
            <w:r>
              <w:t>пр. Космонавтов, 108/3</w:t>
            </w:r>
          </w:p>
        </w:tc>
      </w:tr>
      <w:tr>
        <w:tc>
          <w:tcPr>
            <w:tcW w:type="dxa" w:w="567"/>
          </w:tcPr>
          <w:p>
            <w:r>
              <w:t>1182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Екатеринбург</w:t>
            </w:r>
          </w:p>
        </w:tc>
        <w:tc>
          <w:tcPr>
            <w:tcW w:type="dxa" w:w="3402"/>
          </w:tcPr>
          <w:p>
            <w:r>
              <w:t>пр. Космонавтов, 7а</w:t>
            </w:r>
          </w:p>
        </w:tc>
      </w:tr>
      <w:tr>
        <w:tc>
          <w:tcPr>
            <w:tcW w:type="dxa" w:w="567"/>
          </w:tcPr>
          <w:p>
            <w:r>
              <w:t>1183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Екатеринбург</w:t>
            </w:r>
          </w:p>
        </w:tc>
        <w:tc>
          <w:tcPr>
            <w:tcW w:type="dxa" w:w="3402"/>
          </w:tcPr>
          <w:p>
            <w:r>
              <w:t>пр. Ленина, 79А</w:t>
            </w:r>
          </w:p>
        </w:tc>
      </w:tr>
      <w:tr>
        <w:tc>
          <w:tcPr>
            <w:tcW w:type="dxa" w:w="567"/>
          </w:tcPr>
          <w:p>
            <w:r>
              <w:t>1184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Екатеринбург</w:t>
            </w:r>
          </w:p>
        </w:tc>
        <w:tc>
          <w:tcPr>
            <w:tcW w:type="dxa" w:w="3402"/>
          </w:tcPr>
          <w:p>
            <w:r>
              <w:t>ул. Академика Парина, 29</w:t>
            </w:r>
          </w:p>
        </w:tc>
      </w:tr>
      <w:tr>
        <w:tc>
          <w:tcPr>
            <w:tcW w:type="dxa" w:w="567"/>
          </w:tcPr>
          <w:p>
            <w:r>
              <w:t>1185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Екатеринбург</w:t>
            </w:r>
          </w:p>
        </w:tc>
        <w:tc>
          <w:tcPr>
            <w:tcW w:type="dxa" w:w="3402"/>
          </w:tcPr>
          <w:p>
            <w:r>
              <w:t>ул. Июльская, 21</w:t>
            </w:r>
          </w:p>
        </w:tc>
      </w:tr>
      <w:tr>
        <w:tc>
          <w:tcPr>
            <w:tcW w:type="dxa" w:w="567"/>
          </w:tcPr>
          <w:p>
            <w:r>
              <w:t>1186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Екатеринбург</w:t>
            </w:r>
          </w:p>
        </w:tc>
        <w:tc>
          <w:tcPr>
            <w:tcW w:type="dxa" w:w="3402"/>
          </w:tcPr>
          <w:p>
            <w:r>
              <w:t>ул. Коуровская, 13/3</w:t>
            </w:r>
          </w:p>
        </w:tc>
      </w:tr>
      <w:tr>
        <w:tc>
          <w:tcPr>
            <w:tcW w:type="dxa" w:w="567"/>
          </w:tcPr>
          <w:p>
            <w:r>
              <w:t>1187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Екатеринбург</w:t>
            </w:r>
          </w:p>
        </w:tc>
        <w:tc>
          <w:tcPr>
            <w:tcW w:type="dxa" w:w="3402"/>
          </w:tcPr>
          <w:p>
            <w:r>
              <w:t>ул. Соболева, 21, корп. 1</w:t>
            </w:r>
          </w:p>
        </w:tc>
      </w:tr>
      <w:tr>
        <w:tc>
          <w:tcPr>
            <w:tcW w:type="dxa" w:w="567"/>
          </w:tcPr>
          <w:p>
            <w:r>
              <w:t>1188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Екатеринбург</w:t>
            </w:r>
          </w:p>
        </w:tc>
        <w:tc>
          <w:tcPr>
            <w:tcW w:type="dxa" w:w="3402"/>
          </w:tcPr>
          <w:p>
            <w:r>
              <w:t>ул. Хохрякова, 72</w:t>
            </w:r>
          </w:p>
        </w:tc>
      </w:tr>
      <w:tr>
        <w:tc>
          <w:tcPr>
            <w:tcW w:type="dxa" w:w="567"/>
          </w:tcPr>
          <w:p>
            <w:r>
              <w:t>1189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Нижний Тагил</w:t>
            </w:r>
          </w:p>
        </w:tc>
        <w:tc>
          <w:tcPr>
            <w:tcW w:type="dxa" w:w="3402"/>
          </w:tcPr>
          <w:p>
            <w:r>
              <w:t>ул Дружинина, 110а</w:t>
            </w:r>
          </w:p>
        </w:tc>
      </w:tr>
      <w:tr>
        <w:tc>
          <w:tcPr>
            <w:tcW w:type="dxa" w:w="567"/>
          </w:tcPr>
          <w:p>
            <w:r>
              <w:t>1190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Нижний Тагил</w:t>
            </w:r>
          </w:p>
        </w:tc>
        <w:tc>
          <w:tcPr>
            <w:tcW w:type="dxa" w:w="3402"/>
          </w:tcPr>
          <w:p>
            <w:r>
              <w:t>ул. Первомайская, 37б</w:t>
            </w:r>
          </w:p>
        </w:tc>
      </w:tr>
      <w:tr>
        <w:tc>
          <w:tcPr>
            <w:tcW w:type="dxa" w:w="567"/>
          </w:tcPr>
          <w:p>
            <w:r>
              <w:t>1191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Нижний Тагил</w:t>
            </w:r>
          </w:p>
        </w:tc>
        <w:tc>
          <w:tcPr>
            <w:tcW w:type="dxa" w:w="3402"/>
          </w:tcPr>
          <w:p>
            <w:r>
              <w:t>ул. Победы, 51</w:t>
            </w:r>
          </w:p>
        </w:tc>
      </w:tr>
      <w:tr>
        <w:tc>
          <w:tcPr>
            <w:tcW w:type="dxa" w:w="567"/>
          </w:tcPr>
          <w:p>
            <w:r>
              <w:t>1192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Первоуральск</w:t>
            </w:r>
          </w:p>
        </w:tc>
        <w:tc>
          <w:tcPr>
            <w:tcW w:type="dxa" w:w="3402"/>
          </w:tcPr>
          <w:p>
            <w:r>
              <w:t>пр. Ильича, 31/1</w:t>
            </w:r>
          </w:p>
        </w:tc>
      </w:tr>
      <w:tr>
        <w:tc>
          <w:tcPr>
            <w:tcW w:type="dxa" w:w="567"/>
          </w:tcPr>
          <w:p>
            <w:r>
              <w:t>1193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Первоуральск</w:t>
            </w:r>
          </w:p>
        </w:tc>
        <w:tc>
          <w:tcPr>
            <w:tcW w:type="dxa" w:w="3402"/>
          </w:tcPr>
          <w:p>
            <w:r>
              <w:t>ул. Ватутина, 29</w:t>
            </w:r>
          </w:p>
        </w:tc>
      </w:tr>
      <w:tr>
        <w:tc>
          <w:tcPr>
            <w:tcW w:type="dxa" w:w="567"/>
          </w:tcPr>
          <w:p>
            <w:r>
              <w:t>1194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Первоуральск</w:t>
            </w:r>
          </w:p>
        </w:tc>
        <w:tc>
          <w:tcPr>
            <w:tcW w:type="dxa" w:w="3402"/>
          </w:tcPr>
          <w:p>
            <w:r>
              <w:t>ул. Ленина, 17</w:t>
            </w:r>
          </w:p>
        </w:tc>
      </w:tr>
      <w:tr>
        <w:tc>
          <w:tcPr>
            <w:tcW w:type="dxa" w:w="567"/>
          </w:tcPr>
          <w:p>
            <w:r>
              <w:t>1195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Первоуральск</w:t>
            </w:r>
          </w:p>
        </w:tc>
        <w:tc>
          <w:tcPr>
            <w:tcW w:type="dxa" w:w="3402"/>
          </w:tcPr>
          <w:p>
            <w:r>
              <w:t>ул. Трубников, 52А</w:t>
            </w:r>
          </w:p>
        </w:tc>
      </w:tr>
      <w:tr>
        <w:tc>
          <w:tcPr>
            <w:tcW w:type="dxa" w:w="567"/>
          </w:tcPr>
          <w:p>
            <w:r>
              <w:t>1196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Полевской</w:t>
            </w:r>
          </w:p>
        </w:tc>
        <w:tc>
          <w:tcPr>
            <w:tcW w:type="dxa" w:w="3402"/>
          </w:tcPr>
          <w:p>
            <w:r>
              <w:t>мкр. Зеленый Бор-1, 7</w:t>
            </w:r>
          </w:p>
        </w:tc>
      </w:tr>
      <w:tr>
        <w:tc>
          <w:tcPr>
            <w:tcW w:type="dxa" w:w="567"/>
          </w:tcPr>
          <w:p>
            <w:r>
              <w:t>1197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Полевской</w:t>
            </w:r>
          </w:p>
        </w:tc>
        <w:tc>
          <w:tcPr>
            <w:tcW w:type="dxa" w:w="3402"/>
          </w:tcPr>
          <w:p>
            <w:r>
              <w:t>ул. Коммунистическая, 30</w:t>
            </w:r>
          </w:p>
        </w:tc>
      </w:tr>
      <w:tr>
        <w:tc>
          <w:tcPr>
            <w:tcW w:type="dxa" w:w="567"/>
          </w:tcPr>
          <w:p>
            <w:r>
              <w:t>1198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Полевской</w:t>
            </w:r>
          </w:p>
        </w:tc>
        <w:tc>
          <w:tcPr>
            <w:tcW w:type="dxa" w:w="3402"/>
          </w:tcPr>
          <w:p>
            <w:r>
              <w:t>ул. Свердлова, 10б</w:t>
            </w:r>
          </w:p>
        </w:tc>
      </w:tr>
      <w:tr>
        <w:tc>
          <w:tcPr>
            <w:tcW w:type="dxa" w:w="567"/>
          </w:tcPr>
          <w:p>
            <w:r>
              <w:t>1199</w:t>
            </w:r>
          </w:p>
        </w:tc>
        <w:tc>
          <w:tcPr>
            <w:tcW w:type="dxa" w:w="2835"/>
          </w:tcPr>
          <w:p>
            <w:r>
              <w:t>Свердловская область</w:t>
            </w:r>
          </w:p>
        </w:tc>
        <w:tc>
          <w:tcPr>
            <w:tcW w:type="dxa" w:w="2268"/>
          </w:tcPr>
          <w:p>
            <w:r>
              <w:t>Ревда</w:t>
            </w:r>
          </w:p>
        </w:tc>
        <w:tc>
          <w:tcPr>
            <w:tcW w:type="dxa" w:w="3402"/>
          </w:tcPr>
          <w:p>
            <w:r>
              <w:t>ул. Максима Горького, 30</w:t>
            </w:r>
          </w:p>
        </w:tc>
      </w:tr>
      <w:tr>
        <w:tc>
          <w:tcPr>
            <w:tcW w:type="dxa" w:w="567"/>
          </w:tcPr>
          <w:p>
            <w:r>
              <w:t>1200</w:t>
            </w:r>
          </w:p>
        </w:tc>
        <w:tc>
          <w:tcPr>
            <w:tcW w:type="dxa" w:w="2835"/>
          </w:tcPr>
          <w:p>
            <w:r>
              <w:t>Смоленская область</w:t>
            </w:r>
          </w:p>
        </w:tc>
        <w:tc>
          <w:tcPr>
            <w:tcW w:type="dxa" w:w="2268"/>
          </w:tcPr>
          <w:p>
            <w:r>
              <w:t>Гагарин</w:t>
            </w:r>
          </w:p>
        </w:tc>
        <w:tc>
          <w:tcPr>
            <w:tcW w:type="dxa" w:w="3402"/>
          </w:tcPr>
          <w:p>
            <w:r>
              <w:t>ул. Гагарина, 53</w:t>
            </w:r>
          </w:p>
        </w:tc>
      </w:tr>
      <w:tr>
        <w:tc>
          <w:tcPr>
            <w:tcW w:type="dxa" w:w="567"/>
          </w:tcPr>
          <w:p>
            <w:r>
              <w:t>1201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Кимры</w:t>
            </w:r>
          </w:p>
        </w:tc>
        <w:tc>
          <w:tcPr>
            <w:tcW w:type="dxa" w:w="3402"/>
          </w:tcPr>
          <w:p>
            <w:r>
              <w:t>ул. Кропоткина, 16</w:t>
            </w:r>
          </w:p>
        </w:tc>
      </w:tr>
      <w:tr>
        <w:tc>
          <w:tcPr>
            <w:tcW w:type="dxa" w:w="567"/>
          </w:tcPr>
          <w:p>
            <w:r>
              <w:t>1202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Кимры</w:t>
            </w:r>
          </w:p>
        </w:tc>
        <w:tc>
          <w:tcPr>
            <w:tcW w:type="dxa" w:w="3402"/>
          </w:tcPr>
          <w:p>
            <w:r>
              <w:t>ул. Орджоникидзе, 42</w:t>
            </w:r>
          </w:p>
        </w:tc>
      </w:tr>
      <w:tr>
        <w:tc>
          <w:tcPr>
            <w:tcW w:type="dxa" w:w="567"/>
          </w:tcPr>
          <w:p>
            <w:r>
              <w:t>1203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Конаково</w:t>
            </w:r>
          </w:p>
        </w:tc>
        <w:tc>
          <w:tcPr>
            <w:tcW w:type="dxa" w:w="3402"/>
          </w:tcPr>
          <w:p>
            <w:r>
              <w:t>ул. Гагарина, 24</w:t>
            </w:r>
          </w:p>
        </w:tc>
      </w:tr>
      <w:tr>
        <w:tc>
          <w:tcPr>
            <w:tcW w:type="dxa" w:w="567"/>
          </w:tcPr>
          <w:p>
            <w:r>
              <w:t>1204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Ржев</w:t>
            </w:r>
          </w:p>
        </w:tc>
        <w:tc>
          <w:tcPr>
            <w:tcW w:type="dxa" w:w="3402"/>
          </w:tcPr>
          <w:p>
            <w:r>
              <w:t>проезд Осташковский, 19</w:t>
            </w:r>
          </w:p>
        </w:tc>
      </w:tr>
      <w:tr>
        <w:tc>
          <w:tcPr>
            <w:tcW w:type="dxa" w:w="567"/>
          </w:tcPr>
          <w:p>
            <w:r>
              <w:t>1205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Ржев</w:t>
            </w:r>
          </w:p>
        </w:tc>
        <w:tc>
          <w:tcPr>
            <w:tcW w:type="dxa" w:w="3402"/>
          </w:tcPr>
          <w:p>
            <w:r>
              <w:t>ул. Маяковского, 31</w:t>
            </w:r>
          </w:p>
        </w:tc>
      </w:tr>
      <w:tr>
        <w:tc>
          <w:tcPr>
            <w:tcW w:type="dxa" w:w="567"/>
          </w:tcPr>
          <w:p>
            <w:r>
              <w:t>1206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б. Ногина, 4, к. 2</w:t>
            </w:r>
          </w:p>
        </w:tc>
      </w:tr>
      <w:tr>
        <w:tc>
          <w:tcPr>
            <w:tcW w:type="dxa" w:w="567"/>
          </w:tcPr>
          <w:p>
            <w:r>
              <w:t>1207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бульвар Гусева, 18</w:t>
            </w:r>
          </w:p>
        </w:tc>
      </w:tr>
      <w:tr>
        <w:tc>
          <w:tcPr>
            <w:tcW w:type="dxa" w:w="567"/>
          </w:tcPr>
          <w:p>
            <w:r>
              <w:t>1208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Артюхиной, 17</w:t>
            </w:r>
          </w:p>
        </w:tc>
      </w:tr>
      <w:tr>
        <w:tc>
          <w:tcPr>
            <w:tcW w:type="dxa" w:w="567"/>
          </w:tcPr>
          <w:p>
            <w:r>
              <w:t>1209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Оснабрюкская, 29</w:t>
            </w:r>
          </w:p>
        </w:tc>
      </w:tr>
      <w:tr>
        <w:tc>
          <w:tcPr>
            <w:tcW w:type="dxa" w:w="567"/>
          </w:tcPr>
          <w:p>
            <w:r>
              <w:t>1210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Паши Савельевой, 28/7</w:t>
            </w:r>
          </w:p>
        </w:tc>
      </w:tr>
      <w:tr>
        <w:tc>
          <w:tcPr>
            <w:tcW w:type="dxa" w:w="567"/>
          </w:tcPr>
          <w:p>
            <w:r>
              <w:t>1211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Склизкова, 10</w:t>
            </w:r>
          </w:p>
        </w:tc>
      </w:tr>
      <w:tr>
        <w:tc>
          <w:tcPr>
            <w:tcW w:type="dxa" w:w="567"/>
          </w:tcPr>
          <w:p>
            <w:r>
              <w:t>1212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Склизкова, 23</w:t>
            </w:r>
          </w:p>
        </w:tc>
      </w:tr>
      <w:tr>
        <w:tc>
          <w:tcPr>
            <w:tcW w:type="dxa" w:w="567"/>
          </w:tcPr>
          <w:p>
            <w:r>
              <w:t>1213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Фурманова, 72</w:t>
            </w:r>
          </w:p>
        </w:tc>
      </w:tr>
      <w:tr>
        <w:tc>
          <w:tcPr>
            <w:tcW w:type="dxa" w:w="567"/>
          </w:tcPr>
          <w:p>
            <w:r>
              <w:t>1214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Хромова, 17</w:t>
            </w:r>
          </w:p>
        </w:tc>
      </w:tr>
      <w:tr>
        <w:tc>
          <w:tcPr>
            <w:tcW w:type="dxa" w:w="567"/>
          </w:tcPr>
          <w:p>
            <w:r>
              <w:t>1215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Хрустальная, 27</w:t>
            </w:r>
          </w:p>
        </w:tc>
      </w:tr>
      <w:tr>
        <w:tc>
          <w:tcPr>
            <w:tcW w:type="dxa" w:w="567"/>
          </w:tcPr>
          <w:p>
            <w:r>
              <w:t>1216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ул. Шишкова, 90а/2, стр. 1</w:t>
            </w:r>
          </w:p>
        </w:tc>
      </w:tr>
      <w:tr>
        <w:tc>
          <w:tcPr>
            <w:tcW w:type="dxa" w:w="567"/>
          </w:tcPr>
          <w:p>
            <w:r>
              <w:t>1217</w:t>
            </w:r>
          </w:p>
        </w:tc>
        <w:tc>
          <w:tcPr>
            <w:tcW w:type="dxa" w:w="2835"/>
          </w:tcPr>
          <w:p>
            <w:r>
              <w:t>Тверская область</w:t>
            </w:r>
          </w:p>
        </w:tc>
        <w:tc>
          <w:tcPr>
            <w:tcW w:type="dxa" w:w="2268"/>
          </w:tcPr>
          <w:p>
            <w:r>
              <w:t>Тверь</w:t>
            </w:r>
          </w:p>
        </w:tc>
        <w:tc>
          <w:tcPr>
            <w:tcW w:type="dxa" w:w="3402"/>
          </w:tcPr>
          <w:p>
            <w:r>
              <w:t>шоссе Рябеевское, 14</w:t>
            </w:r>
          </w:p>
        </w:tc>
      </w:tr>
      <w:tr>
        <w:tc>
          <w:tcPr>
            <w:tcW w:type="dxa" w:w="567"/>
          </w:tcPr>
          <w:p>
            <w:r>
              <w:t>1218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Асино</w:t>
            </w:r>
          </w:p>
        </w:tc>
        <w:tc>
          <w:tcPr>
            <w:tcW w:type="dxa" w:w="3402"/>
          </w:tcPr>
          <w:p>
            <w:r>
              <w:t>ул. Ленина, 1</w:t>
            </w:r>
          </w:p>
        </w:tc>
      </w:tr>
      <w:tr>
        <w:tc>
          <w:tcPr>
            <w:tcW w:type="dxa" w:w="567"/>
          </w:tcPr>
          <w:p>
            <w:r>
              <w:t>1219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Асино</w:t>
            </w:r>
          </w:p>
        </w:tc>
        <w:tc>
          <w:tcPr>
            <w:tcW w:type="dxa" w:w="3402"/>
          </w:tcPr>
          <w:p>
            <w:r>
              <w:t>ул. Павлика Морозова, 7</w:t>
            </w:r>
          </w:p>
        </w:tc>
      </w:tr>
      <w:tr>
        <w:tc>
          <w:tcPr>
            <w:tcW w:type="dxa" w:w="567"/>
          </w:tcPr>
          <w:p>
            <w:r>
              <w:t>1220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Асино</w:t>
            </w:r>
          </w:p>
        </w:tc>
        <w:tc>
          <w:tcPr>
            <w:tcW w:type="dxa" w:w="3402"/>
          </w:tcPr>
          <w:p>
            <w:r>
              <w:t>ул. Трудовая, 1</w:t>
            </w:r>
          </w:p>
        </w:tc>
      </w:tr>
      <w:tr>
        <w:tc>
          <w:tcPr>
            <w:tcW w:type="dxa" w:w="567"/>
          </w:tcPr>
          <w:p>
            <w:r>
              <w:t>1221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Асино</w:t>
            </w:r>
          </w:p>
        </w:tc>
        <w:tc>
          <w:tcPr>
            <w:tcW w:type="dxa" w:w="3402"/>
          </w:tcPr>
          <w:p>
            <w:r>
              <w:t>ул. Челюскина, 44</w:t>
            </w:r>
          </w:p>
        </w:tc>
      </w:tr>
      <w:tr>
        <w:tc>
          <w:tcPr>
            <w:tcW w:type="dxa" w:w="567"/>
          </w:tcPr>
          <w:p>
            <w:r>
              <w:t>1222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Асино</w:t>
            </w:r>
          </w:p>
        </w:tc>
        <w:tc>
          <w:tcPr>
            <w:tcW w:type="dxa" w:w="3402"/>
          </w:tcPr>
          <w:p>
            <w:r>
              <w:t>ул. Щорса, 35/1</w:t>
            </w:r>
          </w:p>
        </w:tc>
      </w:tr>
      <w:tr>
        <w:tc>
          <w:tcPr>
            <w:tcW w:type="dxa" w:w="567"/>
          </w:tcPr>
          <w:p>
            <w:r>
              <w:t>1223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Бакчар</w:t>
            </w:r>
          </w:p>
        </w:tc>
        <w:tc>
          <w:tcPr>
            <w:tcW w:type="dxa" w:w="3402"/>
          </w:tcPr>
          <w:p>
            <w:r>
              <w:t>ул. Ленина, 61</w:t>
            </w:r>
          </w:p>
        </w:tc>
      </w:tr>
      <w:tr>
        <w:tc>
          <w:tcPr>
            <w:tcW w:type="dxa" w:w="567"/>
          </w:tcPr>
          <w:p>
            <w:r>
              <w:t>1224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Зональная Станция</w:t>
            </w:r>
          </w:p>
        </w:tc>
        <w:tc>
          <w:tcPr>
            <w:tcW w:type="dxa" w:w="3402"/>
          </w:tcPr>
          <w:p>
            <w:r>
              <w:t>ул. Королёва, 14</w:t>
            </w:r>
          </w:p>
        </w:tc>
      </w:tr>
      <w:tr>
        <w:tc>
          <w:tcPr>
            <w:tcW w:type="dxa" w:w="567"/>
          </w:tcPr>
          <w:p>
            <w:r>
              <w:t>1225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Зональная Станция</w:t>
            </w:r>
          </w:p>
        </w:tc>
        <w:tc>
          <w:tcPr>
            <w:tcW w:type="dxa" w:w="3402"/>
          </w:tcPr>
          <w:p>
            <w:r>
              <w:t>ул. Титова, 12</w:t>
            </w:r>
          </w:p>
        </w:tc>
      </w:tr>
      <w:tr>
        <w:tc>
          <w:tcPr>
            <w:tcW w:type="dxa" w:w="567"/>
          </w:tcPr>
          <w:p>
            <w:r>
              <w:t>1226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Зырянское</w:t>
            </w:r>
          </w:p>
        </w:tc>
        <w:tc>
          <w:tcPr>
            <w:tcW w:type="dxa" w:w="3402"/>
          </w:tcPr>
          <w:p>
            <w:r>
              <w:t>ул. Островского, 1а</w:t>
            </w:r>
          </w:p>
        </w:tc>
      </w:tr>
      <w:tr>
        <w:tc>
          <w:tcPr>
            <w:tcW w:type="dxa" w:w="567"/>
          </w:tcPr>
          <w:p>
            <w:r>
              <w:t>1227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Кисловка</w:t>
            </w:r>
          </w:p>
        </w:tc>
        <w:tc>
          <w:tcPr>
            <w:tcW w:type="dxa" w:w="3402"/>
          </w:tcPr>
          <w:p>
            <w:r>
              <w:t>ул. Василия Кандинского, 2</w:t>
            </w:r>
          </w:p>
        </w:tc>
      </w:tr>
      <w:tr>
        <w:tc>
          <w:tcPr>
            <w:tcW w:type="dxa" w:w="567"/>
          </w:tcPr>
          <w:p>
            <w:r>
              <w:t>1228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Кисловка</w:t>
            </w:r>
          </w:p>
        </w:tc>
        <w:tc>
          <w:tcPr>
            <w:tcW w:type="dxa" w:w="3402"/>
          </w:tcPr>
          <w:p>
            <w:r>
              <w:t>ул. Марины Цветаевой, 36</w:t>
            </w:r>
          </w:p>
        </w:tc>
      </w:tr>
      <w:tr>
        <w:tc>
          <w:tcPr>
            <w:tcW w:type="dxa" w:w="567"/>
          </w:tcPr>
          <w:p>
            <w:r>
              <w:t>1229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Кисловка</w:t>
            </w:r>
          </w:p>
        </w:tc>
        <w:tc>
          <w:tcPr>
            <w:tcW w:type="dxa" w:w="3402"/>
          </w:tcPr>
          <w:p>
            <w:r>
              <w:t>ул. М. Цветаевой, 14</w:t>
            </w:r>
          </w:p>
        </w:tc>
      </w:tr>
      <w:tr>
        <w:tc>
          <w:tcPr>
            <w:tcW w:type="dxa" w:w="567"/>
          </w:tcPr>
          <w:p>
            <w:r>
              <w:t>1230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Кожевниково</w:t>
            </w:r>
          </w:p>
        </w:tc>
        <w:tc>
          <w:tcPr>
            <w:tcW w:type="dxa" w:w="3402"/>
          </w:tcPr>
          <w:p>
            <w:r>
              <w:t>ул. Гагарина, 19</w:t>
            </w:r>
          </w:p>
        </w:tc>
      </w:tr>
      <w:tr>
        <w:tc>
          <w:tcPr>
            <w:tcW w:type="dxa" w:w="567"/>
          </w:tcPr>
          <w:p>
            <w:r>
              <w:t>1231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Кожевниково</w:t>
            </w:r>
          </w:p>
        </w:tc>
        <w:tc>
          <w:tcPr>
            <w:tcW w:type="dxa" w:w="3402"/>
          </w:tcPr>
          <w:p>
            <w:r>
              <w:t>ул. Ленина, 4</w:t>
            </w:r>
          </w:p>
        </w:tc>
      </w:tr>
      <w:tr>
        <w:tc>
          <w:tcPr>
            <w:tcW w:type="dxa" w:w="567"/>
          </w:tcPr>
          <w:p>
            <w:r>
              <w:t>1232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Коларово</w:t>
            </w:r>
          </w:p>
        </w:tc>
        <w:tc>
          <w:tcPr>
            <w:tcW w:type="dxa" w:w="3402"/>
          </w:tcPr>
          <w:p>
            <w:r>
              <w:t>ул. Центральная, 2б</w:t>
            </w:r>
          </w:p>
        </w:tc>
      </w:tr>
      <w:tr>
        <w:tc>
          <w:tcPr>
            <w:tcW w:type="dxa" w:w="567"/>
          </w:tcPr>
          <w:p>
            <w:r>
              <w:t>1233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Корнилово</w:t>
            </w:r>
          </w:p>
        </w:tc>
        <w:tc>
          <w:tcPr>
            <w:tcW w:type="dxa" w:w="3402"/>
          </w:tcPr>
          <w:p>
            <w:r>
              <w:t>ул. Гагарина, 21а/1</w:t>
            </w:r>
          </w:p>
        </w:tc>
      </w:tr>
      <w:tr>
        <w:tc>
          <w:tcPr>
            <w:tcW w:type="dxa" w:w="567"/>
          </w:tcPr>
          <w:p>
            <w:r>
              <w:t>1234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Кривошеино</w:t>
            </w:r>
          </w:p>
        </w:tc>
        <w:tc>
          <w:tcPr>
            <w:tcW w:type="dxa" w:w="3402"/>
          </w:tcPr>
          <w:p>
            <w:r>
              <w:t>ул. Кирова, 22</w:t>
            </w:r>
          </w:p>
        </w:tc>
      </w:tr>
      <w:tr>
        <w:tc>
          <w:tcPr>
            <w:tcW w:type="dxa" w:w="567"/>
          </w:tcPr>
          <w:p>
            <w:r>
              <w:t>1235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Лоскутово</w:t>
            </w:r>
          </w:p>
        </w:tc>
        <w:tc>
          <w:tcPr>
            <w:tcW w:type="dxa" w:w="3402"/>
          </w:tcPr>
          <w:p>
            <w:r>
              <w:t>ул. Гагарина, 58</w:t>
            </w:r>
          </w:p>
        </w:tc>
      </w:tr>
      <w:tr>
        <w:tc>
          <w:tcPr>
            <w:tcW w:type="dxa" w:w="567"/>
          </w:tcPr>
          <w:p>
            <w:r>
              <w:t>1236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Мельниково</w:t>
            </w:r>
          </w:p>
        </w:tc>
        <w:tc>
          <w:tcPr>
            <w:tcW w:type="dxa" w:w="3402"/>
          </w:tcPr>
          <w:p>
            <w:r>
              <w:t>ул.Калинина, 53</w:t>
            </w:r>
          </w:p>
        </w:tc>
      </w:tr>
      <w:tr>
        <w:tc>
          <w:tcPr>
            <w:tcW w:type="dxa" w:w="567"/>
          </w:tcPr>
          <w:p>
            <w:r>
              <w:t>1237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Мельниково</w:t>
            </w:r>
          </w:p>
        </w:tc>
        <w:tc>
          <w:tcPr>
            <w:tcW w:type="dxa" w:w="3402"/>
          </w:tcPr>
          <w:p>
            <w:r>
              <w:t>ул. Коммунистическая, 3в</w:t>
            </w:r>
          </w:p>
        </w:tc>
      </w:tr>
      <w:tr>
        <w:tc>
          <w:tcPr>
            <w:tcW w:type="dxa" w:w="567"/>
          </w:tcPr>
          <w:p>
            <w:r>
              <w:t>1238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Мельниково</w:t>
            </w:r>
          </w:p>
        </w:tc>
        <w:tc>
          <w:tcPr>
            <w:tcW w:type="dxa" w:w="3402"/>
          </w:tcPr>
          <w:p>
            <w:r>
              <w:t>ул. Московская, 9/8</w:t>
            </w:r>
          </w:p>
        </w:tc>
      </w:tr>
      <w:tr>
        <w:tc>
          <w:tcPr>
            <w:tcW w:type="dxa" w:w="567"/>
          </w:tcPr>
          <w:p>
            <w:r>
              <w:t>1239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Молчаново</w:t>
            </w:r>
          </w:p>
        </w:tc>
        <w:tc>
          <w:tcPr>
            <w:tcW w:type="dxa" w:w="3402"/>
          </w:tcPr>
          <w:p>
            <w:r>
              <w:t>ул. Димитрова, 68б</w:t>
            </w:r>
          </w:p>
        </w:tc>
      </w:tr>
      <w:tr>
        <w:tc>
          <w:tcPr>
            <w:tcW w:type="dxa" w:w="567"/>
          </w:tcPr>
          <w:p>
            <w:r>
              <w:t>1240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Октябрьское</w:t>
            </w:r>
          </w:p>
        </w:tc>
        <w:tc>
          <w:tcPr>
            <w:tcW w:type="dxa" w:w="3402"/>
          </w:tcPr>
          <w:p>
            <w:r>
              <w:t>ул. Лесная, 7</w:t>
            </w:r>
          </w:p>
        </w:tc>
      </w:tr>
      <w:tr>
        <w:tc>
          <w:tcPr>
            <w:tcW w:type="dxa" w:w="567"/>
          </w:tcPr>
          <w:p>
            <w:r>
              <w:t>1241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Первомайское</w:t>
            </w:r>
          </w:p>
        </w:tc>
        <w:tc>
          <w:tcPr>
            <w:tcW w:type="dxa" w:w="3402"/>
          </w:tcPr>
          <w:p>
            <w:r>
              <w:t>ул. Ленинская, 49</w:t>
            </w:r>
          </w:p>
        </w:tc>
      </w:tr>
      <w:tr>
        <w:tc>
          <w:tcPr>
            <w:tcW w:type="dxa" w:w="567"/>
          </w:tcPr>
          <w:p>
            <w:r>
              <w:t>1242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Самусь</w:t>
            </w:r>
          </w:p>
        </w:tc>
        <w:tc>
          <w:tcPr>
            <w:tcW w:type="dxa" w:w="3402"/>
          </w:tcPr>
          <w:p>
            <w:r>
              <w:t>ул. Кооперативная,  3</w:t>
            </w:r>
          </w:p>
        </w:tc>
      </w:tr>
      <w:tr>
        <w:tc>
          <w:tcPr>
            <w:tcW w:type="dxa" w:w="567"/>
          </w:tcPr>
          <w:p>
            <w:r>
              <w:t>1243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пр. Коммунистический, 122</w:t>
            </w:r>
          </w:p>
        </w:tc>
      </w:tr>
      <w:tr>
        <w:tc>
          <w:tcPr>
            <w:tcW w:type="dxa" w:w="567"/>
          </w:tcPr>
          <w:p>
            <w:r>
              <w:t>1244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пр. Коммунистический, 147а</w:t>
            </w:r>
          </w:p>
        </w:tc>
      </w:tr>
      <w:tr>
        <w:tc>
          <w:tcPr>
            <w:tcW w:type="dxa" w:w="567"/>
          </w:tcPr>
          <w:p>
            <w:r>
              <w:t>1245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пр. Коммунистический, 28</w:t>
            </w:r>
          </w:p>
        </w:tc>
      </w:tr>
      <w:tr>
        <w:tc>
          <w:tcPr>
            <w:tcW w:type="dxa" w:w="567"/>
          </w:tcPr>
          <w:p>
            <w:r>
              <w:t>1246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пр. Коммунистический, 33</w:t>
            </w:r>
          </w:p>
        </w:tc>
      </w:tr>
      <w:tr>
        <w:tc>
          <w:tcPr>
            <w:tcW w:type="dxa" w:w="567"/>
          </w:tcPr>
          <w:p>
            <w:r>
              <w:t>1247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пр. Коммунистический, 57</w:t>
            </w:r>
          </w:p>
        </w:tc>
      </w:tr>
      <w:tr>
        <w:tc>
          <w:tcPr>
            <w:tcW w:type="dxa" w:w="567"/>
          </w:tcPr>
          <w:p>
            <w:r>
              <w:t>1248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пр. Коммунистический, 74</w:t>
            </w:r>
          </w:p>
        </w:tc>
      </w:tr>
      <w:tr>
        <w:tc>
          <w:tcPr>
            <w:tcW w:type="dxa" w:w="567"/>
          </w:tcPr>
          <w:p>
            <w:r>
              <w:t>1249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пр. Коммунистический, 85</w:t>
            </w:r>
          </w:p>
        </w:tc>
      </w:tr>
      <w:tr>
        <w:tc>
          <w:tcPr>
            <w:tcW w:type="dxa" w:w="567"/>
          </w:tcPr>
          <w:p>
            <w:r>
              <w:t>1250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ул. Калинина, 42</w:t>
            </w:r>
          </w:p>
        </w:tc>
      </w:tr>
      <w:tr>
        <w:tc>
          <w:tcPr>
            <w:tcW w:type="dxa" w:w="567"/>
          </w:tcPr>
          <w:p>
            <w:r>
              <w:t>1251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ул. Курчатова, 36б</w:t>
            </w:r>
          </w:p>
        </w:tc>
      </w:tr>
      <w:tr>
        <w:tc>
          <w:tcPr>
            <w:tcW w:type="dxa" w:w="567"/>
          </w:tcPr>
          <w:p>
            <w:r>
              <w:t>1252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ул. Первомайская, 11а</w:t>
            </w:r>
          </w:p>
        </w:tc>
      </w:tr>
      <w:tr>
        <w:tc>
          <w:tcPr>
            <w:tcW w:type="dxa" w:w="567"/>
          </w:tcPr>
          <w:p>
            <w:r>
              <w:t>1253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ул. Победы, 27/1</w:t>
            </w:r>
          </w:p>
        </w:tc>
      </w:tr>
      <w:tr>
        <w:tc>
          <w:tcPr>
            <w:tcW w:type="dxa" w:w="567"/>
          </w:tcPr>
          <w:p>
            <w:r>
              <w:t>1254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ул. Славского, 24</w:t>
            </w:r>
          </w:p>
        </w:tc>
      </w:tr>
      <w:tr>
        <w:tc>
          <w:tcPr>
            <w:tcW w:type="dxa" w:w="567"/>
          </w:tcPr>
          <w:p>
            <w:r>
              <w:t>1255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ул. Советская, 7</w:t>
            </w:r>
          </w:p>
        </w:tc>
      </w:tr>
      <w:tr>
        <w:tc>
          <w:tcPr>
            <w:tcW w:type="dxa" w:w="567"/>
          </w:tcPr>
          <w:p>
            <w:r>
              <w:t>1256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ул. Солнечная, 18</w:t>
            </w:r>
          </w:p>
        </w:tc>
      </w:tr>
      <w:tr>
        <w:tc>
          <w:tcPr>
            <w:tcW w:type="dxa" w:w="567"/>
          </w:tcPr>
          <w:p>
            <w:r>
              <w:t>1257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Северск</w:t>
            </w:r>
          </w:p>
        </w:tc>
        <w:tc>
          <w:tcPr>
            <w:tcW w:type="dxa" w:w="3402"/>
          </w:tcPr>
          <w:p>
            <w:r>
              <w:t>ул. Солнечная, 2а стр. 8</w:t>
            </w:r>
          </w:p>
        </w:tc>
      </w:tr>
      <w:tr>
        <w:tc>
          <w:tcPr>
            <w:tcW w:type="dxa" w:w="567"/>
          </w:tcPr>
          <w:p>
            <w:r>
              <w:t>1258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Тимирязево</w:t>
            </w:r>
          </w:p>
        </w:tc>
        <w:tc>
          <w:tcPr>
            <w:tcW w:type="dxa" w:w="3402"/>
          </w:tcPr>
          <w:p>
            <w:r>
              <w:t>ул. Ново-Трактовая, 5</w:t>
            </w:r>
          </w:p>
        </w:tc>
      </w:tr>
      <w:tr>
        <w:tc>
          <w:tcPr>
            <w:tcW w:type="dxa" w:w="567"/>
          </w:tcPr>
          <w:p>
            <w:r>
              <w:t>1259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Иркутский тракт, 116/2</w:t>
            </w:r>
          </w:p>
        </w:tc>
      </w:tr>
      <w:tr>
        <w:tc>
          <w:tcPr>
            <w:tcW w:type="dxa" w:w="567"/>
          </w:tcPr>
          <w:p>
            <w:r>
              <w:t>1260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Иркутский тракт, 12</w:t>
            </w:r>
          </w:p>
        </w:tc>
      </w:tr>
      <w:tr>
        <w:tc>
          <w:tcPr>
            <w:tcW w:type="dxa" w:w="567"/>
          </w:tcPr>
          <w:p>
            <w:r>
              <w:t>1261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Иркутский тракт, 178</w:t>
            </w:r>
          </w:p>
        </w:tc>
      </w:tr>
      <w:tr>
        <w:tc>
          <w:tcPr>
            <w:tcW w:type="dxa" w:w="567"/>
          </w:tcPr>
          <w:p>
            <w:r>
              <w:t>1262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Иркутский тракт, 183</w:t>
            </w:r>
          </w:p>
        </w:tc>
      </w:tr>
      <w:tr>
        <w:tc>
          <w:tcPr>
            <w:tcW w:type="dxa" w:w="567"/>
          </w:tcPr>
          <w:p>
            <w:r>
              <w:t>1263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Иркутский тракт, 37в</w:t>
            </w:r>
          </w:p>
        </w:tc>
      </w:tr>
      <w:tr>
        <w:tc>
          <w:tcPr>
            <w:tcW w:type="dxa" w:w="567"/>
          </w:tcPr>
          <w:p>
            <w:r>
              <w:t>1264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Иркутский тракт, 74</w:t>
            </w:r>
          </w:p>
        </w:tc>
      </w:tr>
      <w:tr>
        <w:tc>
          <w:tcPr>
            <w:tcW w:type="dxa" w:w="567"/>
          </w:tcPr>
          <w:p>
            <w:r>
              <w:t>1265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К. Маркса, 53</w:t>
            </w:r>
          </w:p>
        </w:tc>
      </w:tr>
      <w:tr>
        <w:tc>
          <w:tcPr>
            <w:tcW w:type="dxa" w:w="567"/>
          </w:tcPr>
          <w:p>
            <w:r>
              <w:t>1266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Московский тракт, 107</w:t>
            </w:r>
          </w:p>
        </w:tc>
      </w:tr>
      <w:tr>
        <w:tc>
          <w:tcPr>
            <w:tcW w:type="dxa" w:w="567"/>
          </w:tcPr>
          <w:p>
            <w:r>
              <w:t>1267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Московский тракт, 121</w:t>
            </w:r>
          </w:p>
        </w:tc>
      </w:tr>
      <w:tr>
        <w:tc>
          <w:tcPr>
            <w:tcW w:type="dxa" w:w="567"/>
          </w:tcPr>
          <w:p>
            <w:r>
              <w:t>1268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п. Богашево, ул. Мира, 7</w:t>
            </w:r>
          </w:p>
        </w:tc>
      </w:tr>
      <w:tr>
        <w:tc>
          <w:tcPr>
            <w:tcW w:type="dxa" w:w="567"/>
          </w:tcPr>
          <w:p>
            <w:r>
              <w:t>1269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пер. Базарный , 12</w:t>
            </w:r>
          </w:p>
        </w:tc>
      </w:tr>
      <w:tr>
        <w:tc>
          <w:tcPr>
            <w:tcW w:type="dxa" w:w="567"/>
          </w:tcPr>
          <w:p>
            <w:r>
              <w:t>1270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пер. Ботанический, 4</w:t>
            </w:r>
          </w:p>
        </w:tc>
      </w:tr>
      <w:tr>
        <w:tc>
          <w:tcPr>
            <w:tcW w:type="dxa" w:w="567"/>
          </w:tcPr>
          <w:p>
            <w:r>
              <w:t>1271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пер. Б. Хмельницкого, 12а</w:t>
            </w:r>
          </w:p>
        </w:tc>
      </w:tr>
      <w:tr>
        <w:tc>
          <w:tcPr>
            <w:tcW w:type="dxa" w:w="567"/>
          </w:tcPr>
          <w:p>
            <w:r>
              <w:t>1272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пер. Дербышевский, 26Б</w:t>
            </w:r>
          </w:p>
        </w:tc>
      </w:tr>
      <w:tr>
        <w:tc>
          <w:tcPr>
            <w:tcW w:type="dxa" w:w="567"/>
          </w:tcPr>
          <w:p>
            <w:r>
              <w:t>1273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пер. Нижний, 45</w:t>
            </w:r>
          </w:p>
        </w:tc>
      </w:tr>
      <w:tr>
        <w:tc>
          <w:tcPr>
            <w:tcW w:type="dxa" w:w="567"/>
          </w:tcPr>
          <w:p>
            <w:r>
              <w:t>1274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пер. Новосибирский, 10</w:t>
            </w:r>
          </w:p>
        </w:tc>
      </w:tr>
      <w:tr>
        <w:tc>
          <w:tcPr>
            <w:tcW w:type="dxa" w:w="567"/>
          </w:tcPr>
          <w:p>
            <w:r>
              <w:t>1275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п. Зональная Станция, пер. Тояновский, 16</w:t>
            </w:r>
          </w:p>
        </w:tc>
      </w:tr>
      <w:tr>
        <w:tc>
          <w:tcPr>
            <w:tcW w:type="dxa" w:w="567"/>
          </w:tcPr>
          <w:p>
            <w:r>
              <w:t>1276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п. Зональная станция, ул. 40 лет Победы, 3б</w:t>
            </w:r>
          </w:p>
        </w:tc>
      </w:tr>
      <w:tr>
        <w:tc>
          <w:tcPr>
            <w:tcW w:type="dxa" w:w="567"/>
          </w:tcPr>
          <w:p>
            <w:r>
              <w:t>1277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п. Зональная Станция, ул. Рабочая, 5</w:t>
            </w:r>
          </w:p>
        </w:tc>
      </w:tr>
      <w:tr>
        <w:tc>
          <w:tcPr>
            <w:tcW w:type="dxa" w:w="567"/>
          </w:tcPr>
          <w:p>
            <w:r>
              <w:t>1278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Академический, 9</w:t>
            </w:r>
          </w:p>
        </w:tc>
      </w:tr>
      <w:tr>
        <w:tc>
          <w:tcPr>
            <w:tcW w:type="dxa" w:w="567"/>
          </w:tcPr>
          <w:p>
            <w:r>
              <w:t>1279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п. Рассвет, д. 28</w:t>
            </w:r>
          </w:p>
        </w:tc>
      </w:tr>
      <w:tr>
        <w:tc>
          <w:tcPr>
            <w:tcW w:type="dxa" w:w="567"/>
          </w:tcPr>
          <w:p>
            <w:r>
              <w:t>1280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Кирова, 37</w:t>
            </w:r>
          </w:p>
        </w:tc>
      </w:tr>
      <w:tr>
        <w:tc>
          <w:tcPr>
            <w:tcW w:type="dxa" w:w="567"/>
          </w:tcPr>
          <w:p>
            <w:r>
              <w:t>1281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Кирова, 3г</w:t>
            </w:r>
          </w:p>
        </w:tc>
      </w:tr>
      <w:tr>
        <w:tc>
          <w:tcPr>
            <w:tcW w:type="dxa" w:w="567"/>
          </w:tcPr>
          <w:p>
            <w:r>
              <w:t>1282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Комсомольский, 37</w:t>
            </w:r>
          </w:p>
        </w:tc>
      </w:tr>
      <w:tr>
        <w:tc>
          <w:tcPr>
            <w:tcW w:type="dxa" w:w="567"/>
          </w:tcPr>
          <w:p>
            <w:r>
              <w:t>1283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Комсомольский, 73</w:t>
            </w:r>
          </w:p>
        </w:tc>
      </w:tr>
      <w:tr>
        <w:tc>
          <w:tcPr>
            <w:tcW w:type="dxa" w:w="567"/>
          </w:tcPr>
          <w:p>
            <w:r>
              <w:t>1284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Ленина, 10</w:t>
            </w:r>
          </w:p>
        </w:tc>
      </w:tr>
      <w:tr>
        <w:tc>
          <w:tcPr>
            <w:tcW w:type="dxa" w:w="567"/>
          </w:tcPr>
          <w:p>
            <w:r>
              <w:t>1285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Ленина, 15</w:t>
            </w:r>
          </w:p>
        </w:tc>
      </w:tr>
      <w:tr>
        <w:tc>
          <w:tcPr>
            <w:tcW w:type="dxa" w:w="567"/>
          </w:tcPr>
          <w:p>
            <w:r>
              <w:t>1286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Ленина, 215</w:t>
            </w:r>
          </w:p>
        </w:tc>
      </w:tr>
      <w:tr>
        <w:tc>
          <w:tcPr>
            <w:tcW w:type="dxa" w:w="567"/>
          </w:tcPr>
          <w:p>
            <w:r>
              <w:t>1287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Ленина, 89</w:t>
            </w:r>
          </w:p>
        </w:tc>
      </w:tr>
      <w:tr>
        <w:tc>
          <w:tcPr>
            <w:tcW w:type="dxa" w:w="567"/>
          </w:tcPr>
          <w:p>
            <w:r>
              <w:t>1288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Ленина, 94</w:t>
            </w:r>
          </w:p>
        </w:tc>
      </w:tr>
      <w:tr>
        <w:tc>
          <w:tcPr>
            <w:tcW w:type="dxa" w:w="567"/>
          </w:tcPr>
          <w:p>
            <w:r>
              <w:t>1289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Мира, 21</w:t>
            </w:r>
          </w:p>
        </w:tc>
      </w:tr>
      <w:tr>
        <w:tc>
          <w:tcPr>
            <w:tcW w:type="dxa" w:w="567"/>
          </w:tcPr>
          <w:p>
            <w:r>
              <w:t>1290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Мира, 37</w:t>
            </w:r>
          </w:p>
        </w:tc>
      </w:tr>
      <w:tr>
        <w:tc>
          <w:tcPr>
            <w:tcW w:type="dxa" w:w="567"/>
          </w:tcPr>
          <w:p>
            <w:r>
              <w:t>1291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Фрунзе, 152</w:t>
            </w:r>
          </w:p>
        </w:tc>
      </w:tr>
      <w:tr>
        <w:tc>
          <w:tcPr>
            <w:tcW w:type="dxa" w:w="567"/>
          </w:tcPr>
          <w:p>
            <w:r>
              <w:t>1292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Фрунзе, 224</w:t>
            </w:r>
          </w:p>
        </w:tc>
      </w:tr>
      <w:tr>
        <w:tc>
          <w:tcPr>
            <w:tcW w:type="dxa" w:w="567"/>
          </w:tcPr>
          <w:p>
            <w:r>
              <w:t>1293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Фрунзе, 61</w:t>
            </w:r>
          </w:p>
        </w:tc>
      </w:tr>
      <w:tr>
        <w:tc>
          <w:tcPr>
            <w:tcW w:type="dxa" w:w="567"/>
          </w:tcPr>
          <w:p>
            <w:r>
              <w:t>1294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пр. Фрунзе, 88</w:t>
            </w:r>
          </w:p>
        </w:tc>
      </w:tr>
      <w:tr>
        <w:tc>
          <w:tcPr>
            <w:tcW w:type="dxa" w:w="567"/>
          </w:tcPr>
          <w:p>
            <w:r>
              <w:t>1295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п. Светлый, д. 17/11</w:t>
            </w:r>
          </w:p>
        </w:tc>
      </w:tr>
      <w:tr>
        <w:tc>
          <w:tcPr>
            <w:tcW w:type="dxa" w:w="567"/>
          </w:tcPr>
          <w:p>
            <w:r>
              <w:t>1296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п. Светлый, ул. Центральная, 19б</w:t>
            </w:r>
          </w:p>
        </w:tc>
      </w:tr>
      <w:tr>
        <w:tc>
          <w:tcPr>
            <w:tcW w:type="dxa" w:w="567"/>
          </w:tcPr>
          <w:p>
            <w:r>
              <w:t>1297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Пушкина 65/2</w:t>
            </w:r>
          </w:p>
        </w:tc>
      </w:tr>
      <w:tr>
        <w:tc>
          <w:tcPr>
            <w:tcW w:type="dxa" w:w="567"/>
          </w:tcPr>
          <w:p>
            <w:r>
              <w:t>1298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тер. СНТ Сирень-1</w:t>
            </w:r>
          </w:p>
        </w:tc>
      </w:tr>
      <w:tr>
        <w:tc>
          <w:tcPr>
            <w:tcW w:type="dxa" w:w="567"/>
          </w:tcPr>
          <w:p>
            <w:r>
              <w:t>1299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тракт Богашевский, 36, стр. 1</w:t>
            </w:r>
          </w:p>
        </w:tc>
      </w:tr>
      <w:tr>
        <w:tc>
          <w:tcPr>
            <w:tcW w:type="dxa" w:w="567"/>
          </w:tcPr>
          <w:p>
            <w:r>
              <w:t>1300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2-я рабочая, 46</w:t>
            </w:r>
          </w:p>
        </w:tc>
      </w:tr>
      <w:tr>
        <w:tc>
          <w:tcPr>
            <w:tcW w:type="dxa" w:w="567"/>
          </w:tcPr>
          <w:p>
            <w:r>
              <w:t>1301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5-ой Армии, 7б</w:t>
            </w:r>
          </w:p>
        </w:tc>
      </w:tr>
      <w:tr>
        <w:tc>
          <w:tcPr>
            <w:tcW w:type="dxa" w:w="567"/>
          </w:tcPr>
          <w:p>
            <w:r>
              <w:t>1302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79 Гвардейской Дивизии, 12/3</w:t>
            </w:r>
          </w:p>
        </w:tc>
      </w:tr>
      <w:tr>
        <w:tc>
          <w:tcPr>
            <w:tcW w:type="dxa" w:w="567"/>
          </w:tcPr>
          <w:p>
            <w:r>
              <w:t>1303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79 Гвардейской дивизии, 3</w:t>
            </w:r>
          </w:p>
        </w:tc>
      </w:tr>
      <w:tr>
        <w:tc>
          <w:tcPr>
            <w:tcW w:type="dxa" w:w="567"/>
          </w:tcPr>
          <w:p>
            <w:r>
              <w:t>1304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79-й Гвардейской дивизии, 9в</w:t>
            </w:r>
          </w:p>
        </w:tc>
      </w:tr>
      <w:tr>
        <w:tc>
          <w:tcPr>
            <w:tcW w:type="dxa" w:w="567"/>
          </w:tcPr>
          <w:p>
            <w:r>
              <w:t>1305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Алтайская, 89</w:t>
            </w:r>
          </w:p>
        </w:tc>
      </w:tr>
      <w:tr>
        <w:tc>
          <w:tcPr>
            <w:tcW w:type="dxa" w:w="567"/>
          </w:tcPr>
          <w:p>
            <w:r>
              <w:t>1306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Большая Подгорная, 66</w:t>
            </w:r>
          </w:p>
        </w:tc>
      </w:tr>
      <w:tr>
        <w:tc>
          <w:tcPr>
            <w:tcW w:type="dxa" w:w="567"/>
          </w:tcPr>
          <w:p>
            <w:r>
              <w:t>1307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Б.Подгорная, 40</w:t>
            </w:r>
          </w:p>
        </w:tc>
      </w:tr>
      <w:tr>
        <w:tc>
          <w:tcPr>
            <w:tcW w:type="dxa" w:w="567"/>
          </w:tcPr>
          <w:p>
            <w:r>
              <w:t>1308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Вавилова, 10</w:t>
            </w:r>
          </w:p>
        </w:tc>
      </w:tr>
      <w:tr>
        <w:tc>
          <w:tcPr>
            <w:tcW w:type="dxa" w:w="567"/>
          </w:tcPr>
          <w:p>
            <w:r>
              <w:t>1309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Вершинина, 17г</w:t>
            </w:r>
          </w:p>
        </w:tc>
      </w:tr>
      <w:tr>
        <w:tc>
          <w:tcPr>
            <w:tcW w:type="dxa" w:w="567"/>
          </w:tcPr>
          <w:p>
            <w:r>
              <w:t>1310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Виталия Грачёва, 2б</w:t>
            </w:r>
          </w:p>
        </w:tc>
      </w:tr>
      <w:tr>
        <w:tc>
          <w:tcPr>
            <w:tcW w:type="dxa" w:w="567"/>
          </w:tcPr>
          <w:p>
            <w:r>
              <w:t>1311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Войкова 57</w:t>
            </w:r>
          </w:p>
        </w:tc>
      </w:tr>
      <w:tr>
        <w:tc>
          <w:tcPr>
            <w:tcW w:type="dxa" w:w="567"/>
          </w:tcPr>
          <w:p>
            <w:r>
              <w:t>1312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Герасименко, 1/13</w:t>
            </w:r>
          </w:p>
        </w:tc>
      </w:tr>
      <w:tr>
        <w:tc>
          <w:tcPr>
            <w:tcW w:type="dxa" w:w="567"/>
          </w:tcPr>
          <w:p>
            <w:r>
              <w:t>1313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Герасименко, 3/14</w:t>
            </w:r>
          </w:p>
        </w:tc>
      </w:tr>
      <w:tr>
        <w:tc>
          <w:tcPr>
            <w:tcW w:type="dxa" w:w="567"/>
          </w:tcPr>
          <w:p>
            <w:r>
              <w:t>1314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ул.Героев Чубаровцев, 24</w:t>
            </w:r>
          </w:p>
        </w:tc>
      </w:tr>
      <w:tr>
        <w:tc>
          <w:tcPr>
            <w:tcW w:type="dxa" w:w="567"/>
          </w:tcPr>
          <w:p>
            <w:r>
              <w:t>1315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Говорова, 27а</w:t>
            </w:r>
          </w:p>
        </w:tc>
      </w:tr>
      <w:tr>
        <w:tc>
          <w:tcPr>
            <w:tcW w:type="dxa" w:w="567"/>
          </w:tcPr>
          <w:p>
            <w:r>
              <w:t>1316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Говорова, 38</w:t>
            </w:r>
          </w:p>
        </w:tc>
      </w:tr>
      <w:tr>
        <w:tc>
          <w:tcPr>
            <w:tcW w:type="dxa" w:w="567"/>
          </w:tcPr>
          <w:p>
            <w:r>
              <w:t>1317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Говорова, 6/1</w:t>
            </w:r>
          </w:p>
        </w:tc>
      </w:tr>
      <w:tr>
        <w:tc>
          <w:tcPr>
            <w:tcW w:type="dxa" w:w="567"/>
          </w:tcPr>
          <w:p>
            <w:r>
              <w:t>1318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Грачева, 1</w:t>
            </w:r>
          </w:p>
        </w:tc>
      </w:tr>
      <w:tr>
        <w:tc>
          <w:tcPr>
            <w:tcW w:type="dxa" w:w="567"/>
          </w:tcPr>
          <w:p>
            <w:r>
              <w:t>1319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Грузинская, 14</w:t>
            </w:r>
          </w:p>
        </w:tc>
      </w:tr>
      <w:tr>
        <w:tc>
          <w:tcPr>
            <w:tcW w:type="dxa" w:w="567"/>
          </w:tcPr>
          <w:p>
            <w:r>
              <w:t>1320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Елизаровых, 41</w:t>
            </w:r>
          </w:p>
        </w:tc>
      </w:tr>
      <w:tr>
        <w:tc>
          <w:tcPr>
            <w:tcW w:type="dxa" w:w="567"/>
          </w:tcPr>
          <w:p>
            <w:r>
              <w:t>1321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Елизаровых, 48/3</w:t>
            </w:r>
          </w:p>
        </w:tc>
      </w:tr>
      <w:tr>
        <w:tc>
          <w:tcPr>
            <w:tcW w:type="dxa" w:w="567"/>
          </w:tcPr>
          <w:p>
            <w:r>
              <w:t>1322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Ивана Черных, 123</w:t>
            </w:r>
          </w:p>
        </w:tc>
      </w:tr>
      <w:tr>
        <w:tc>
          <w:tcPr>
            <w:tcW w:type="dxa" w:w="567"/>
          </w:tcPr>
          <w:p>
            <w:r>
              <w:t>1323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Ивана Черных, 14</w:t>
            </w:r>
          </w:p>
        </w:tc>
      </w:tr>
      <w:tr>
        <w:tc>
          <w:tcPr>
            <w:tcW w:type="dxa" w:w="567"/>
          </w:tcPr>
          <w:p>
            <w:r>
              <w:t>1324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Ивановского, 22а</w:t>
            </w:r>
          </w:p>
        </w:tc>
      </w:tr>
      <w:tr>
        <w:tc>
          <w:tcPr>
            <w:tcW w:type="dxa" w:w="567"/>
          </w:tcPr>
          <w:p>
            <w:r>
              <w:t>1325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Интернационалистов, 17</w:t>
            </w:r>
          </w:p>
        </w:tc>
      </w:tr>
      <w:tr>
        <w:tc>
          <w:tcPr>
            <w:tcW w:type="dxa" w:w="567"/>
          </w:tcPr>
          <w:p>
            <w:r>
              <w:t>1326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Иркутский тракт, 194</w:t>
            </w:r>
          </w:p>
        </w:tc>
      </w:tr>
      <w:tr>
        <w:tc>
          <w:tcPr>
            <w:tcW w:type="dxa" w:w="567"/>
          </w:tcPr>
          <w:p>
            <w:r>
              <w:t>1327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Иркутский тракт, 204а</w:t>
            </w:r>
          </w:p>
        </w:tc>
      </w:tr>
      <w:tr>
        <w:tc>
          <w:tcPr>
            <w:tcW w:type="dxa" w:w="567"/>
          </w:tcPr>
          <w:p>
            <w:r>
              <w:t>1328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Карла Ильмера, 23а</w:t>
            </w:r>
          </w:p>
        </w:tc>
      </w:tr>
      <w:tr>
        <w:tc>
          <w:tcPr>
            <w:tcW w:type="dxa" w:w="567"/>
          </w:tcPr>
          <w:p>
            <w:r>
              <w:t>1329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Киевская, 30</w:t>
            </w:r>
          </w:p>
        </w:tc>
      </w:tr>
      <w:tr>
        <w:tc>
          <w:tcPr>
            <w:tcW w:type="dxa" w:w="567"/>
          </w:tcPr>
          <w:p>
            <w:r>
              <w:t>1330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Киевская, 79</w:t>
            </w:r>
          </w:p>
        </w:tc>
      </w:tr>
      <w:tr>
        <w:tc>
          <w:tcPr>
            <w:tcW w:type="dxa" w:w="567"/>
          </w:tcPr>
          <w:p>
            <w:r>
              <w:t>1331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Колхозная, 9/2</w:t>
            </w:r>
          </w:p>
        </w:tc>
      </w:tr>
      <w:tr>
        <w:tc>
          <w:tcPr>
            <w:tcW w:type="dxa" w:w="567"/>
          </w:tcPr>
          <w:p>
            <w:r>
              <w:t>1332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Красноармейская, 114Б</w:t>
            </w:r>
          </w:p>
        </w:tc>
      </w:tr>
      <w:tr>
        <w:tc>
          <w:tcPr>
            <w:tcW w:type="dxa" w:w="567"/>
          </w:tcPr>
          <w:p>
            <w:r>
              <w:t>1333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Красноармейская, 122</w:t>
            </w:r>
          </w:p>
        </w:tc>
      </w:tr>
      <w:tr>
        <w:tc>
          <w:tcPr>
            <w:tcW w:type="dxa" w:w="567"/>
          </w:tcPr>
          <w:p>
            <w:r>
              <w:t>1334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Красноармейская, 128</w:t>
            </w:r>
          </w:p>
        </w:tc>
      </w:tr>
      <w:tr>
        <w:tc>
          <w:tcPr>
            <w:tcW w:type="dxa" w:w="567"/>
          </w:tcPr>
          <w:p>
            <w:r>
              <w:t>1335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Красноармейская, 149</w:t>
            </w:r>
          </w:p>
        </w:tc>
      </w:tr>
      <w:tr>
        <w:tc>
          <w:tcPr>
            <w:tcW w:type="dxa" w:w="567"/>
          </w:tcPr>
          <w:p>
            <w:r>
              <w:t>1336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Крячкова 19</w:t>
            </w:r>
          </w:p>
        </w:tc>
      </w:tr>
      <w:tr>
        <w:tc>
          <w:tcPr>
            <w:tcW w:type="dxa" w:w="567"/>
          </w:tcPr>
          <w:p>
            <w:r>
              <w:t>1337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Кутузова, 8</w:t>
            </w:r>
          </w:p>
        </w:tc>
      </w:tr>
      <w:tr>
        <w:tc>
          <w:tcPr>
            <w:tcW w:type="dxa" w:w="567"/>
          </w:tcPr>
          <w:p>
            <w:r>
              <w:t>1338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Лазарева, 3в</w:t>
            </w:r>
          </w:p>
        </w:tc>
      </w:tr>
      <w:tr>
        <w:tc>
          <w:tcPr>
            <w:tcW w:type="dxa" w:w="567"/>
          </w:tcPr>
          <w:p>
            <w:r>
              <w:t>1339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Лазо 14/1</w:t>
            </w:r>
          </w:p>
        </w:tc>
      </w:tr>
      <w:tr>
        <w:tc>
          <w:tcPr>
            <w:tcW w:type="dxa" w:w="567"/>
          </w:tcPr>
          <w:p>
            <w:r>
              <w:t>1340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Лазо, 20</w:t>
            </w:r>
          </w:p>
        </w:tc>
      </w:tr>
      <w:tr>
        <w:tc>
          <w:tcPr>
            <w:tcW w:type="dxa" w:w="567"/>
          </w:tcPr>
          <w:p>
            <w:r>
              <w:t>1341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Лазо, 27</w:t>
            </w:r>
          </w:p>
        </w:tc>
      </w:tr>
      <w:tr>
        <w:tc>
          <w:tcPr>
            <w:tcW w:type="dxa" w:w="567"/>
          </w:tcPr>
          <w:p>
            <w:r>
              <w:t>1342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Лебедева, 64</w:t>
            </w:r>
          </w:p>
        </w:tc>
      </w:tr>
      <w:tr>
        <w:tc>
          <w:tcPr>
            <w:tcW w:type="dxa" w:w="567"/>
          </w:tcPr>
          <w:p>
            <w:r>
              <w:t>1343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Ленская, 31</w:t>
            </w:r>
          </w:p>
        </w:tc>
      </w:tr>
      <w:tr>
        <w:tc>
          <w:tcPr>
            <w:tcW w:type="dxa" w:w="567"/>
          </w:tcPr>
          <w:p>
            <w:r>
              <w:t>1344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Ленская, 53</w:t>
            </w:r>
          </w:p>
        </w:tc>
      </w:tr>
      <w:tr>
        <w:tc>
          <w:tcPr>
            <w:tcW w:type="dxa" w:w="567"/>
          </w:tcPr>
          <w:p>
            <w:r>
              <w:t>1345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Лыткина, 12</w:t>
            </w:r>
          </w:p>
        </w:tc>
      </w:tr>
      <w:tr>
        <w:tc>
          <w:tcPr>
            <w:tcW w:type="dxa" w:w="567"/>
          </w:tcPr>
          <w:p>
            <w:r>
              <w:t>1346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Мельничная, 45а</w:t>
            </w:r>
          </w:p>
        </w:tc>
      </w:tr>
      <w:tr>
        <w:tc>
          <w:tcPr>
            <w:tcW w:type="dxa" w:w="567"/>
          </w:tcPr>
          <w:p>
            <w:r>
              <w:t>1347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Мечникова, 6</w:t>
            </w:r>
          </w:p>
        </w:tc>
      </w:tr>
      <w:tr>
        <w:tc>
          <w:tcPr>
            <w:tcW w:type="dxa" w:w="567"/>
          </w:tcPr>
          <w:p>
            <w:r>
              <w:t>1348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Мичурина, 61В</w:t>
            </w:r>
          </w:p>
        </w:tc>
      </w:tr>
      <w:tr>
        <w:tc>
          <w:tcPr>
            <w:tcW w:type="dxa" w:w="567"/>
          </w:tcPr>
          <w:p>
            <w:r>
              <w:t>1349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Мокрушина, 1</w:t>
            </w:r>
          </w:p>
        </w:tc>
      </w:tr>
      <w:tr>
        <w:tc>
          <w:tcPr>
            <w:tcW w:type="dxa" w:w="567"/>
          </w:tcPr>
          <w:p>
            <w:r>
              <w:t>1350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Мокрушина, 9</w:t>
            </w:r>
          </w:p>
        </w:tc>
      </w:tr>
      <w:tr>
        <w:tc>
          <w:tcPr>
            <w:tcW w:type="dxa" w:w="567"/>
          </w:tcPr>
          <w:p>
            <w:r>
              <w:t>1351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Мюнниха, 8а</w:t>
            </w:r>
          </w:p>
        </w:tc>
      </w:tr>
      <w:tr>
        <w:tc>
          <w:tcPr>
            <w:tcW w:type="dxa" w:w="567"/>
          </w:tcPr>
          <w:p>
            <w:r>
              <w:t>1352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Нарановича, 6</w:t>
            </w:r>
          </w:p>
        </w:tc>
      </w:tr>
      <w:tr>
        <w:tc>
          <w:tcPr>
            <w:tcW w:type="dxa" w:w="567"/>
          </w:tcPr>
          <w:p>
            <w:r>
              <w:t>1353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Нахимова, 34</w:t>
            </w:r>
          </w:p>
        </w:tc>
      </w:tr>
      <w:tr>
        <w:tc>
          <w:tcPr>
            <w:tcW w:type="dxa" w:w="567"/>
          </w:tcPr>
          <w:p>
            <w:r>
              <w:t>1354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Нахимова, 38</w:t>
            </w:r>
          </w:p>
        </w:tc>
      </w:tr>
      <w:tr>
        <w:tc>
          <w:tcPr>
            <w:tcW w:type="dxa" w:w="567"/>
          </w:tcPr>
          <w:p>
            <w:r>
              <w:t>1355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Новосибирская, 33а</w:t>
            </w:r>
          </w:p>
        </w:tc>
      </w:tr>
      <w:tr>
        <w:tc>
          <w:tcPr>
            <w:tcW w:type="dxa" w:w="567"/>
          </w:tcPr>
          <w:p>
            <w:r>
              <w:t>1356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Обручева, 16</w:t>
            </w:r>
          </w:p>
        </w:tc>
      </w:tr>
      <w:tr>
        <w:tc>
          <w:tcPr>
            <w:tcW w:type="dxa" w:w="567"/>
          </w:tcPr>
          <w:p>
            <w:r>
              <w:t>1357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Олега Кошевого, 67</w:t>
            </w:r>
          </w:p>
        </w:tc>
      </w:tr>
      <w:tr>
        <w:tc>
          <w:tcPr>
            <w:tcW w:type="dxa" w:w="567"/>
          </w:tcPr>
          <w:p>
            <w:r>
              <w:t>1358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Профсоюзная, 35</w:t>
            </w:r>
          </w:p>
        </w:tc>
      </w:tr>
      <w:tr>
        <w:tc>
          <w:tcPr>
            <w:tcW w:type="dxa" w:w="567"/>
          </w:tcPr>
          <w:p>
            <w:r>
              <w:t>1359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Пушкина, 27г</w:t>
            </w:r>
          </w:p>
        </w:tc>
      </w:tr>
      <w:tr>
        <w:tc>
          <w:tcPr>
            <w:tcW w:type="dxa" w:w="567"/>
          </w:tcPr>
          <w:p>
            <w:r>
              <w:t>1360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Пушкина, 52г</w:t>
            </w:r>
          </w:p>
        </w:tc>
      </w:tr>
      <w:tr>
        <w:tc>
          <w:tcPr>
            <w:tcW w:type="dxa" w:w="567"/>
          </w:tcPr>
          <w:p>
            <w:r>
              <w:t>1361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Сибирская, 111б</w:t>
            </w:r>
          </w:p>
        </w:tc>
      </w:tr>
      <w:tr>
        <w:tc>
          <w:tcPr>
            <w:tcW w:type="dxa" w:w="567"/>
          </w:tcPr>
          <w:p>
            <w:r>
              <w:t>1362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Сибирская, 91</w:t>
            </w:r>
          </w:p>
        </w:tc>
      </w:tr>
      <w:tr>
        <w:tc>
          <w:tcPr>
            <w:tcW w:type="dxa" w:w="567"/>
          </w:tcPr>
          <w:p>
            <w:r>
              <w:t>1363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Сибирская, 96</w:t>
            </w:r>
          </w:p>
        </w:tc>
      </w:tr>
      <w:tr>
        <w:tc>
          <w:tcPr>
            <w:tcW w:type="dxa" w:w="567"/>
          </w:tcPr>
          <w:p>
            <w:r>
              <w:t>1364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Смирнова, 23</w:t>
            </w:r>
          </w:p>
        </w:tc>
      </w:tr>
      <w:tr>
        <w:tc>
          <w:tcPr>
            <w:tcW w:type="dxa" w:w="567"/>
          </w:tcPr>
          <w:p>
            <w:r>
              <w:t>1365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Смирнова, 30</w:t>
            </w:r>
          </w:p>
        </w:tc>
      </w:tr>
      <w:tr>
        <w:tc>
          <w:tcPr>
            <w:tcW w:type="dxa" w:w="567"/>
          </w:tcPr>
          <w:p>
            <w:r>
              <w:t>1366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Советская, 24</w:t>
            </w:r>
          </w:p>
        </w:tc>
      </w:tr>
      <w:tr>
        <w:tc>
          <w:tcPr>
            <w:tcW w:type="dxa" w:w="567"/>
          </w:tcPr>
          <w:p>
            <w:r>
              <w:t>1367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Советская, 46</w:t>
            </w:r>
          </w:p>
        </w:tc>
      </w:tr>
      <w:tr>
        <w:tc>
          <w:tcPr>
            <w:tcW w:type="dxa" w:w="567"/>
          </w:tcPr>
          <w:p>
            <w:r>
              <w:t>1368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Советская, 90</w:t>
            </w:r>
          </w:p>
        </w:tc>
      </w:tr>
      <w:tr>
        <w:tc>
          <w:tcPr>
            <w:tcW w:type="dxa" w:w="567"/>
          </w:tcPr>
          <w:p>
            <w:r>
              <w:t>1369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Суворова, 11/1</w:t>
            </w:r>
          </w:p>
        </w:tc>
      </w:tr>
      <w:tr>
        <w:tc>
          <w:tcPr>
            <w:tcW w:type="dxa" w:w="567"/>
          </w:tcPr>
          <w:p>
            <w:r>
              <w:t>1370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Трудовая, 22/1</w:t>
            </w:r>
          </w:p>
        </w:tc>
      </w:tr>
      <w:tr>
        <w:tc>
          <w:tcPr>
            <w:tcW w:type="dxa" w:w="567"/>
          </w:tcPr>
          <w:p>
            <w:r>
              <w:t>1371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Трудовая, 22, стр. 42</w:t>
            </w:r>
          </w:p>
        </w:tc>
      </w:tr>
      <w:tr>
        <w:tc>
          <w:tcPr>
            <w:tcW w:type="dxa" w:w="567"/>
          </w:tcPr>
          <w:p>
            <w:r>
              <w:t>1372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Украинская, 19</w:t>
            </w:r>
          </w:p>
        </w:tc>
      </w:tr>
      <w:tr>
        <w:tc>
          <w:tcPr>
            <w:tcW w:type="dxa" w:w="567"/>
          </w:tcPr>
          <w:p>
            <w:r>
              <w:t>1373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Усова, 25/1</w:t>
            </w:r>
          </w:p>
        </w:tc>
      </w:tr>
      <w:tr>
        <w:tc>
          <w:tcPr>
            <w:tcW w:type="dxa" w:w="567"/>
          </w:tcPr>
          <w:p>
            <w:r>
              <w:t>1374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Учебная, 46</w:t>
            </w:r>
          </w:p>
        </w:tc>
      </w:tr>
      <w:tr>
        <w:tc>
          <w:tcPr>
            <w:tcW w:type="dxa" w:w="567"/>
          </w:tcPr>
          <w:p>
            <w:r>
              <w:t>1375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Ференца Мюнниха, 17</w:t>
            </w:r>
          </w:p>
        </w:tc>
      </w:tr>
      <w:tr>
        <w:tc>
          <w:tcPr>
            <w:tcW w:type="dxa" w:w="567"/>
          </w:tcPr>
          <w:p>
            <w:r>
              <w:t>1376</w:t>
            </w:r>
          </w:p>
        </w:tc>
        <w:tc>
          <w:tcPr>
            <w:tcW w:type="dxa" w:w="2835"/>
          </w:tcPr>
          <w:p>
            <w:r>
              <w:t>Томская область</w:t>
            </w:r>
          </w:p>
        </w:tc>
        <w:tc>
          <w:tcPr>
            <w:tcW w:type="dxa" w:w="2268"/>
          </w:tcPr>
          <w:p>
            <w:r>
              <w:t>Томск</w:t>
            </w:r>
          </w:p>
        </w:tc>
        <w:tc>
          <w:tcPr>
            <w:tcW w:type="dxa" w:w="3402"/>
          </w:tcPr>
          <w:p>
            <w:r>
              <w:t>ул. Чкалова, 7</w:t>
            </w:r>
          </w:p>
        </w:tc>
      </w:tr>
      <w:tr>
        <w:tc>
          <w:tcPr>
            <w:tcW w:type="dxa" w:w="567"/>
          </w:tcPr>
          <w:p>
            <w:r>
              <w:t>1377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Горелки</w:t>
            </w:r>
          </w:p>
        </w:tc>
        <w:tc>
          <w:tcPr>
            <w:tcW w:type="dxa" w:w="3402"/>
          </w:tcPr>
          <w:p>
            <w:r>
              <w:t>шоссе Московское, 2Е</w:t>
            </w:r>
          </w:p>
        </w:tc>
      </w:tr>
      <w:tr>
        <w:tc>
          <w:tcPr>
            <w:tcW w:type="dxa" w:w="567"/>
          </w:tcPr>
          <w:p>
            <w:r>
              <w:t>1378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Донской</w:t>
            </w:r>
          </w:p>
        </w:tc>
        <w:tc>
          <w:tcPr>
            <w:tcW w:type="dxa" w:w="3402"/>
          </w:tcPr>
          <w:p>
            <w:r>
              <w:t>мкр. Центральный, ул. Октябрьская, 60</w:t>
            </w:r>
          </w:p>
        </w:tc>
      </w:tr>
      <w:tr>
        <w:tc>
          <w:tcPr>
            <w:tcW w:type="dxa" w:w="567"/>
          </w:tcPr>
          <w:p>
            <w:r>
              <w:t>1379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Донской</w:t>
            </w:r>
          </w:p>
        </w:tc>
        <w:tc>
          <w:tcPr>
            <w:tcW w:type="dxa" w:w="3402"/>
          </w:tcPr>
          <w:p>
            <w:r>
              <w:t>ул. Кирова 2</w:t>
            </w:r>
          </w:p>
        </w:tc>
      </w:tr>
      <w:tr>
        <w:tc>
          <w:tcPr>
            <w:tcW w:type="dxa" w:w="567"/>
          </w:tcPr>
          <w:p>
            <w:r>
              <w:t>1380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Киреевск</w:t>
            </w:r>
          </w:p>
        </w:tc>
        <w:tc>
          <w:tcPr>
            <w:tcW w:type="dxa" w:w="3402"/>
          </w:tcPr>
          <w:p>
            <w:r>
              <w:t>мкр. Брусяновский,  1Б</w:t>
            </w:r>
          </w:p>
        </w:tc>
      </w:tr>
      <w:tr>
        <w:tc>
          <w:tcPr>
            <w:tcW w:type="dxa" w:w="567"/>
          </w:tcPr>
          <w:p>
            <w:r>
              <w:t>1381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Новомосковск</w:t>
            </w:r>
          </w:p>
        </w:tc>
        <w:tc>
          <w:tcPr>
            <w:tcW w:type="dxa" w:w="3402"/>
          </w:tcPr>
          <w:p>
            <w:r>
              <w:t>ул. Трудовые Резервы, 68</w:t>
            </w:r>
          </w:p>
        </w:tc>
      </w:tr>
      <w:tr>
        <w:tc>
          <w:tcPr>
            <w:tcW w:type="dxa" w:w="567"/>
          </w:tcPr>
          <w:p>
            <w:r>
              <w:t>1382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Осиновая Гора</w:t>
            </w:r>
          </w:p>
        </w:tc>
        <w:tc>
          <w:tcPr>
            <w:tcW w:type="dxa" w:w="3402"/>
          </w:tcPr>
          <w:p>
            <w:r>
              <w:t>мкр. Левобережный, ул. А. Шипунова, 10</w:t>
            </w:r>
          </w:p>
        </w:tc>
      </w:tr>
      <w:tr>
        <w:tc>
          <w:tcPr>
            <w:tcW w:type="dxa" w:w="567"/>
          </w:tcPr>
          <w:p>
            <w:r>
              <w:t>1383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Петровский</w:t>
            </w:r>
          </w:p>
        </w:tc>
        <w:tc>
          <w:tcPr>
            <w:tcW w:type="dxa" w:w="3402"/>
          </w:tcPr>
          <w:p>
            <w:r>
              <w:t>ул. Петровская, 6</w:t>
            </w:r>
          </w:p>
        </w:tc>
      </w:tr>
      <w:tr>
        <w:tc>
          <w:tcPr>
            <w:tcW w:type="dxa" w:w="567"/>
          </w:tcPr>
          <w:p>
            <w:r>
              <w:t>1384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пр. Ленина, 127</w:t>
            </w:r>
          </w:p>
        </w:tc>
      </w:tr>
      <w:tr>
        <w:tc>
          <w:tcPr>
            <w:tcW w:type="dxa" w:w="567"/>
          </w:tcPr>
          <w:p>
            <w:r>
              <w:t>1385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Свободы, 24</w:t>
            </w:r>
          </w:p>
        </w:tc>
      </w:tr>
      <w:tr>
        <w:tc>
          <w:tcPr>
            <w:tcW w:type="dxa" w:w="567"/>
          </w:tcPr>
          <w:p>
            <w:r>
              <w:t>1386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9 Мая, 16</w:t>
            </w:r>
          </w:p>
        </w:tc>
      </w:tr>
      <w:tr>
        <w:tc>
          <w:tcPr>
            <w:tcW w:type="dxa" w:w="567"/>
          </w:tcPr>
          <w:p>
            <w:r>
              <w:t>1387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Академика Насоновой, 1Б</w:t>
            </w:r>
          </w:p>
        </w:tc>
      </w:tr>
      <w:tr>
        <w:tc>
          <w:tcPr>
            <w:tcW w:type="dxa" w:w="567"/>
          </w:tcPr>
          <w:p>
            <w:r>
              <w:t>1388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Арсенальная, 20А</w:t>
            </w:r>
          </w:p>
        </w:tc>
      </w:tr>
      <w:tr>
        <w:tc>
          <w:tcPr>
            <w:tcW w:type="dxa" w:w="567"/>
          </w:tcPr>
          <w:p>
            <w:r>
              <w:t>1389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Болдина, 94</w:t>
            </w:r>
          </w:p>
        </w:tc>
      </w:tr>
      <w:tr>
        <w:tc>
          <w:tcPr>
            <w:tcW w:type="dxa" w:w="567"/>
          </w:tcPr>
          <w:p>
            <w:r>
              <w:t>1390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Вильямса, 22А</w:t>
            </w:r>
          </w:p>
        </w:tc>
      </w:tr>
      <w:tr>
        <w:tc>
          <w:tcPr>
            <w:tcW w:type="dxa" w:w="567"/>
          </w:tcPr>
          <w:p>
            <w:r>
              <w:t>1391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Кирова, 143</w:t>
            </w:r>
          </w:p>
        </w:tc>
      </w:tr>
      <w:tr>
        <w:tc>
          <w:tcPr>
            <w:tcW w:type="dxa" w:w="567"/>
          </w:tcPr>
          <w:p>
            <w:r>
              <w:t>1392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Курковая, 9</w:t>
            </w:r>
          </w:p>
        </w:tc>
      </w:tr>
      <w:tr>
        <w:tc>
          <w:tcPr>
            <w:tcW w:type="dxa" w:w="567"/>
          </w:tcPr>
          <w:p>
            <w:r>
              <w:t>1393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Марата, 45</w:t>
            </w:r>
          </w:p>
        </w:tc>
      </w:tr>
      <w:tr>
        <w:tc>
          <w:tcPr>
            <w:tcW w:type="dxa" w:w="567"/>
          </w:tcPr>
          <w:p>
            <w:r>
              <w:t>1394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Металлургов, 47д</w:t>
            </w:r>
          </w:p>
        </w:tc>
      </w:tr>
      <w:tr>
        <w:tc>
          <w:tcPr>
            <w:tcW w:type="dxa" w:w="567"/>
          </w:tcPr>
          <w:p>
            <w:r>
              <w:t>1395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Металлургов, 98А</w:t>
            </w:r>
          </w:p>
        </w:tc>
      </w:tr>
      <w:tr>
        <w:tc>
          <w:tcPr>
            <w:tcW w:type="dxa" w:w="567"/>
          </w:tcPr>
          <w:p>
            <w:r>
              <w:t>1396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Николая Руднева, 56Г</w:t>
            </w:r>
          </w:p>
        </w:tc>
      </w:tr>
      <w:tr>
        <w:tc>
          <w:tcPr>
            <w:tcW w:type="dxa" w:w="567"/>
          </w:tcPr>
          <w:p>
            <w:r>
              <w:t>1397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Октябрьская, 11Б</w:t>
            </w:r>
          </w:p>
        </w:tc>
      </w:tr>
      <w:tr>
        <w:tc>
          <w:tcPr>
            <w:tcW w:type="dxa" w:w="567"/>
          </w:tcPr>
          <w:p>
            <w:r>
              <w:t>1398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Октябрьская, 77</w:t>
            </w:r>
          </w:p>
        </w:tc>
      </w:tr>
      <w:tr>
        <w:tc>
          <w:tcPr>
            <w:tcW w:type="dxa" w:w="567"/>
          </w:tcPr>
          <w:p>
            <w:r>
              <w:t>1399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Перекопская, 2А</w:t>
            </w:r>
          </w:p>
        </w:tc>
      </w:tr>
      <w:tr>
        <w:tc>
          <w:tcPr>
            <w:tcW w:type="dxa" w:w="567"/>
          </w:tcPr>
          <w:p>
            <w:r>
              <w:t>1400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Плеханова, 147, корп. 2</w:t>
            </w:r>
          </w:p>
        </w:tc>
      </w:tr>
      <w:tr>
        <w:tc>
          <w:tcPr>
            <w:tcW w:type="dxa" w:w="567"/>
          </w:tcPr>
          <w:p>
            <w:r>
              <w:t>1401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Ползунова, 9Б</w:t>
            </w:r>
          </w:p>
        </w:tc>
      </w:tr>
      <w:tr>
        <w:tc>
          <w:tcPr>
            <w:tcW w:type="dxa" w:w="567"/>
          </w:tcPr>
          <w:p>
            <w:r>
              <w:t>1402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Приупская, 8а</w:t>
            </w:r>
          </w:p>
        </w:tc>
      </w:tr>
      <w:tr>
        <w:tc>
          <w:tcPr>
            <w:tcW w:type="dxa" w:w="567"/>
          </w:tcPr>
          <w:p>
            <w:r>
              <w:t>1403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Пузакова, 19А</w:t>
            </w:r>
          </w:p>
        </w:tc>
      </w:tr>
      <w:tr>
        <w:tc>
          <w:tcPr>
            <w:tcW w:type="dxa" w:w="567"/>
          </w:tcPr>
          <w:p>
            <w:r>
              <w:t>1404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Тула</w:t>
            </w:r>
          </w:p>
        </w:tc>
        <w:tc>
          <w:tcPr>
            <w:tcW w:type="dxa" w:w="3402"/>
          </w:tcPr>
          <w:p>
            <w:r>
              <w:t>ул. Советская, 10</w:t>
            </w:r>
          </w:p>
        </w:tc>
      </w:tr>
      <w:tr>
        <w:tc>
          <w:tcPr>
            <w:tcW w:type="dxa" w:w="567"/>
          </w:tcPr>
          <w:p>
            <w:r>
              <w:t>1405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Узловая</w:t>
            </w:r>
          </w:p>
        </w:tc>
        <w:tc>
          <w:tcPr>
            <w:tcW w:type="dxa" w:w="3402"/>
          </w:tcPr>
          <w:p>
            <w:r>
              <w:t>ул. Октябрьская, 39а</w:t>
            </w:r>
          </w:p>
        </w:tc>
      </w:tr>
      <w:tr>
        <w:tc>
          <w:tcPr>
            <w:tcW w:type="dxa" w:w="567"/>
          </w:tcPr>
          <w:p>
            <w:r>
              <w:t>1406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Щекино</w:t>
            </w:r>
          </w:p>
        </w:tc>
        <w:tc>
          <w:tcPr>
            <w:tcW w:type="dxa" w:w="3402"/>
          </w:tcPr>
          <w:p>
            <w:r>
              <w:t>ул. Лукашина, 10</w:t>
            </w:r>
          </w:p>
        </w:tc>
      </w:tr>
      <w:tr>
        <w:tc>
          <w:tcPr>
            <w:tcW w:type="dxa" w:w="567"/>
          </w:tcPr>
          <w:p>
            <w:r>
              <w:t>1407</w:t>
            </w:r>
          </w:p>
        </w:tc>
        <w:tc>
          <w:tcPr>
            <w:tcW w:type="dxa" w:w="2835"/>
          </w:tcPr>
          <w:p>
            <w:r>
              <w:t>Тульская область</w:t>
            </w:r>
          </w:p>
        </w:tc>
        <w:tc>
          <w:tcPr>
            <w:tcW w:type="dxa" w:w="2268"/>
          </w:tcPr>
          <w:p>
            <w:r>
              <w:t>Щекино</w:t>
            </w:r>
          </w:p>
        </w:tc>
        <w:tc>
          <w:tcPr>
            <w:tcW w:type="dxa" w:w="3402"/>
          </w:tcPr>
          <w:p>
            <w:r>
              <w:t>ул. Лукашина, 4</w:t>
            </w:r>
          </w:p>
        </w:tc>
      </w:tr>
      <w:tr>
        <w:tc>
          <w:tcPr>
            <w:tcW w:type="dxa" w:w="567"/>
          </w:tcPr>
          <w:p>
            <w:r>
              <w:t>1408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Патрушева</w:t>
            </w:r>
          </w:p>
        </w:tc>
        <w:tc>
          <w:tcPr>
            <w:tcW w:type="dxa" w:w="3402"/>
          </w:tcPr>
          <w:p>
            <w:r>
              <w:t>ул. Александра Пушкина, 5</w:t>
            </w:r>
          </w:p>
        </w:tc>
      </w:tr>
      <w:tr>
        <w:tc>
          <w:tcPr>
            <w:tcW w:type="dxa" w:w="567"/>
          </w:tcPr>
          <w:p>
            <w:r>
              <w:t>1409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проезд Геологоразведчиков, 12а</w:t>
            </w:r>
          </w:p>
        </w:tc>
      </w:tr>
      <w:tr>
        <w:tc>
          <w:tcPr>
            <w:tcW w:type="dxa" w:w="567"/>
          </w:tcPr>
          <w:p>
            <w:r>
              <w:t>1410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проезд Заречный, 12</w:t>
            </w:r>
          </w:p>
        </w:tc>
      </w:tr>
      <w:tr>
        <w:tc>
          <w:tcPr>
            <w:tcW w:type="dxa" w:w="567"/>
          </w:tcPr>
          <w:p>
            <w:r>
              <w:t>1411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Алматинская, 6</w:t>
            </w:r>
          </w:p>
        </w:tc>
      </w:tr>
      <w:tr>
        <w:tc>
          <w:tcPr>
            <w:tcW w:type="dxa" w:w="567"/>
          </w:tcPr>
          <w:p>
            <w:r>
              <w:t>1412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Воронинская, 47</w:t>
            </w:r>
          </w:p>
        </w:tc>
      </w:tr>
      <w:tr>
        <w:tc>
          <w:tcPr>
            <w:tcW w:type="dxa" w:w="567"/>
          </w:tcPr>
          <w:p>
            <w:r>
              <w:t>1413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Депутатская, 80, корп. 2</w:t>
            </w:r>
          </w:p>
        </w:tc>
      </w:tr>
      <w:tr>
        <w:tc>
          <w:tcPr>
            <w:tcW w:type="dxa" w:w="567"/>
          </w:tcPr>
          <w:p>
            <w:r>
              <w:t>1414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Евгения Богдановича, 11, корп.3</w:t>
            </w:r>
          </w:p>
        </w:tc>
      </w:tr>
      <w:tr>
        <w:tc>
          <w:tcPr>
            <w:tcW w:type="dxa" w:w="567"/>
          </w:tcPr>
          <w:p>
            <w:r>
              <w:t>1415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Мельникайте, 129а</w:t>
            </w:r>
          </w:p>
        </w:tc>
      </w:tr>
      <w:tr>
        <w:tc>
          <w:tcPr>
            <w:tcW w:type="dxa" w:w="567"/>
          </w:tcPr>
          <w:p>
            <w:r>
              <w:t>1416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Муравленко, 3, стр. 1</w:t>
            </w:r>
          </w:p>
        </w:tc>
      </w:tr>
      <w:tr>
        <w:tc>
          <w:tcPr>
            <w:tcW w:type="dxa" w:w="567"/>
          </w:tcPr>
          <w:p>
            <w:r>
              <w:t>1417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Олимпийская, 46</w:t>
            </w:r>
          </w:p>
        </w:tc>
      </w:tr>
      <w:tr>
        <w:tc>
          <w:tcPr>
            <w:tcW w:type="dxa" w:w="567"/>
          </w:tcPr>
          <w:p>
            <w:r>
              <w:t>1418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Осипенко, 79</w:t>
            </w:r>
          </w:p>
        </w:tc>
      </w:tr>
      <w:tr>
        <w:tc>
          <w:tcPr>
            <w:tcW w:type="dxa" w:w="567"/>
          </w:tcPr>
          <w:p>
            <w:r>
              <w:t>1419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Пароходская, 4</w:t>
            </w:r>
          </w:p>
        </w:tc>
      </w:tr>
      <w:tr>
        <w:tc>
          <w:tcPr>
            <w:tcW w:type="dxa" w:w="567"/>
          </w:tcPr>
          <w:p>
            <w:r>
              <w:t>1420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Пермякова, 67</w:t>
            </w:r>
          </w:p>
        </w:tc>
      </w:tr>
      <w:tr>
        <w:tc>
          <w:tcPr>
            <w:tcW w:type="dxa" w:w="567"/>
          </w:tcPr>
          <w:p>
            <w:r>
              <w:t>1421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Пожарных и спасателей, 14</w:t>
            </w:r>
          </w:p>
        </w:tc>
      </w:tr>
      <w:tr>
        <w:tc>
          <w:tcPr>
            <w:tcW w:type="dxa" w:w="567"/>
          </w:tcPr>
          <w:p>
            <w:r>
              <w:t>1422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Полевая, 18</w:t>
            </w:r>
          </w:p>
        </w:tc>
      </w:tr>
      <w:tr>
        <w:tc>
          <w:tcPr>
            <w:tcW w:type="dxa" w:w="567"/>
          </w:tcPr>
          <w:p>
            <w:r>
              <w:t>1423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Самарцева, 19а, к. 1</w:t>
            </w:r>
          </w:p>
        </w:tc>
      </w:tr>
      <w:tr>
        <w:tc>
          <w:tcPr>
            <w:tcW w:type="dxa" w:w="567"/>
          </w:tcPr>
          <w:p>
            <w:r>
              <w:t>1424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Сосьвинская, 82</w:t>
            </w:r>
          </w:p>
        </w:tc>
      </w:tr>
      <w:tr>
        <w:tc>
          <w:tcPr>
            <w:tcW w:type="dxa" w:w="567"/>
          </w:tcPr>
          <w:p>
            <w:r>
              <w:t>1425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Судоремонтная, 34</w:t>
            </w:r>
          </w:p>
        </w:tc>
      </w:tr>
      <w:tr>
        <w:tc>
          <w:tcPr>
            <w:tcW w:type="dxa" w:w="567"/>
          </w:tcPr>
          <w:p>
            <w:r>
              <w:t>1426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Тимофея Кармацкого, 5</w:t>
            </w:r>
          </w:p>
        </w:tc>
      </w:tr>
      <w:tr>
        <w:tc>
          <w:tcPr>
            <w:tcW w:type="dxa" w:w="567"/>
          </w:tcPr>
          <w:p>
            <w:r>
              <w:t>1427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Федюнинского, 54</w:t>
            </w:r>
          </w:p>
        </w:tc>
      </w:tr>
      <w:tr>
        <w:tc>
          <w:tcPr>
            <w:tcW w:type="dxa" w:w="567"/>
          </w:tcPr>
          <w:p>
            <w:r>
              <w:t>1428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Червишевский тракт, 31, корп.1</w:t>
            </w:r>
          </w:p>
        </w:tc>
      </w:tr>
      <w:tr>
        <w:tc>
          <w:tcPr>
            <w:tcW w:type="dxa" w:w="567"/>
          </w:tcPr>
          <w:p>
            <w:r>
              <w:t>1429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Широтная, 136</w:t>
            </w:r>
          </w:p>
        </w:tc>
      </w:tr>
      <w:tr>
        <w:tc>
          <w:tcPr>
            <w:tcW w:type="dxa" w:w="567"/>
          </w:tcPr>
          <w:p>
            <w:r>
              <w:t>1430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Широтная, 27,</w:t>
            </w:r>
          </w:p>
        </w:tc>
      </w:tr>
      <w:tr>
        <w:tc>
          <w:tcPr>
            <w:tcW w:type="dxa" w:w="567"/>
          </w:tcPr>
          <w:p>
            <w:r>
              <w:t>1431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Шишкова, 16, корп. 1</w:t>
            </w:r>
          </w:p>
        </w:tc>
      </w:tr>
      <w:tr>
        <w:tc>
          <w:tcPr>
            <w:tcW w:type="dxa" w:w="567"/>
          </w:tcPr>
          <w:p>
            <w:r>
              <w:t>1432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ул.Ю-Р.Г.Эрвье, 12, корп.1</w:t>
            </w:r>
          </w:p>
        </w:tc>
      </w:tr>
      <w:tr>
        <w:tc>
          <w:tcPr>
            <w:tcW w:type="dxa" w:w="567"/>
          </w:tcPr>
          <w:p>
            <w:r>
              <w:t>1433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Ю.-Р.Г.Эрвье, 32</w:t>
            </w:r>
          </w:p>
        </w:tc>
      </w:tr>
      <w:tr>
        <w:tc>
          <w:tcPr>
            <w:tcW w:type="dxa" w:w="567"/>
          </w:tcPr>
          <w:p>
            <w:r>
              <w:t>1434</w:t>
            </w:r>
          </w:p>
        </w:tc>
        <w:tc>
          <w:tcPr>
            <w:tcW w:type="dxa" w:w="2835"/>
          </w:tcPr>
          <w:p>
            <w:r>
              <w:t>Тюменская область</w:t>
            </w:r>
          </w:p>
        </w:tc>
        <w:tc>
          <w:tcPr>
            <w:tcW w:type="dxa" w:w="2268"/>
          </w:tcPr>
          <w:p>
            <w:r>
              <w:t>Тюмень</w:t>
            </w:r>
          </w:p>
        </w:tc>
        <w:tc>
          <w:tcPr>
            <w:tcW w:type="dxa" w:w="3402"/>
          </w:tcPr>
          <w:p>
            <w:r>
              <w:t>ул. Ямская, 89, стр. 1</w:t>
            </w:r>
          </w:p>
        </w:tc>
      </w:tr>
      <w:tr>
        <w:tc>
          <w:tcPr>
            <w:tcW w:type="dxa" w:w="567"/>
          </w:tcPr>
          <w:p>
            <w:r>
              <w:t>1435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Западный</w:t>
            </w:r>
          </w:p>
        </w:tc>
        <w:tc>
          <w:tcPr>
            <w:tcW w:type="dxa" w:w="3402"/>
          </w:tcPr>
          <w:p>
            <w:r>
              <w:t>ул. Изумрудная, 12А</w:t>
            </w:r>
          </w:p>
        </w:tc>
      </w:tr>
      <w:tr>
        <w:tc>
          <w:tcPr>
            <w:tcW w:type="dxa" w:w="567"/>
          </w:tcPr>
          <w:p>
            <w:r>
              <w:t>1436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Копейск</w:t>
            </w:r>
          </w:p>
        </w:tc>
        <w:tc>
          <w:tcPr>
            <w:tcW w:type="dxa" w:w="3402"/>
          </w:tcPr>
          <w:p>
            <w:r>
              <w:t>пр. Коммунистический, 35</w:t>
            </w:r>
          </w:p>
        </w:tc>
      </w:tr>
      <w:tr>
        <w:tc>
          <w:tcPr>
            <w:tcW w:type="dxa" w:w="567"/>
          </w:tcPr>
          <w:p>
            <w:r>
              <w:t>1437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Копейск</w:t>
            </w:r>
          </w:p>
        </w:tc>
        <w:tc>
          <w:tcPr>
            <w:tcW w:type="dxa" w:w="3402"/>
          </w:tcPr>
          <w:p>
            <w:r>
              <w:t>пр. Славы, 32</w:t>
            </w:r>
          </w:p>
        </w:tc>
      </w:tr>
      <w:tr>
        <w:tc>
          <w:tcPr>
            <w:tcW w:type="dxa" w:w="567"/>
          </w:tcPr>
          <w:p>
            <w:r>
              <w:t>1438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Копейск</w:t>
            </w:r>
          </w:p>
        </w:tc>
        <w:tc>
          <w:tcPr>
            <w:tcW w:type="dxa" w:w="3402"/>
          </w:tcPr>
          <w:p>
            <w:r>
              <w:t>ул. 4 Пятилетка, 57</w:t>
            </w:r>
          </w:p>
        </w:tc>
      </w:tr>
      <w:tr>
        <w:tc>
          <w:tcPr>
            <w:tcW w:type="dxa" w:w="567"/>
          </w:tcPr>
          <w:p>
            <w:r>
              <w:t>1439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Магнитогорск</w:t>
            </w:r>
          </w:p>
        </w:tc>
        <w:tc>
          <w:tcPr>
            <w:tcW w:type="dxa" w:w="3402"/>
          </w:tcPr>
          <w:p>
            <w:r>
              <w:t>пр. Карла Маркса, 231</w:t>
            </w:r>
          </w:p>
        </w:tc>
      </w:tr>
      <w:tr>
        <w:tc>
          <w:tcPr>
            <w:tcW w:type="dxa" w:w="567"/>
          </w:tcPr>
          <w:p>
            <w:r>
              <w:t>1440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Магнитогорск</w:t>
            </w:r>
          </w:p>
        </w:tc>
        <w:tc>
          <w:tcPr>
            <w:tcW w:type="dxa" w:w="3402"/>
          </w:tcPr>
          <w:p>
            <w:r>
              <w:t>пр. Карла Маркса, 82а</w:t>
            </w:r>
          </w:p>
        </w:tc>
      </w:tr>
      <w:tr>
        <w:tc>
          <w:tcPr>
            <w:tcW w:type="dxa" w:w="567"/>
          </w:tcPr>
          <w:p>
            <w:r>
              <w:t>1441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Магнитогорск</w:t>
            </w:r>
          </w:p>
        </w:tc>
        <w:tc>
          <w:tcPr>
            <w:tcW w:type="dxa" w:w="3402"/>
          </w:tcPr>
          <w:p>
            <w:r>
              <w:t>пр. Ленина, 135</w:t>
            </w:r>
          </w:p>
        </w:tc>
      </w:tr>
      <w:tr>
        <w:tc>
          <w:tcPr>
            <w:tcW w:type="dxa" w:w="567"/>
          </w:tcPr>
          <w:p>
            <w:r>
              <w:t>1442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Магнитогорск</w:t>
            </w:r>
          </w:p>
        </w:tc>
        <w:tc>
          <w:tcPr>
            <w:tcW w:type="dxa" w:w="3402"/>
          </w:tcPr>
          <w:p>
            <w:r>
              <w:t>проезд Сиреневый, 7/1</w:t>
            </w:r>
          </w:p>
        </w:tc>
      </w:tr>
      <w:tr>
        <w:tc>
          <w:tcPr>
            <w:tcW w:type="dxa" w:w="567"/>
          </w:tcPr>
          <w:p>
            <w:r>
              <w:t>1443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Магнитогорск</w:t>
            </w:r>
          </w:p>
        </w:tc>
        <w:tc>
          <w:tcPr>
            <w:tcW w:type="dxa" w:w="3402"/>
          </w:tcPr>
          <w:p>
            <w:r>
              <w:t>ул. Советская, 172</w:t>
            </w:r>
          </w:p>
        </w:tc>
      </w:tr>
      <w:tr>
        <w:tc>
          <w:tcPr>
            <w:tcW w:type="dxa" w:w="567"/>
          </w:tcPr>
          <w:p>
            <w:r>
              <w:t>1444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Магнитогорск</w:t>
            </w:r>
          </w:p>
        </w:tc>
        <w:tc>
          <w:tcPr>
            <w:tcW w:type="dxa" w:w="3402"/>
          </w:tcPr>
          <w:p>
            <w:r>
              <w:t>ул. Советская, д. 193</w:t>
            </w:r>
          </w:p>
        </w:tc>
      </w:tr>
      <w:tr>
        <w:tc>
          <w:tcPr>
            <w:tcW w:type="dxa" w:w="567"/>
          </w:tcPr>
          <w:p>
            <w:r>
              <w:t>1445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Магнитогорск</w:t>
            </w:r>
          </w:p>
        </w:tc>
        <w:tc>
          <w:tcPr>
            <w:tcW w:type="dxa" w:w="3402"/>
          </w:tcPr>
          <w:p>
            <w:r>
              <w:t>ул. Труда, 31А</w:t>
            </w:r>
          </w:p>
        </w:tc>
      </w:tr>
      <w:tr>
        <w:tc>
          <w:tcPr>
            <w:tcW w:type="dxa" w:w="567"/>
          </w:tcPr>
          <w:p>
            <w:r>
              <w:t>1446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пр. Комсомольский, 39</w:t>
            </w:r>
          </w:p>
        </w:tc>
      </w:tr>
      <w:tr>
        <w:tc>
          <w:tcPr>
            <w:tcW w:type="dxa" w:w="567"/>
          </w:tcPr>
          <w:p>
            <w:r>
              <w:t>1447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пр. Краснопольский, 10</w:t>
            </w:r>
          </w:p>
        </w:tc>
      </w:tr>
      <w:tr>
        <w:tc>
          <w:tcPr>
            <w:tcW w:type="dxa" w:w="567"/>
          </w:tcPr>
          <w:p>
            <w:r>
              <w:t>1448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пр. Краснопольский, 17А</w:t>
            </w:r>
          </w:p>
        </w:tc>
      </w:tr>
      <w:tr>
        <w:tc>
          <w:tcPr>
            <w:tcW w:type="dxa" w:w="567"/>
          </w:tcPr>
          <w:p>
            <w:r>
              <w:t>1449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пр. Победы, 302</w:t>
            </w:r>
          </w:p>
        </w:tc>
      </w:tr>
      <w:tr>
        <w:tc>
          <w:tcPr>
            <w:tcW w:type="dxa" w:w="567"/>
          </w:tcPr>
          <w:p>
            <w:r>
              <w:t>1450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Агалакова, 41</w:t>
            </w:r>
          </w:p>
        </w:tc>
      </w:tr>
      <w:tr>
        <w:tc>
          <w:tcPr>
            <w:tcW w:type="dxa" w:w="567"/>
          </w:tcPr>
          <w:p>
            <w:r>
              <w:t>1451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Бажова, 42</w:t>
            </w:r>
          </w:p>
        </w:tc>
      </w:tr>
      <w:tr>
        <w:tc>
          <w:tcPr>
            <w:tcW w:type="dxa" w:w="567"/>
          </w:tcPr>
          <w:p>
            <w:r>
              <w:t>1452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Бейвеля, 6</w:t>
            </w:r>
          </w:p>
        </w:tc>
      </w:tr>
      <w:tr>
        <w:tc>
          <w:tcPr>
            <w:tcW w:type="dxa" w:w="567"/>
          </w:tcPr>
          <w:p>
            <w:r>
              <w:t>1453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Богдана Хмельницкого, 27</w:t>
            </w:r>
          </w:p>
        </w:tc>
      </w:tr>
      <w:tr>
        <w:tc>
          <w:tcPr>
            <w:tcW w:type="dxa" w:w="567"/>
          </w:tcPr>
          <w:p>
            <w:r>
              <w:t>1454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Братьев Кашириных, 107Б</w:t>
            </w:r>
          </w:p>
        </w:tc>
      </w:tr>
      <w:tr>
        <w:tc>
          <w:tcPr>
            <w:tcW w:type="dxa" w:w="567"/>
          </w:tcPr>
          <w:p>
            <w:r>
              <w:t>1455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Братьев Кашириных, 151</w:t>
            </w:r>
          </w:p>
        </w:tc>
      </w:tr>
      <w:tr>
        <w:tc>
          <w:tcPr>
            <w:tcW w:type="dxa" w:w="567"/>
          </w:tcPr>
          <w:p>
            <w:r>
              <w:t>1456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Гагарина, 40</w:t>
            </w:r>
          </w:p>
        </w:tc>
      </w:tr>
      <w:tr>
        <w:tc>
          <w:tcPr>
            <w:tcW w:type="dxa" w:w="567"/>
          </w:tcPr>
          <w:p>
            <w:r>
              <w:t>1457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Жукова, 53</w:t>
            </w:r>
          </w:p>
        </w:tc>
      </w:tr>
      <w:tr>
        <w:tc>
          <w:tcPr>
            <w:tcW w:type="dxa" w:w="567"/>
          </w:tcPr>
          <w:p>
            <w:r>
              <w:t>1458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Худякова, 7</w:t>
            </w:r>
          </w:p>
        </w:tc>
      </w:tr>
      <w:tr>
        <w:tc>
          <w:tcPr>
            <w:tcW w:type="dxa" w:w="567"/>
          </w:tcPr>
          <w:p>
            <w:r>
              <w:t>1459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Чичерина, 37Б</w:t>
            </w:r>
          </w:p>
        </w:tc>
      </w:tr>
      <w:tr>
        <w:tc>
          <w:tcPr>
            <w:tcW w:type="dxa" w:w="567"/>
          </w:tcPr>
          <w:p>
            <w:r>
              <w:t>1460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Чичерина, 42Б</w:t>
            </w:r>
          </w:p>
        </w:tc>
      </w:tr>
      <w:tr>
        <w:tc>
          <w:tcPr>
            <w:tcW w:type="dxa" w:w="567"/>
          </w:tcPr>
          <w:p>
            <w:r>
              <w:t>1461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Челябинск</w:t>
            </w:r>
          </w:p>
        </w:tc>
        <w:tc>
          <w:tcPr>
            <w:tcW w:type="dxa" w:w="3402"/>
          </w:tcPr>
          <w:p>
            <w:r>
              <w:t>ул. Энтузиастов, 15Ж</w:t>
            </w:r>
          </w:p>
        </w:tc>
      </w:tr>
      <w:tr>
        <w:tc>
          <w:tcPr>
            <w:tcW w:type="dxa" w:w="567"/>
          </w:tcPr>
          <w:p>
            <w:r>
              <w:t>1462</w:t>
            </w:r>
          </w:p>
        </w:tc>
        <w:tc>
          <w:tcPr>
            <w:tcW w:type="dxa" w:w="2835"/>
          </w:tcPr>
          <w:p>
            <w:r>
              <w:t>Челябинская область</w:t>
            </w:r>
          </w:p>
        </w:tc>
        <w:tc>
          <w:tcPr>
            <w:tcW w:type="dxa" w:w="2268"/>
          </w:tcPr>
          <w:p>
            <w:r>
              <w:t>Южноуральск</w:t>
            </w:r>
          </w:p>
        </w:tc>
        <w:tc>
          <w:tcPr>
            <w:tcW w:type="dxa" w:w="3402"/>
          </w:tcPr>
          <w:p>
            <w:r>
              <w:t>ул. Мира, 59</w:t>
            </w:r>
          </w:p>
        </w:tc>
      </w:tr>
      <w:tr>
        <w:tc>
          <w:tcPr>
            <w:tcW w:type="dxa" w:w="567"/>
          </w:tcPr>
          <w:p>
            <w:r>
              <w:t>1463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Гаврилов-Ям</w:t>
            </w:r>
          </w:p>
        </w:tc>
        <w:tc>
          <w:tcPr>
            <w:tcW w:type="dxa" w:w="3402"/>
          </w:tcPr>
          <w:p>
            <w:r>
              <w:t>ул. Кирова, 4</w:t>
            </w:r>
          </w:p>
        </w:tc>
      </w:tr>
      <w:tr>
        <w:tc>
          <w:tcPr>
            <w:tcW w:type="dxa" w:w="567"/>
          </w:tcPr>
          <w:p>
            <w:r>
              <w:t>1464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Рыбинск</w:t>
            </w:r>
          </w:p>
        </w:tc>
        <w:tc>
          <w:tcPr>
            <w:tcW w:type="dxa" w:w="3402"/>
          </w:tcPr>
          <w:p>
            <w:r>
              <w:t>пр. Мира, 11а</w:t>
            </w:r>
          </w:p>
        </w:tc>
      </w:tr>
      <w:tr>
        <w:tc>
          <w:tcPr>
            <w:tcW w:type="dxa" w:w="567"/>
          </w:tcPr>
          <w:p>
            <w:r>
              <w:t>1465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Рыбинск</w:t>
            </w:r>
          </w:p>
        </w:tc>
        <w:tc>
          <w:tcPr>
            <w:tcW w:type="dxa" w:w="3402"/>
          </w:tcPr>
          <w:p>
            <w:r>
              <w:t>ул. Корнева, 62</w:t>
            </w:r>
          </w:p>
        </w:tc>
      </w:tr>
      <w:tr>
        <w:tc>
          <w:tcPr>
            <w:tcW w:type="dxa" w:w="567"/>
          </w:tcPr>
          <w:p>
            <w:r>
              <w:t>1466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Рыбинск</w:t>
            </w:r>
          </w:p>
        </w:tc>
        <w:tc>
          <w:tcPr>
            <w:tcW w:type="dxa" w:w="3402"/>
          </w:tcPr>
          <w:p>
            <w:r>
              <w:t>ул. Крестовая, 128</w:t>
            </w:r>
          </w:p>
        </w:tc>
      </w:tr>
      <w:tr>
        <w:tc>
          <w:tcPr>
            <w:tcW w:type="dxa" w:w="567"/>
          </w:tcPr>
          <w:p>
            <w:r>
              <w:t>1467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Тутаев</w:t>
            </w:r>
          </w:p>
        </w:tc>
        <w:tc>
          <w:tcPr>
            <w:tcW w:type="dxa" w:w="3402"/>
          </w:tcPr>
          <w:p>
            <w:r>
              <w:t>пр. 50-летия Победы, 7</w:t>
            </w:r>
          </w:p>
        </w:tc>
      </w:tr>
      <w:tr>
        <w:tc>
          <w:tcPr>
            <w:tcW w:type="dxa" w:w="567"/>
          </w:tcPr>
          <w:p>
            <w:r>
              <w:t>1468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Тутаев</w:t>
            </w:r>
          </w:p>
        </w:tc>
        <w:tc>
          <w:tcPr>
            <w:tcW w:type="dxa" w:w="3402"/>
          </w:tcPr>
          <w:p>
            <w:r>
              <w:t>ул. Моторостроителей, 48а</w:t>
            </w:r>
          </w:p>
        </w:tc>
      </w:tr>
      <w:tr>
        <w:tc>
          <w:tcPr>
            <w:tcW w:type="dxa" w:w="567"/>
          </w:tcPr>
          <w:p>
            <w:r>
              <w:t>1469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Дзержинского, 32а</w:t>
            </w:r>
          </w:p>
        </w:tc>
      </w:tr>
      <w:tr>
        <w:tc>
          <w:tcPr>
            <w:tcW w:type="dxa" w:w="567"/>
          </w:tcPr>
          <w:p>
            <w:r>
              <w:t>1470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Дзержинского, 37</w:t>
            </w:r>
          </w:p>
        </w:tc>
      </w:tr>
      <w:tr>
        <w:tc>
          <w:tcPr>
            <w:tcW w:type="dxa" w:w="567"/>
          </w:tcPr>
          <w:p>
            <w:r>
              <w:t>1471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Ленина, 25</w:t>
            </w:r>
          </w:p>
        </w:tc>
      </w:tr>
      <w:tr>
        <w:tc>
          <w:tcPr>
            <w:tcW w:type="dxa" w:w="567"/>
          </w:tcPr>
          <w:p>
            <w:r>
              <w:t>1472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Ленина, 35</w:t>
            </w:r>
          </w:p>
        </w:tc>
      </w:tr>
      <w:tr>
        <w:tc>
          <w:tcPr>
            <w:tcW w:type="dxa" w:w="567"/>
          </w:tcPr>
          <w:p>
            <w:r>
              <w:t>1473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Ленина, 4</w:t>
            </w:r>
          </w:p>
        </w:tc>
      </w:tr>
      <w:tr>
        <w:tc>
          <w:tcPr>
            <w:tcW w:type="dxa" w:w="567"/>
          </w:tcPr>
          <w:p>
            <w:r>
              <w:t>1474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Ленинградский, 117</w:t>
            </w:r>
          </w:p>
        </w:tc>
      </w:tr>
      <w:tr>
        <w:tc>
          <w:tcPr>
            <w:tcW w:type="dxa" w:w="567"/>
          </w:tcPr>
          <w:p>
            <w:r>
              <w:t>1475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Ленинградский, 52в</w:t>
            </w:r>
          </w:p>
        </w:tc>
      </w:tr>
      <w:tr>
        <w:tc>
          <w:tcPr>
            <w:tcW w:type="dxa" w:w="567"/>
          </w:tcPr>
          <w:p>
            <w:r>
              <w:t>1476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Машиностроителей, 9б</w:t>
            </w:r>
          </w:p>
        </w:tc>
      </w:tr>
      <w:tr>
        <w:tc>
          <w:tcPr>
            <w:tcW w:type="dxa" w:w="567"/>
          </w:tcPr>
          <w:p>
            <w:r>
              <w:t>1477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Московский, 143</w:t>
            </w:r>
          </w:p>
        </w:tc>
      </w:tr>
      <w:tr>
        <w:tc>
          <w:tcPr>
            <w:tcW w:type="dxa" w:w="567"/>
          </w:tcPr>
          <w:p>
            <w:r>
              <w:t>1478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проезд Кольцова, 18</w:t>
            </w:r>
          </w:p>
        </w:tc>
      </w:tr>
      <w:tr>
        <w:tc>
          <w:tcPr>
            <w:tcW w:type="dxa" w:w="567"/>
          </w:tcPr>
          <w:p>
            <w:r>
              <w:t>1479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проезд Моторостроителей, 2</w:t>
            </w:r>
          </w:p>
        </w:tc>
      </w:tr>
      <w:tr>
        <w:tc>
          <w:tcPr>
            <w:tcW w:type="dxa" w:w="567"/>
          </w:tcPr>
          <w:p>
            <w:r>
              <w:t>1480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проезд Ушакова, 20</w:t>
            </w:r>
          </w:p>
        </w:tc>
      </w:tr>
      <w:tr>
        <w:tc>
          <w:tcPr>
            <w:tcW w:type="dxa" w:w="567"/>
          </w:tcPr>
          <w:p>
            <w:r>
              <w:t>1481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пр. Толбухина, 26</w:t>
            </w:r>
          </w:p>
        </w:tc>
      </w:tr>
      <w:tr>
        <w:tc>
          <w:tcPr>
            <w:tcW w:type="dxa" w:w="567"/>
          </w:tcPr>
          <w:p>
            <w:r>
              <w:t>1482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2-я Иваньковская, 1</w:t>
            </w:r>
          </w:p>
        </w:tc>
      </w:tr>
      <w:tr>
        <w:tc>
          <w:tcPr>
            <w:tcW w:type="dxa" w:w="567"/>
          </w:tcPr>
          <w:p>
            <w:r>
              <w:t>1483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8 Марта, 13, корпус 2</w:t>
            </w:r>
          </w:p>
        </w:tc>
      </w:tr>
      <w:tr>
        <w:tc>
          <w:tcPr>
            <w:tcW w:type="dxa" w:w="567"/>
          </w:tcPr>
          <w:p>
            <w:r>
              <w:t>1484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Академика Колмогорова, 9</w:t>
            </w:r>
          </w:p>
        </w:tc>
      </w:tr>
      <w:tr>
        <w:tc>
          <w:tcPr>
            <w:tcW w:type="dxa" w:w="567"/>
          </w:tcPr>
          <w:p>
            <w:r>
              <w:t>1485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Белинского, 16</w:t>
            </w:r>
          </w:p>
        </w:tc>
      </w:tr>
      <w:tr>
        <w:tc>
          <w:tcPr>
            <w:tcW w:type="dxa" w:w="567"/>
          </w:tcPr>
          <w:p>
            <w:r>
              <w:t>1486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Большая Октябрьская, 118/11</w:t>
            </w:r>
          </w:p>
        </w:tc>
      </w:tr>
      <w:tr>
        <w:tc>
          <w:tcPr>
            <w:tcW w:type="dxa" w:w="567"/>
          </w:tcPr>
          <w:p>
            <w:r>
              <w:t>1487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Громова, 46, к.2</w:t>
            </w:r>
          </w:p>
        </w:tc>
      </w:tr>
      <w:tr>
        <w:tc>
          <w:tcPr>
            <w:tcW w:type="dxa" w:w="567"/>
          </w:tcPr>
          <w:p>
            <w:r>
              <w:t>1488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ул.Добрынина, 18В</w:t>
            </w:r>
          </w:p>
        </w:tc>
      </w:tr>
      <w:tr>
        <w:tc>
          <w:tcPr>
            <w:tcW w:type="dxa" w:w="567"/>
          </w:tcPr>
          <w:p>
            <w:r>
              <w:t>1489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Елены Колесовой, 8</w:t>
            </w:r>
          </w:p>
        </w:tc>
      </w:tr>
      <w:tr>
        <w:tc>
          <w:tcPr>
            <w:tcW w:type="dxa" w:w="567"/>
          </w:tcPr>
          <w:p>
            <w:r>
              <w:t>1490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Златоустинская, 26</w:t>
            </w:r>
          </w:p>
        </w:tc>
      </w:tr>
      <w:tr>
        <w:tc>
          <w:tcPr>
            <w:tcW w:type="dxa" w:w="567"/>
          </w:tcPr>
          <w:p>
            <w:r>
              <w:t>1491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Красноперекопская, 18</w:t>
            </w:r>
          </w:p>
        </w:tc>
      </w:tr>
      <w:tr>
        <w:tc>
          <w:tcPr>
            <w:tcW w:type="dxa" w:w="567"/>
          </w:tcPr>
          <w:p>
            <w:r>
              <w:t>1492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Лермонтова, 9</w:t>
            </w:r>
          </w:p>
        </w:tc>
      </w:tr>
      <w:tr>
        <w:tc>
          <w:tcPr>
            <w:tcW w:type="dxa" w:w="567"/>
          </w:tcPr>
          <w:p>
            <w:r>
              <w:t>1493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Лисицына, 57</w:t>
            </w:r>
          </w:p>
        </w:tc>
      </w:tr>
      <w:tr>
        <w:tc>
          <w:tcPr>
            <w:tcW w:type="dxa" w:w="567"/>
          </w:tcPr>
          <w:p>
            <w:r>
              <w:t>1494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Панина, 43, к. 1</w:t>
            </w:r>
          </w:p>
        </w:tc>
      </w:tr>
      <w:tr>
        <w:tc>
          <w:tcPr>
            <w:tcW w:type="dxa" w:w="567"/>
          </w:tcPr>
          <w:p>
            <w:r>
              <w:t>1495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Папанина, 19а</w:t>
            </w:r>
          </w:p>
        </w:tc>
      </w:tr>
      <w:tr>
        <w:tc>
          <w:tcPr>
            <w:tcW w:type="dxa" w:w="567"/>
          </w:tcPr>
          <w:p>
            <w:r>
              <w:t>1496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Рыкачева, 15</w:t>
            </w:r>
          </w:p>
        </w:tc>
      </w:tr>
      <w:tr>
        <w:tc>
          <w:tcPr>
            <w:tcW w:type="dxa" w:w="567"/>
          </w:tcPr>
          <w:p>
            <w:r>
              <w:t>1497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Светлая, 34</w:t>
            </w:r>
          </w:p>
        </w:tc>
      </w:tr>
      <w:tr>
        <w:tc>
          <w:tcPr>
            <w:tcW w:type="dxa" w:w="567"/>
          </w:tcPr>
          <w:p>
            <w:r>
              <w:t>1498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Слепнева, 22</w:t>
            </w:r>
          </w:p>
        </w:tc>
      </w:tr>
      <w:tr>
        <w:tc>
          <w:tcPr>
            <w:tcW w:type="dxa" w:w="567"/>
          </w:tcPr>
          <w:p>
            <w:r>
              <w:t>1499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Совхозная, 6</w:t>
            </w:r>
          </w:p>
        </w:tc>
      </w:tr>
      <w:tr>
        <w:tc>
          <w:tcPr>
            <w:tcW w:type="dxa" w:w="567"/>
          </w:tcPr>
          <w:p>
            <w:r>
              <w:t>1500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Спартаковская, 25а</w:t>
            </w:r>
          </w:p>
        </w:tc>
      </w:tr>
      <w:tr>
        <w:tc>
          <w:tcPr>
            <w:tcW w:type="dxa" w:w="567"/>
          </w:tcPr>
          <w:p>
            <w:r>
              <w:t>1501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Урицкого, 16/37</w:t>
            </w:r>
          </w:p>
        </w:tc>
      </w:tr>
      <w:tr>
        <w:tc>
          <w:tcPr>
            <w:tcW w:type="dxa" w:w="567"/>
          </w:tcPr>
          <w:p>
            <w:r>
              <w:t>1502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Урицкого, 69а</w:t>
            </w:r>
          </w:p>
        </w:tc>
      </w:tr>
      <w:tr>
        <w:tc>
          <w:tcPr>
            <w:tcW w:type="dxa" w:w="567"/>
          </w:tcPr>
          <w:p>
            <w:r>
              <w:t>1503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Чкалова, 31</w:t>
            </w:r>
          </w:p>
        </w:tc>
      </w:tr>
      <w:tr>
        <w:tc>
          <w:tcPr>
            <w:tcW w:type="dxa" w:w="567"/>
          </w:tcPr>
          <w:p>
            <w:r>
              <w:t>1504</w:t>
            </w:r>
          </w:p>
        </w:tc>
        <w:tc>
          <w:tcPr>
            <w:tcW w:type="dxa" w:w="2835"/>
          </w:tcPr>
          <w:p>
            <w:r>
              <w:t>Ярославская область</w:t>
            </w:r>
          </w:p>
        </w:tc>
        <w:tc>
          <w:tcPr>
            <w:tcW w:type="dxa" w:w="2268"/>
          </w:tcPr>
          <w:p>
            <w:r>
              <w:t>Ярославль</w:t>
            </w:r>
          </w:p>
        </w:tc>
        <w:tc>
          <w:tcPr>
            <w:tcW w:type="dxa" w:w="3402"/>
          </w:tcPr>
          <w:p>
            <w:r>
              <w:t>ул. Щепкина, 8а</w:t>
            </w:r>
          </w:p>
        </w:tc>
      </w:tr>
      <w:tr>
        <w:tc>
          <w:tcPr>
            <w:tcW w:type="dxa" w:w="567"/>
          </w:tcPr>
          <w:p>
            <w:r>
              <w:t>1505</w:t>
            </w:r>
          </w:p>
        </w:tc>
        <w:tc>
          <w:tcPr>
            <w:tcW w:type="dxa" w:w="2835"/>
          </w:tcPr>
          <w:p>
            <w:r>
              <w:t>None</w:t>
            </w:r>
          </w:p>
        </w:tc>
        <w:tc>
          <w:tcPr>
            <w:tcW w:type="dxa" w:w="2268"/>
          </w:tcPr>
          <w:p>
            <w:r>
              <w:t>Воскресенск</w:t>
            </w:r>
          </w:p>
        </w:tc>
        <w:tc>
          <w:tcPr>
            <w:tcW w:type="dxa" w:w="3402"/>
          </w:tcPr>
          <w:p>
            <w:r>
              <w:t>ул. Рабочая, 105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